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support of sexual assault survivors: a study on Snapchat's My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Emerging research has highlighted the role of artificial intelligence (AI) in providing support to survivors of sexual assault who may prefer anonymity and privacy over direct human interaction. A study led by Tiffany L. Marcantonio and her team in 2024 examined Snapchat's AI feature, "My AI", focusing on its responses to sensitive queries related to sexual assault, consent, and related issues.</w:t>
      </w:r>
      <w:r/>
    </w:p>
    <w:p>
      <w:r/>
      <w:r>
        <w:t>The study involved 15 researchers who interacted with My AI using a series of questions designed to simulate inquiries a survivor might pose. These included discussions around sexual consent, sexting, and what constitutes a sexual assault. My AI's responses were examined for both consistency and the quality of advice offered. The AI provided what the researchers viewed as common-sense advice, such as emphasising honest communication about consent and advising users to consult a trusted caregiver or adult for further help.</w:t>
      </w:r>
      <w:r/>
    </w:p>
    <w:p>
      <w:r/>
      <w:r>
        <w:t>Key to the findings was My AI's incorporation of sexual health education messages and its empathetic tone towards potential victims, suggesting a level of emotional support that researchers deemed beneficial, particularly for individuals grappling with uncertainty and isolation. The AI's ability to discern situations indicative of sexual assault based on user descriptions showcases its potential as a supportive tool, characterised by normative, supportive responses.</w:t>
      </w:r>
      <w:r/>
    </w:p>
    <w:p>
      <w:r/>
      <w:r>
        <w:t>However, the study also pointed out My AI's limitations, particularly its reliance on generalised and succinct responses due to the constraints of its information database. Marcantonio's research highlights the importance of complementing AI interaction with experienced human educators, who can provide personalised feedback and address complex nuances that AI might miss.</w:t>
      </w:r>
      <w:r/>
    </w:p>
    <w:p>
      <w:r/>
      <w:r>
        <w:t>The researchers concluded that while AI like My AI can enhance access to sexual health information and support initial disclosures without fear of judgment, it cannot fully replace human interaction. The ability of humans to connect through shared experiences and offer detailed, empathetic support remains crucial in the healing process for victims of sexual assault.</w:t>
      </w:r>
      <w:r/>
    </w:p>
    <w:p>
      <w:r/>
      <w:r>
        <w:t>Snapchat's My AI represents a step forward in using technology as a supplementary tool in sexual health education, aiming to provide youth with accessible and informed resources. Nevertheless, the study underscores the need for a balanced approach where AI serves as an adjunct to the profound human element necessary for genuine understanding and recovery.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https://www.psychologytoday.com/us/blog/why-bad-looks-good/202410/using-ai-to-care-for-sexual-assault-survivors</w:t>
        </w:r>
      </w:hyperlink>
      <w:r>
        <w:t xml:space="preserve"> - This article discusses the study led by Tiffany L. Marcantonio and her team on Snapchat's 'My AI' responses to questions related to sexual assault, consent, and sexting, highlighting the AI's advice and empathetic tone.</w:t>
      </w:r>
      <w:r/>
    </w:p>
    <w:p>
      <w:pPr>
        <w:pStyle w:val="ListNumber"/>
        <w:spacing w:line="240" w:lineRule="auto"/>
        <w:ind w:left="720"/>
      </w:pPr>
      <w:r/>
      <w:hyperlink r:id="rId11">
        <w:r>
          <w:rPr>
            <w:color w:val="0000EE"/>
            <w:u w:val="single"/>
          </w:rPr>
          <w:t>https://pubmed.ncbi.nlm.nih.gov/39254628/</w:t>
        </w:r>
      </w:hyperlink>
      <w:r>
        <w:t xml:space="preserve"> - This study evaluates My AI's effectiveness in handling questions related to sexual communication, assault, and sexting, and its response consistency.</w:t>
      </w:r>
      <w:r/>
    </w:p>
    <w:p>
      <w:pPr>
        <w:pStyle w:val="ListNumber"/>
        <w:spacing w:line="240" w:lineRule="auto"/>
        <w:ind w:left="720"/>
      </w:pPr>
      <w:r/>
      <w:hyperlink r:id="rId12">
        <w:r>
          <w:rPr>
            <w:color w:val="0000EE"/>
            <w:u w:val="single"/>
          </w:rPr>
          <w:t>https://apha.confex.com/apha/2024/meetingapi.cgi/Paper/554160?filename=2024_Abstract554160.html&amp;template=Word</w:t>
        </w:r>
      </w:hyperlink>
      <w:r>
        <w:t xml:space="preserve"> - This abstract compares My AI responses across researchers to evaluate its consistency and alignment with common sexual health messages regarding sexual assault and sexting.</w:t>
      </w:r>
      <w:r/>
    </w:p>
    <w:p>
      <w:pPr>
        <w:pStyle w:val="ListNumber"/>
        <w:spacing w:line="240" w:lineRule="auto"/>
        <w:ind w:left="720"/>
      </w:pPr>
      <w:r/>
      <w:hyperlink r:id="rId13">
        <w:r>
          <w:rPr>
            <w:color w:val="0000EE"/>
            <w:u w:val="single"/>
          </w:rPr>
          <w:t>https://www.researchgate.net/publication/383919342_Large_Language_Models_in_an_App_Conducting_a_Qualitative_Synthetic_Data_Analysis_of_How_Snapchat's_My_AI_Responds_to_Questions_About_Sexual_Consent_Sexual_Refusals_Sexual_Assault_and_Sexting</w:t>
        </w:r>
      </w:hyperlink>
      <w:r>
        <w:t xml:space="preserve"> - This publication details the qualitative synthetic data analysis of how Snapchat's My AI responds to questions about sexual consent, refusals, sexual assault, and sexting.</w:t>
      </w:r>
      <w:r/>
    </w:p>
    <w:p>
      <w:pPr>
        <w:pStyle w:val="ListNumber"/>
        <w:spacing w:line="240" w:lineRule="auto"/>
        <w:ind w:left="720"/>
      </w:pPr>
      <w:r/>
      <w:hyperlink r:id="rId14">
        <w:r>
          <w:rPr>
            <w:color w:val="0000EE"/>
            <w:u w:val="single"/>
          </w:rPr>
          <w:t>https://www.tandfonline.com/doi/pdf/10.1080/00224499.2024.2396457</w:t>
        </w:r>
      </w:hyperlink>
      <w:r>
        <w:t xml:space="preserve"> - This study involves informing My AI about a scenario that could constitute a sexual assault and analyzing its responses for empathy and support.</w:t>
      </w:r>
      <w:r/>
    </w:p>
    <w:p>
      <w:pPr>
        <w:pStyle w:val="ListNumber"/>
        <w:spacing w:line="240" w:lineRule="auto"/>
        <w:ind w:left="720"/>
      </w:pPr>
      <w:r/>
      <w:hyperlink r:id="rId10">
        <w:r>
          <w:rPr>
            <w:color w:val="0000EE"/>
            <w:u w:val="single"/>
          </w:rPr>
          <w:t>https://www.psychologytoday.com/us/blog/why-bad-looks-good/202410/using-ai-to-care-for-sexual-assault-survivors</w:t>
        </w:r>
      </w:hyperlink>
      <w:r>
        <w:t xml:space="preserve"> - The article explains how My AI's responses included common-sense advice on honest communication about consent and advising users to consult a trusted caregiver or adult.</w:t>
      </w:r>
      <w:r/>
    </w:p>
    <w:p>
      <w:pPr>
        <w:pStyle w:val="ListNumber"/>
        <w:spacing w:line="240" w:lineRule="auto"/>
        <w:ind w:left="720"/>
      </w:pPr>
      <w:r/>
      <w:hyperlink r:id="rId11">
        <w:r>
          <w:rPr>
            <w:color w:val="0000EE"/>
            <w:u w:val="single"/>
          </w:rPr>
          <w:t>https://pubmed.ncbi.nlm.nih.gov/39254628/</w:t>
        </w:r>
      </w:hyperlink>
      <w:r>
        <w:t xml:space="preserve"> - This study highlights My AI's incorporation of sexual health education messages and its empathetic tone towards potential victims.</w:t>
      </w:r>
      <w:r/>
    </w:p>
    <w:p>
      <w:pPr>
        <w:pStyle w:val="ListNumber"/>
        <w:spacing w:line="240" w:lineRule="auto"/>
        <w:ind w:left="720"/>
      </w:pPr>
      <w:r/>
      <w:hyperlink r:id="rId12">
        <w:r>
          <w:rPr>
            <w:color w:val="0000EE"/>
            <w:u w:val="single"/>
          </w:rPr>
          <w:t>https://apha.confex.com/apha/2024/meetingapi.cgi/Paper/554160?filename=2024_Abstract554160.html&amp;template=Word</w:t>
        </w:r>
      </w:hyperlink>
      <w:r>
        <w:t xml:space="preserve"> - The abstract notes My AI's ability to discern situations indicative of sexual assault based on user descriptions and its normative, supportive responses.</w:t>
      </w:r>
      <w:r/>
    </w:p>
    <w:p>
      <w:pPr>
        <w:pStyle w:val="ListNumber"/>
        <w:spacing w:line="240" w:lineRule="auto"/>
        <w:ind w:left="720"/>
      </w:pPr>
      <w:r/>
      <w:hyperlink r:id="rId10">
        <w:r>
          <w:rPr>
            <w:color w:val="0000EE"/>
            <w:u w:val="single"/>
          </w:rPr>
          <w:t>https://www.psychologytoday.com/us/blog/why-bad-looks-good/202410/using-ai-to-care-for-sexual-assault-survivors</w:t>
        </w:r>
      </w:hyperlink>
      <w:r>
        <w:t xml:space="preserve"> - The article discusses the limitations of My AI, such as its reliance on generalized and succinct responses, and the importance of complementing AI with human educators.</w:t>
      </w:r>
      <w:r/>
    </w:p>
    <w:p>
      <w:pPr>
        <w:pStyle w:val="ListNumber"/>
        <w:spacing w:line="240" w:lineRule="auto"/>
        <w:ind w:left="720"/>
      </w:pPr>
      <w:r/>
      <w:hyperlink r:id="rId13">
        <w:r>
          <w:rPr>
            <w:color w:val="0000EE"/>
            <w:u w:val="single"/>
          </w:rPr>
          <w:t>https://www.researchgate.net/publication/383919342_Large_Language_Models_in_an_App_Conducting_a_Qualitative_Synthetic_Data_Analysis_of_How_Snapchat's_My_AI_Responds_to_Questions_About_Sexual_Consent_Sexual_Refusals_Sexual_Assault_and_Sexting</w:t>
        </w:r>
      </w:hyperlink>
      <w:r>
        <w:t xml:space="preserve"> - This publication emphasizes the need for a balanced approach where AI serves as an adjunct to the human element necessary for genuine understanding and recovery.</w:t>
      </w:r>
      <w:r/>
    </w:p>
    <w:p>
      <w:pPr>
        <w:pStyle w:val="ListNumber"/>
        <w:spacing w:line="240" w:lineRule="auto"/>
        <w:ind w:left="720"/>
      </w:pPr>
      <w:r/>
      <w:hyperlink r:id="rId10">
        <w:r>
          <w:rPr>
            <w:color w:val="0000EE"/>
            <w:u w:val="single"/>
          </w:rPr>
          <w:t>https://www.psychologytoday.com/us/blog/why-bad-looks-good/202410/using-ai-to-care-for-sexual-assault-survivors</w:t>
        </w:r>
      </w:hyperlink>
      <w:r>
        <w:t xml:space="preserve"> - The article concludes that while AI can enhance access to sexual health information and support initial disclosures, it cannot fully replace human interaction in the healing process for victims of sexual assault.</w:t>
      </w:r>
      <w:r/>
    </w:p>
    <w:p>
      <w:pPr>
        <w:pStyle w:val="ListNumber"/>
        <w:spacing w:line="240" w:lineRule="auto"/>
        <w:ind w:left="720"/>
      </w:pPr>
      <w:r/>
      <w:hyperlink r:id="rId15">
        <w:r>
          <w:rPr>
            <w:color w:val="0000EE"/>
            <w:u w:val="single"/>
          </w:rPr>
          <w:t>https://www.psychologytoday.com/intl/blog/why-bad-looks-good/202410/using-ai-to-care-for-sexual-assault-survivors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sychologytoday.com/us/blog/why-bad-looks-good/202410/using-ai-to-care-for-sexual-assault-survivors" TargetMode="External"/><Relationship Id="rId11" Type="http://schemas.openxmlformats.org/officeDocument/2006/relationships/hyperlink" Target="https://pubmed.ncbi.nlm.nih.gov/39254628/" TargetMode="External"/><Relationship Id="rId12" Type="http://schemas.openxmlformats.org/officeDocument/2006/relationships/hyperlink" Target="https://apha.confex.com/apha/2024/meetingapi.cgi/Paper/554160?filename=2024_Abstract554160.html&amp;template=Word" TargetMode="External"/><Relationship Id="rId13" Type="http://schemas.openxmlformats.org/officeDocument/2006/relationships/hyperlink" Target="https://www.researchgate.net/publication/383919342_Large_Language_Models_in_an_App_Conducting_a_Qualitative_Synthetic_Data_Analysis_of_How_Snapchat's_My_AI_Responds_to_Questions_About_Sexual_Consent_Sexual_Refusals_Sexual_Assault_and_Sexting" TargetMode="External"/><Relationship Id="rId14" Type="http://schemas.openxmlformats.org/officeDocument/2006/relationships/hyperlink" Target="https://www.tandfonline.com/doi/pdf/10.1080/00224499.2024.2396457" TargetMode="External"/><Relationship Id="rId15" Type="http://schemas.openxmlformats.org/officeDocument/2006/relationships/hyperlink" Target="https://www.psychologytoday.com/intl/blog/why-bad-looks-good/202410/using-ai-to-care-for-sexual-assault-surviv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