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Gmail scams on the rise as scammers mimic tech giants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digital landscape, a new type of scam is targeting users of Gmail, posing significant challenges due to its sophisticated use of artificial intelligence (AI). These advanced phishing attacks aim to deceive individuals into handing over private account details by impersonating tech giants like Google. By leveraging AI technology, scammers are crafting extremely convincing scenarios that match the precision of legitimate support interactions.</w:t>
      </w:r>
      <w:r/>
    </w:p>
    <w:p>
      <w:r/>
      <w:r>
        <w:t>The Initial Deception</w:t>
      </w:r>
      <w:r/>
    </w:p>
    <w:p>
      <w:r/>
      <w:r>
        <w:t>The initial phase of the scam begins with a seemingly innocuous notification. In one notable case, an individual received an unexpected prompt to approve a Gmail account recovery attempt supposedly initiated from the United States. Exercising caution, the individual denied the request. Just 40 minutes later, a missed call appeared, identified as “Google Sydney”, marking the onset of an elaborate ploy.</w:t>
      </w:r>
      <w:r/>
    </w:p>
    <w:p>
      <w:r/>
      <w:r>
        <w:t>The scam progressed a week later with yet another recovery notification followed by a call from an Australian number. When the call was answered, the voice on the line was professional and polite, masquerading as a Google representative warning of suspicious account activity. The caller went so far as to reference recent log-ins from Germany, claiming data had been downloaded – an assertion designed to instill fear of a security breach.</w:t>
      </w:r>
      <w:r/>
    </w:p>
    <w:p>
      <w:r/>
      <w:r>
        <w:t>Sophisticated AI and Spoofing Tactics</w:t>
      </w:r>
      <w:r/>
    </w:p>
    <w:p>
      <w:r/>
      <w:r>
        <w:t>Throughout the exchange, the user maintained skepticism, checking the phone number and finding it linked to official Google documentation. However, the awareness of number spoofing—where genuine numbers can be masked—kept suspicion alive. The final push was an email, purportedly from a Google domain, requesting urgent action. Yet, upon close scrutiny, the email’s “To” field revealingly pointed to a non-Google domain.</w:t>
      </w:r>
      <w:r/>
    </w:p>
    <w:p>
      <w:r/>
      <w:r>
        <w:t>Realising the nature of the encounter, the individual decided to further investigate. This led to the humiliating discovery of AI being used not just to generate the polite, meticulous voice of the caller, but also to spoof email addresses convincingly. The use of the Salesforce CRM was traced in the email’s header to obscure sender identity.</w:t>
      </w:r>
      <w:r/>
    </w:p>
    <w:p>
      <w:r/>
      <w:r>
        <w:t>A Growing Concern</w:t>
      </w:r>
      <w:r/>
    </w:p>
    <w:p>
      <w:r/>
      <w:r>
        <w:t>The case of Sam Mitrovic, a Microsoft consultant, who detailed his experience in a blog post, shines a light on the capabilities of such scammers. Despite successfully identifying the scam, Mitrovic acknowledges the high likelihood that many individuals could easily fall victim due to the highly convincing nature of the communication.</w:t>
      </w:r>
      <w:r/>
    </w:p>
    <w:p>
      <w:r/>
      <w:r>
        <w:t>Adding to this is the case of venture capitalist Garry Tan, who was also targeted by scammers pretending to be Google support. The scammers even concocted a bereavement angle involving a claimed death certificate to access account details, complete with fake Google forms and recovery screens designed to match Google’s aesthetic.</w:t>
      </w:r>
      <w:r/>
    </w:p>
    <w:p>
      <w:r/>
      <w:r>
        <w:t>Google's Response and User Protection</w:t>
      </w:r>
      <w:r/>
    </w:p>
    <w:p>
      <w:r/>
      <w:r>
        <w:t>Acknowledging the severity and growing frequency of these incidents, Google has initiated a number of countermeasures. A pivotal response is the launch of the Global Signal Exchange in cooperation with the Global Anti-Scam Alliance and DNS Research Federation. This platform aims to enhance global communication around scam signals, aiding in the disruption of fraud activities.</w:t>
      </w:r>
      <w:r/>
    </w:p>
    <w:p>
      <w:r/>
      <w:r>
        <w:t>Moreover, Google is fortifying security for its user base—especially those identified as high-risk—through its Advanced Protection Program. The programme now incorporates passkey support and encourages the use of biometrics, providing an additional security layer. This ensures that even if scammers obtain user credentials, they cannot access accounts without the necessary physical device and biometric verification.</w:t>
      </w:r>
      <w:r/>
    </w:p>
    <w:p>
      <w:r/>
      <w:r>
        <w:t>Evolving Threats</w:t>
      </w:r>
      <w:r/>
    </w:p>
    <w:p>
      <w:r/>
      <w:r>
        <w:t>The increasing involvement of AI in scams poses a nuanced threat. These scams transcend traditional phishing due to their scale and realism, made possible by AI’s ability to imitate human interaction with high accuracy. The automation and scale at which these scams can operate means that a vast number of potential targets can be reached simultaneously, increasing the probability of successful exploitation.</w:t>
      </w:r>
      <w:r/>
    </w:p>
    <w:p>
      <w:r/>
      <w:r>
        <w:t>As these technological threats evolve, individuals are urged to exercise increased vigilance in examining cancellations, being wary of unsolicited communications, and verifying the legitimacy of emails and calls through established protocols. The continuous adaptation of protection strategies remains crucial in maintaining online safety in the face of increasingly sophisticated digital scams.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https://www.inc.com/kit-eaton/heres-what-you-need-to-know-about-an-ai-powered-scam-targeting-gmail/90988521</w:t>
        </w:r>
      </w:hyperlink>
      <w:r>
        <w:t xml:space="preserve"> - Discusses an AI-powered scam targeting Gmail users, highlighting the use of AI in convincing phishing attempts.</w:t>
      </w:r>
      <w:r/>
    </w:p>
    <w:p>
      <w:pPr>
        <w:pStyle w:val="ListNumber"/>
        <w:spacing w:line="240" w:lineRule="auto"/>
        <w:ind w:left="720"/>
      </w:pPr>
      <w:r/>
      <w:hyperlink r:id="rId11">
        <w:r>
          <w:rPr>
            <w:color w:val="0000EE"/>
            <w:u w:val="single"/>
          </w:rPr>
          <w:t>https://www.reddit.com/r/cybersecurity/comments/1g16lhu/new_gmail_security_alert_for_billions_as_7day_ai/</w:t>
        </w:r>
      </w:hyperlink>
      <w:r>
        <w:t xml:space="preserve"> - Details a discussion on a subreddit about a Gmail security alert involving AI-powered scams, emphasizing the social engineering and phishing tactics used.</w:t>
      </w:r>
      <w:r/>
    </w:p>
    <w:p>
      <w:pPr>
        <w:pStyle w:val="ListNumber"/>
        <w:spacing w:line="240" w:lineRule="auto"/>
        <w:ind w:left="720"/>
      </w:pPr>
      <w:r/>
      <w:hyperlink r:id="rId12">
        <w:r>
          <w:rPr>
            <w:color w:val="0000EE"/>
            <w:u w:val="single"/>
          </w:rPr>
          <w:t>https://www.youtube.com/watch?v=BY5-Z9_ss9s</w:t>
        </w:r>
      </w:hyperlink>
      <w:r>
        <w:t xml:space="preserve"> - Describes a YouTube video warning about an AI scam targeting Gmail users, focusing on the sophisticated methods used by scammers.</w:t>
      </w:r>
      <w:r/>
    </w:p>
    <w:p>
      <w:pPr>
        <w:pStyle w:val="ListNumber"/>
        <w:spacing w:line="240" w:lineRule="auto"/>
        <w:ind w:left="720"/>
      </w:pPr>
      <w:r/>
      <w:hyperlink r:id="rId13">
        <w:r>
          <w:rPr>
            <w:color w:val="0000EE"/>
            <w:u w:val="single"/>
          </w:rPr>
          <w:t>https://www.reddit.com/r/technology/comments/1g34njs/new_gmail_security_alert_for_25_billion_users_as/</w:t>
        </w:r>
      </w:hyperlink>
      <w:r>
        <w:t xml:space="preserve"> - Provides comments and discussions on a Reddit thread about an AI hack targeting Gmail users, highlighting the deceptive nature of the scam calls.</w:t>
      </w:r>
      <w:r/>
    </w:p>
    <w:p>
      <w:pPr>
        <w:pStyle w:val="ListNumber"/>
        <w:spacing w:line="240" w:lineRule="auto"/>
        <w:ind w:left="720"/>
      </w:pPr>
      <w:r/>
      <w:hyperlink r:id="rId14">
        <w:r>
          <w:rPr>
            <w:color w:val="0000EE"/>
            <w:u w:val="single"/>
          </w:rPr>
          <w:t>https://www.techtimes.com/articles/307853/20241014/security-expert-almost-fooled-shocking-ai-scam-call-targeting-gmail-accounts.htm</w:t>
        </w:r>
      </w:hyperlink>
      <w:r>
        <w:t xml:space="preserve"> - Describes a security expert's experience with an AI-powered scam call, detailing the sophisticated tactics and red flags involved.</w:t>
      </w:r>
      <w:r/>
    </w:p>
    <w:p>
      <w:pPr>
        <w:pStyle w:val="ListNumber"/>
        <w:spacing w:line="240" w:lineRule="auto"/>
        <w:ind w:left="720"/>
      </w:pPr>
      <w:r/>
      <w:hyperlink r:id="rId14">
        <w:r>
          <w:rPr>
            <w:color w:val="0000EE"/>
            <w:u w:val="single"/>
          </w:rPr>
          <w:t>https://www.techtimes.com/articles/307853/20241014/security-expert-almost-fooled-shocking-ai-scam-call-targeting-gmail-accounts.htm</w:t>
        </w:r>
      </w:hyperlink>
      <w:r>
        <w:t xml:space="preserve"> - Explains how AI-generated voices and spoofed numbers are used in the scam, and how these tactics can deceive even experienced users.</w:t>
      </w:r>
      <w:r/>
    </w:p>
    <w:p>
      <w:pPr>
        <w:pStyle w:val="ListNumber"/>
        <w:spacing w:line="240" w:lineRule="auto"/>
        <w:ind w:left="720"/>
      </w:pPr>
      <w:r/>
      <w:hyperlink r:id="rId14">
        <w:r>
          <w:rPr>
            <w:color w:val="0000EE"/>
            <w:u w:val="single"/>
          </w:rPr>
          <w:t>https://www.techtimes.com/articles/307853/20241014/security-expert-almost-fooled-shocking-ai-scam-call-targeting-gmail-accounts.htm</w:t>
        </w:r>
      </w:hyperlink>
      <w:r>
        <w:t xml:space="preserve"> - Highlights the case of Sam Mitrovic, a Microsoft consultant, who was almost fooled by an AI-powered scam call, illustrating the convincing nature of these scams.</w:t>
      </w:r>
      <w:r/>
    </w:p>
    <w:p>
      <w:pPr>
        <w:pStyle w:val="ListNumber"/>
        <w:spacing w:line="240" w:lineRule="auto"/>
        <w:ind w:left="720"/>
      </w:pPr>
      <w:r/>
      <w:hyperlink r:id="rId14">
        <w:r>
          <w:rPr>
            <w:color w:val="0000EE"/>
            <w:u w:val="single"/>
          </w:rPr>
          <w:t>https://www.techtimes.com/articles/307853/20241014/security-expert-almost-fooled-shocking-ai-scam-call-targeting-gmail-accounts.htm</w:t>
        </w:r>
      </w:hyperlink>
      <w:r>
        <w:t xml:space="preserve"> - Discusses the growing concern of AI-powered scams and the need for increased vigilance in verifying the legitimacy of communications.</w:t>
      </w:r>
      <w:r/>
    </w:p>
    <w:p>
      <w:pPr>
        <w:pStyle w:val="ListNumber"/>
        <w:spacing w:line="240" w:lineRule="auto"/>
        <w:ind w:left="720"/>
      </w:pPr>
      <w:r/>
      <w:hyperlink r:id="rId14">
        <w:r>
          <w:rPr>
            <w:color w:val="0000EE"/>
            <w:u w:val="single"/>
          </w:rPr>
          <w:t>https://www.techtimes.com/articles/307853/20241014/security-expert-almost-fooled-shocking-ai-scam-call-targeting-gmail-accounts.htm</w:t>
        </w:r>
      </w:hyperlink>
      <w:r>
        <w:t xml:space="preserve"> - Outlines the measures users should take to protect themselves, including confirming requests directly with the company and being cautious of unsolicited communications.</w:t>
      </w:r>
      <w:r/>
    </w:p>
    <w:p>
      <w:pPr>
        <w:pStyle w:val="ListNumber"/>
        <w:spacing w:line="240" w:lineRule="auto"/>
        <w:ind w:left="720"/>
      </w:pPr>
      <w:r/>
      <w:hyperlink r:id="rId14">
        <w:r>
          <w:rPr>
            <w:color w:val="0000EE"/>
            <w:u w:val="single"/>
          </w:rPr>
          <w:t>https://www.techtimes.com/articles/307853/20241014/security-expert-almost-fooled-shocking-ai-scam-call-targeting-gmail-accounts.htm</w:t>
        </w:r>
      </w:hyperlink>
      <w:r>
        <w:t xml:space="preserve"> - Explains the evolving threats posed by AI in scams, including the automation and scale at which these scams can operate.</w:t>
      </w:r>
      <w:r/>
    </w:p>
    <w:p>
      <w:pPr>
        <w:pStyle w:val="ListNumber"/>
        <w:spacing w:line="240" w:lineRule="auto"/>
        <w:ind w:left="720"/>
      </w:pPr>
      <w:r/>
      <w:hyperlink r:id="rId14">
        <w:r>
          <w:rPr>
            <w:color w:val="0000EE"/>
            <w:u w:val="single"/>
          </w:rPr>
          <w:t>https://www.techtimes.com/articles/307853/20241014/security-expert-almost-fooled-shocking-ai-scam-call-targeting-gmail-accounts.htm</w:t>
        </w:r>
      </w:hyperlink>
      <w:r>
        <w:t xml:space="preserve"> - Mentions the importance of Google's countermeasures, such as the Advanced Protection Program, to enhance user security against these sophisticated scams.</w:t>
      </w:r>
      <w:r/>
    </w:p>
    <w:p>
      <w:pPr>
        <w:pStyle w:val="ListNumber"/>
        <w:spacing w:line="240" w:lineRule="auto"/>
        <w:ind w:left="720"/>
      </w:pPr>
      <w:r/>
      <w:hyperlink r:id="rId15">
        <w:r>
          <w:rPr>
            <w:color w:val="0000EE"/>
            <w:u w:val="single"/>
          </w:rPr>
          <w:t>https://gbhackers.com/beware-of-fake-ai-scam-calls/</w:t>
        </w:r>
      </w:hyperlink>
      <w:r>
        <w:t xml:space="preserve"> - Please view link - unable to able to access data</w:t>
      </w:r>
      <w:r/>
    </w:p>
    <w:p>
      <w:pPr>
        <w:pStyle w:val="ListNumber"/>
        <w:spacing w:line="240" w:lineRule="auto"/>
        <w:ind w:left="720"/>
      </w:pPr>
      <w:r/>
      <w:hyperlink r:id="rId16">
        <w:r>
          <w:rPr>
            <w:color w:val="0000EE"/>
            <w:u w:val="single"/>
          </w:rPr>
          <w:t>https://trotons.com/gmail-users-warned-of-ai-driven-scam-attacks/</w:t>
        </w:r>
      </w:hyperlink>
      <w:r>
        <w:t xml:space="preserve"> - Please view link - unable to able to access data</w:t>
      </w:r>
      <w:r/>
    </w:p>
    <w:p>
      <w:pPr>
        <w:pStyle w:val="ListNumber"/>
        <w:spacing w:line="240" w:lineRule="auto"/>
        <w:ind w:left="720"/>
      </w:pPr>
      <w:r/>
      <w:hyperlink r:id="rId14">
        <w:r>
          <w:rPr>
            <w:color w:val="0000EE"/>
            <w:u w:val="single"/>
          </w:rPr>
          <w:t>https://www.techtimes.com/articles/307853/20241014/security-expert-almost-fooled-shocking-ai-scam-call-targeting-gmail-accounts.htm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c.com/kit-eaton/heres-what-you-need-to-know-about-an-ai-powered-scam-targeting-gmail/90988521" TargetMode="External"/><Relationship Id="rId11" Type="http://schemas.openxmlformats.org/officeDocument/2006/relationships/hyperlink" Target="https://www.reddit.com/r/cybersecurity/comments/1g16lhu/new_gmail_security_alert_for_billions_as_7day_ai/" TargetMode="External"/><Relationship Id="rId12" Type="http://schemas.openxmlformats.org/officeDocument/2006/relationships/hyperlink" Target="https://www.youtube.com/watch?v=BY5-Z9_ss9s" TargetMode="External"/><Relationship Id="rId13" Type="http://schemas.openxmlformats.org/officeDocument/2006/relationships/hyperlink" Target="https://www.reddit.com/r/technology/comments/1g34njs/new_gmail_security_alert_for_25_billion_users_as/" TargetMode="External"/><Relationship Id="rId14" Type="http://schemas.openxmlformats.org/officeDocument/2006/relationships/hyperlink" Target="https://www.techtimes.com/articles/307853/20241014/security-expert-almost-fooled-shocking-ai-scam-call-targeting-gmail-accounts.htm" TargetMode="External"/><Relationship Id="rId15" Type="http://schemas.openxmlformats.org/officeDocument/2006/relationships/hyperlink" Target="https://gbhackers.com/beware-of-fake-ai-scam-calls/" TargetMode="External"/><Relationship Id="rId16" Type="http://schemas.openxmlformats.org/officeDocument/2006/relationships/hyperlink" Target="https://trotons.com/gmail-users-warned-of-ai-driven-scam-attac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