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solutions transform consumer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consumer marketing, traditional approaches to data segmentation are increasingly being outpaced by the demands of a dynamic marketplace. As marketers grapple with an influx of consumer data, the challenge lies in transforming this data into meaningful insights. Bryan Gernert, CEO of Resonate, identifies AI-powered solutions as pivotal tools that address the limitations of traditional data management and segmentation methods.</w:t>
      </w:r>
      <w:r/>
    </w:p>
    <w:p>
      <w:r/>
      <w:r>
        <w:t>Historically, marketers have relied on segmenting consumers based on demographic factors such as age, gender, and income. However, these methods only explain a fraction—approximately 10-15%—of consumer purchasing behaviours, as suggested by internal data from Resonate. This limited approach often results in broad generalisations that fail to capture the complexity of consumer behaviours and preferences.</w:t>
      </w:r>
      <w:r/>
    </w:p>
    <w:p>
      <w:r/>
      <w:r>
        <w:t>In contrast, AI-facilitated solutions are changing the landscape by utilising comprehensive data drawn from actual consumer behaviours and preferences. Such data sets include purchase history, brand interactions, and real-time activity, enabling a more refined understanding of consumer actions through enhanced pattern recognition and dynamic targeting. These capabilities allow marketers to personalise offerings at scale, answering critical questions such as the timing of purchase intent, potential purchase types, and the likelihood of repeat business.</w:t>
      </w:r>
      <w:r/>
    </w:p>
    <w:p>
      <w:r/>
      <w:r>
        <w:t>Central to this transformation are advanced predictive models that utilise first-party and behavioural data to assign scores to consumers, forecasting their likelihood to churn or evolve into high-value customers. These scores can be leveraged for insights, targeting, and managing the customer lifecycle, thus enhancing strategic decision-making. The integration of AI in predictive modelling is specifically advantageous for businesses seeking to build robust customer propensity models using premium data resources.</w:t>
      </w:r>
      <w:r/>
    </w:p>
    <w:p>
      <w:r/>
      <w:r>
        <w:t>Moreover, these AI-powered models deliver a unique combination of scale, sophistication, speed, and precision, providing marketers with valuable performance boosts and cost efficiencies. By integrating a company's first-party data with expansive, observed behavioural data, marketers gain a deeper understanding of their customer base, facilitating more targeted engagements.</w:t>
      </w:r>
      <w:r/>
    </w:p>
    <w:p>
      <w:r/>
      <w:r>
        <w:t>AI's role extends beyond static data snapshots, offering continually updated models. This dynamic approach relieves companies of the burden of constant updates in predictive modelling, resulting in significant cost savings and improved efficiency. Organisations employing these solutions report considerable enhancements in email engagement rates, conversion improvements, and reduced customer acquisition costs, reflecting a tangible increase in customer lifetime value.</w:t>
      </w:r>
      <w:r/>
    </w:p>
    <w:p>
      <w:r/>
      <w:r>
        <w:t>Overall, AI-powered data solutions are not merely about gathering insights but about enhancing predictive accuracy and response times to consumer needs. By leveraging these advanced models, companies are not just anticipating consumer demands but responding with precision, thus fostering stronger customer relationships. Resonate's data underscores this transformative shift, demonstrating significant performance improvements for businesses ready to embrace these cutting-edge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https://www.movingforwardsmallbusiness.com/segmentation-with-ai-expert-market-insights/</w:t>
        </w:r>
      </w:hyperlink>
      <w:r>
        <w:t xml:space="preserve"> - This article explains how AI-powered customer segmentation goes beyond traditional demographic segmentation, using factors such as customer behavior, preferences, and purchasing patterns to create more accurate and effective targeting.</w:t>
      </w:r>
      <w:r/>
    </w:p>
    <w:p>
      <w:pPr>
        <w:pStyle w:val="ListNumber"/>
        <w:spacing w:line="240" w:lineRule="auto"/>
        <w:ind w:left="720"/>
      </w:pPr>
      <w:r/>
      <w:hyperlink r:id="rId11">
        <w:r>
          <w:rPr>
            <w:color w:val="0000EE"/>
            <w:u w:val="single"/>
          </w:rPr>
          <w:t>https://www.linkedin.com/pulse/how-ai-can-improve-your-customer-segmentation-marketing-addllyai</w:t>
        </w:r>
      </w:hyperlink>
      <w:r>
        <w:t xml:space="preserve"> - It discusses how AI algorithms analyze customer data and behavior to group individuals based on shared traits, enabling more accurate targeting and personalized marketing campaigns.</w:t>
      </w:r>
      <w:r/>
    </w:p>
    <w:p>
      <w:pPr>
        <w:pStyle w:val="ListNumber"/>
        <w:spacing w:line="240" w:lineRule="auto"/>
        <w:ind w:left="720"/>
      </w:pPr>
      <w:r/>
      <w:hyperlink r:id="rId12">
        <w:r>
          <w:rPr>
            <w:color w:val="0000EE"/>
            <w:u w:val="single"/>
          </w:rPr>
          <w:t>https://www.pecan.ai/blog/ai-customer-segmentation-marketing/</w:t>
        </w:r>
      </w:hyperlink>
      <w:r>
        <w:t xml:space="preserve"> - This blog highlights the precision and dynamism of AI customer segmentation, which reflects real-time changes in buyer behavior and improves ROI by using advanced algorithms and machine learning techniques.</w:t>
      </w:r>
      <w:r/>
    </w:p>
    <w:p>
      <w:pPr>
        <w:pStyle w:val="ListNumber"/>
        <w:spacing w:line="240" w:lineRule="auto"/>
        <w:ind w:left="720"/>
      </w:pPr>
      <w:r/>
      <w:hyperlink r:id="rId13">
        <w:r>
          <w:rPr>
            <w:color w:val="0000EE"/>
            <w:u w:val="single"/>
          </w:rPr>
          <w:t>https://mailchimp.com/resources/ai-customer-segmentation/</w:t>
        </w:r>
      </w:hyperlink>
      <w:r>
        <w:t xml:space="preserve"> - The article explains how AI customer segmentation analyzes large volumes of customer data to identify patterns and create highly detailed and nuanced customer profiles, allowing for more precise targeting and marketing messages.</w:t>
      </w:r>
      <w:r/>
    </w:p>
    <w:p>
      <w:pPr>
        <w:pStyle w:val="ListNumber"/>
        <w:spacing w:line="240" w:lineRule="auto"/>
        <w:ind w:left="720"/>
      </w:pPr>
      <w:r/>
      <w:hyperlink r:id="rId13">
        <w:r>
          <w:rPr>
            <w:color w:val="0000EE"/>
            <w:u w:val="single"/>
          </w:rPr>
          <w:t>https://mailchimp.com/resources/ai-customer-segmentation/</w:t>
        </w:r>
      </w:hyperlink>
      <w:r>
        <w:t xml:space="preserve"> - It also discusses the use of various data types, including demographic, behavioral, and transactional data, to identify distinct customer groups and deliver personalized marketing communications.</w:t>
      </w:r>
      <w:r/>
    </w:p>
    <w:p>
      <w:pPr>
        <w:pStyle w:val="ListNumber"/>
        <w:spacing w:line="240" w:lineRule="auto"/>
        <w:ind w:left="720"/>
      </w:pPr>
      <w:r/>
      <w:hyperlink r:id="rId10">
        <w:r>
          <w:rPr>
            <w:color w:val="0000EE"/>
            <w:u w:val="single"/>
          </w:rPr>
          <w:t>https://www.movingforwardsmallbusiness.com/segmentation-with-ai-expert-market-insights/</w:t>
        </w:r>
      </w:hyperlink>
      <w:r>
        <w:t xml:space="preserve"> - This source details how AI enhances data accuracy by identifying and cleaning up duplicate or outdated data, ensuring precise target group identification and optimized resource allocation.</w:t>
      </w:r>
      <w:r/>
    </w:p>
    <w:p>
      <w:pPr>
        <w:pStyle w:val="ListNumber"/>
        <w:spacing w:line="240" w:lineRule="auto"/>
        <w:ind w:left="720"/>
      </w:pPr>
      <w:r/>
      <w:hyperlink r:id="rId11">
        <w:r>
          <w:rPr>
            <w:color w:val="0000EE"/>
            <w:u w:val="single"/>
          </w:rPr>
          <w:t>https://www.linkedin.com/pulse/how-ai-can-improve-your-customer-segmentation-marketing-addllyai</w:t>
        </w:r>
      </w:hyperlink>
      <w:r>
        <w:t xml:space="preserve"> - The article explains how AI-powered customer segmentation enables businesses to build stronger relationships with their customers and improve overall customer experiences through personalized marketing campaigns and predictive analytics.</w:t>
      </w:r>
      <w:r/>
    </w:p>
    <w:p>
      <w:pPr>
        <w:pStyle w:val="ListNumber"/>
        <w:spacing w:line="240" w:lineRule="auto"/>
        <w:ind w:left="720"/>
      </w:pPr>
      <w:r/>
      <w:hyperlink r:id="rId12">
        <w:r>
          <w:rPr>
            <w:color w:val="0000EE"/>
            <w:u w:val="single"/>
          </w:rPr>
          <w:t>https://www.pecan.ai/blog/ai-customer-segmentation-marketing/</w:t>
        </w:r>
      </w:hyperlink>
      <w:r>
        <w:t xml:space="preserve"> - It discusses the real-world applications of AI-driven customer segmentation, including predictive analytics, machine learning clustering, and natural language processing to conduct sentiment analysis and establish preferences.</w:t>
      </w:r>
      <w:r/>
    </w:p>
    <w:p>
      <w:pPr>
        <w:pStyle w:val="ListNumber"/>
        <w:spacing w:line="240" w:lineRule="auto"/>
        <w:ind w:left="720"/>
      </w:pPr>
      <w:r/>
      <w:hyperlink r:id="rId14">
        <w:r>
          <w:rPr>
            <w:color w:val="0000EE"/>
            <w:u w:val="single"/>
          </w:rPr>
          <w:t>https://graphite-note.com/how-to-leverage-ai-for-effective-customer-segmentation-in-digital-marketing/</w:t>
        </w:r>
      </w:hyperlink>
      <w:r>
        <w:t xml:space="preserve"> - This article highlights the benefits of AI in customer segmentation, such as analyzing vast amounts of customer data quickly, identifying patterns and trends, and predicting future customer behavior and preferences.</w:t>
      </w:r>
      <w:r/>
    </w:p>
    <w:p>
      <w:pPr>
        <w:pStyle w:val="ListNumber"/>
        <w:spacing w:line="240" w:lineRule="auto"/>
        <w:ind w:left="720"/>
      </w:pPr>
      <w:r/>
      <w:hyperlink r:id="rId13">
        <w:r>
          <w:rPr>
            <w:color w:val="0000EE"/>
            <w:u w:val="single"/>
          </w:rPr>
          <w:t>https://mailchimp.com/resources/ai-customer-segmentation/</w:t>
        </w:r>
      </w:hyperlink>
      <w:r>
        <w:t xml:space="preserve"> - It explains how AI-powered predictive segmentation uses advanced algorithms to forecast future customer behavior, enabling marketers to anticipate customer needs and tailor marketing campaigns accordingly.</w:t>
      </w:r>
      <w:r/>
    </w:p>
    <w:p>
      <w:pPr>
        <w:pStyle w:val="ListNumber"/>
        <w:spacing w:line="240" w:lineRule="auto"/>
        <w:ind w:left="720"/>
      </w:pPr>
      <w:r/>
      <w:hyperlink r:id="rId10">
        <w:r>
          <w:rPr>
            <w:color w:val="0000EE"/>
            <w:u w:val="single"/>
          </w:rPr>
          <w:t>https://www.movingforwardsmallbusiness.com/segmentation-with-ai-expert-market-insights/</w:t>
        </w:r>
      </w:hyperlink>
      <w:r>
        <w:t xml:space="preserve"> - The article discusses how AI transforms traditional market segmentation by automating the segmentation process, reducing human error, and enabling quicker analysis and more accurate segmentations.</w:t>
      </w:r>
      <w:r/>
    </w:p>
    <w:p>
      <w:pPr>
        <w:pStyle w:val="ListNumber"/>
        <w:spacing w:line="240" w:lineRule="auto"/>
        <w:ind w:left="720"/>
      </w:pPr>
      <w:r/>
      <w:hyperlink r:id="rId15">
        <w:r>
          <w:rPr>
            <w:color w:val="0000EE"/>
            <w:u w:val="single"/>
          </w:rPr>
          <w:t>https://www.modernretail.co/sponsored/how-brands-and-agencies-leverage-ai-powered-data-to-drive-sales/?utm_campaign=modernretaildis&amp;utm_medium=rss&amp;utm_source=general-rss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vingforwardsmallbusiness.com/segmentation-with-ai-expert-market-insights/" TargetMode="External"/><Relationship Id="rId11" Type="http://schemas.openxmlformats.org/officeDocument/2006/relationships/hyperlink" Target="https://www.linkedin.com/pulse/how-ai-can-improve-your-customer-segmentation-marketing-addllyai" TargetMode="External"/><Relationship Id="rId12" Type="http://schemas.openxmlformats.org/officeDocument/2006/relationships/hyperlink" Target="https://www.pecan.ai/blog/ai-customer-segmentation-marketing/" TargetMode="External"/><Relationship Id="rId13" Type="http://schemas.openxmlformats.org/officeDocument/2006/relationships/hyperlink" Target="https://mailchimp.com/resources/ai-customer-segmentation/" TargetMode="External"/><Relationship Id="rId14" Type="http://schemas.openxmlformats.org/officeDocument/2006/relationships/hyperlink" Target="https://graphite-note.com/how-to-leverage-ai-for-effective-customer-segmentation-in-digital-marketing/" TargetMode="External"/><Relationship Id="rId15" Type="http://schemas.openxmlformats.org/officeDocument/2006/relationships/hyperlink" Target="https://www.modernretail.co/sponsored/how-brands-and-agencies-leverage-ai-powered-data-to-drive-sales/?utm_campaign=modernretail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