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tools revolutionising data management in Excel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Tools Revolutionising Data Management in Excel</w:t>
      </w:r>
      <w:r/>
    </w:p>
    <w:p>
      <w:r/>
      <w:r>
        <w:t>Navigating the complexities of spreadsheet software has long been a challenge for many users. Excel, a Microsoft product launched initially as Multiplan in 1982, remains a cornerstone in data management platforms, constantly evolving to accommodate user needs. While its robustness is unparalleled, the intricacies of data handling within Excel can sometimes overwhelm its users. In response, a rise in artificial intelligence (AI) tools is transforming how data is processed, analysed, and summarised.</w:t>
      </w:r>
      <w:r/>
    </w:p>
    <w:p>
      <w:r/>
      <w:r>
        <w:t xml:space="preserve">An increasingly popular tool is </w:t>
      </w:r>
      <w:r>
        <w:rPr>
          <w:b/>
        </w:rPr>
        <w:t>GPT Excel</w:t>
      </w:r>
      <w:r>
        <w:t>, developed specifically for Excel and Google Sheets. With over 500,000 users, this AI assistant is making waves by providing features such as AI-based chat functionalities, the ability to generate and understand complex formulas, task automation, SQL, and data validation as well as filtering. The platform also offers both free and paid versions, the latter costing approximately $7 per month, providing priority access to customer service and AI chatbot support.</w:t>
      </w:r>
      <w:r/>
    </w:p>
    <w:p>
      <w:r/>
      <w:r>
        <w:t>The primary allure of GPT Excel lies in its simplicity and functionality. It eschews unnecessary complexities in favour of straightforward, streamlined tools designed to handle extensive data and algorithm processes efficiently. Users can create an account using their email or Google credentials, activate the free version, and begin by utilising the Formulas feature. This includes inputting data which GPT Excel can then organise or interpret, offering explanations or transformations of the data back into the original Excel spreadsheet. Moreover, guidance on best practices ensures users can optimise their data input processes effectively.</w:t>
      </w:r>
      <w:r/>
    </w:p>
    <w:p>
      <w:r/>
      <w:r>
        <w:t>The tool’s straightforward design and minimal gimmicks make it a favourite among those who prefer a more familiar experience over flashy add-ons. This is especially pertinent considering the growing AI landscape where various tools are available, often causing choice paralysis for users seeking the optimal application for their unique needs.</w:t>
      </w:r>
      <w:r/>
    </w:p>
    <w:p>
      <w:r/>
      <w:r>
        <w:t>For those who remain open to exploring alternatives, a plethora of AI-powered applications exist:</w:t>
      </w:r>
      <w:r/>
      <w:r/>
    </w:p>
    <w:p>
      <w:pPr>
        <w:pStyle w:val="ListBullet"/>
        <w:spacing w:line="240" w:lineRule="auto"/>
        <w:ind w:left="720"/>
      </w:pPr>
      <w:r/>
      <w:r>
        <w:t>Knowt: Targeted towards students and educators, Knowt transforms Excel data into educational resources like notes and flashcards, offering plans starting from $2 to $13 monthly after a free seven-day trial.</w:t>
      </w:r>
      <w:r/>
    </w:p>
    <w:p>
      <w:pPr>
        <w:pStyle w:val="ListBullet"/>
        <w:spacing w:line="240" w:lineRule="auto"/>
        <w:ind w:left="720"/>
      </w:pPr>
      <w:r/>
      <w:r>
        <w:t>Ajelix BI: Branding itself as an all-in-one productivity platform, Ajelix BI offers 15 different productivity tools, 10 of which are tailored for Excel. Suitable for small business owners and non-technical teams, they provide insights faster by reducing problem-solving time by up to 50%, with pricing from free plans to a $200 per month Business Plus plan.</w:t>
      </w:r>
      <w:r/>
    </w:p>
    <w:p>
      <w:pPr>
        <w:pStyle w:val="ListBullet"/>
        <w:spacing w:line="240" w:lineRule="auto"/>
        <w:ind w:left="720"/>
      </w:pPr>
      <w:r/>
      <w:r>
        <w:t>Julius AI: This tool excels in managing dense datasets, providing visualizations, forecasts, and comprehensive analyses. A free version alongside an upgraded plan makes it accessible for varied user needs.</w:t>
      </w:r>
      <w:r/>
    </w:p>
    <w:p>
      <w:pPr>
        <w:pStyle w:val="ListBullet"/>
        <w:spacing w:line="240" w:lineRule="auto"/>
        <w:ind w:left="720"/>
      </w:pPr>
      <w:r/>
      <w:r>
        <w:t>Rows: Marketed as a "personal data analyst," Rows harnesses the power of AI to classify, tag, translate text and assist with initiating marketing campaigns. Pricing varies from free to $30 monthly.</w:t>
      </w:r>
      <w:r/>
      <w:r/>
    </w:p>
    <w:p>
      <w:r/>
      <w:r>
        <w:t>The advent of AI applications such as GPT Excel represents a significant shift in managing spreadsheets, allowing users to streamline their workflows and automate repetitive tasks while maintaining the reliability of traditional spreadsheets like Excel. As these AI tools continue to evolve, they will undoubtedly become invaluable assets in processing, managing, and interpreting data with increased efficiency and accuracy.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https://www.techradar.com/pro/the-rise-of-ai-in-spreadsheets-a-game-changer-for-data-management</w:t>
        </w:r>
      </w:hyperlink>
      <w:r>
        <w:t xml:space="preserve"> - This article explains how AI is revolutionizing spreadsheets, including features like natural language processing, predictive analytics, and automated insights, which corroborate the transformative impact of AI on data management in Excel.</w:t>
      </w:r>
      <w:r/>
    </w:p>
    <w:p>
      <w:pPr>
        <w:pStyle w:val="ListNumber"/>
        <w:spacing w:line="240" w:lineRule="auto"/>
        <w:ind w:left="720"/>
      </w:pPr>
      <w:r/>
      <w:hyperlink r:id="rId11">
        <w:r>
          <w:rPr>
            <w:color w:val="0000EE"/>
            <w:u w:val="single"/>
          </w:rPr>
          <w:t>https://formulashq.com/ai-for-excel-how-artificial-intelligence-is-revolutionizing-spreadsheet-analysis/</w:t>
        </w:r>
      </w:hyperlink>
      <w:r>
        <w:t xml:space="preserve"> - This source details how AI in Excel automates tasks, enhances data analysis, and improves accuracy, aligning with the benefits of AI tools in streamlining workflows and improving data management.</w:t>
      </w:r>
      <w:r/>
    </w:p>
    <w:p>
      <w:pPr>
        <w:pStyle w:val="ListNumber"/>
        <w:spacing w:line="240" w:lineRule="auto"/>
        <w:ind w:left="720"/>
      </w:pPr>
      <w:r/>
      <w:hyperlink r:id="rId12">
        <w:r>
          <w:rPr>
            <w:color w:val="0000EE"/>
            <w:u w:val="single"/>
          </w:rPr>
          <w:t>https://www.datarails.com/ai-and-the-future-of-excel/</w:t>
        </w:r>
      </w:hyperlink>
      <w:r>
        <w:t xml:space="preserve"> - This article discusses the future of Excel with AI, including features like automated data analysis, natural language processing, and predictive analytics, which support the evolution of AI in spreadsheet management.</w:t>
      </w:r>
      <w:r/>
    </w:p>
    <w:p>
      <w:pPr>
        <w:pStyle w:val="ListNumber"/>
        <w:spacing w:line="240" w:lineRule="auto"/>
        <w:ind w:left="720"/>
      </w:pPr>
      <w:r/>
      <w:hyperlink r:id="rId13">
        <w:r>
          <w:rPr>
            <w:color w:val="0000EE"/>
            <w:u w:val="single"/>
          </w:rPr>
          <w:t>https://broadhurst.digital/blog/ai-in-spreadsheets-new-tools-for-data-analysis-automation</w:t>
        </w:r>
      </w:hyperlink>
      <w:r>
        <w:t xml:space="preserve"> - This source explores various AI-powered tools for spreadsheets, such as Microsoft’s Copilot Pro and Google’s Gemini, highlighting their capabilities in automating tasks and enhancing data analysis, similar to the tools mentioned in the article.</w:t>
      </w:r>
      <w:r/>
    </w:p>
    <w:p>
      <w:pPr>
        <w:pStyle w:val="ListNumber"/>
        <w:spacing w:line="240" w:lineRule="auto"/>
        <w:ind w:left="720"/>
      </w:pPr>
      <w:r/>
      <w:hyperlink r:id="rId14">
        <w:r>
          <w:rPr>
            <w:color w:val="0000EE"/>
            <w:u w:val="single"/>
          </w:rPr>
          <w:t>https://www.getmerlin.in/blogs/chatgpt-app/ai-tools-for-excel</w:t>
        </w:r>
      </w:hyperlink>
      <w:r>
        <w:t xml:space="preserve"> - This article lists several AI-powered Excel tools, including DataRobot and Power Query, which corroborate the existence and functionality of various AI tools designed to enhance data management in Excel.</w:t>
      </w:r>
      <w:r/>
    </w:p>
    <w:p>
      <w:pPr>
        <w:pStyle w:val="ListNumber"/>
        <w:spacing w:line="240" w:lineRule="auto"/>
        <w:ind w:left="720"/>
      </w:pPr>
      <w:r/>
      <w:hyperlink r:id="rId13">
        <w:r>
          <w:rPr>
            <w:color w:val="0000EE"/>
            <w:u w:val="single"/>
          </w:rPr>
          <w:t>https://broadhurst.digital/blog/ai-in-spreadsheets-new-tools-for-data-analysis-automation</w:t>
        </w:r>
      </w:hyperlink>
      <w:r>
        <w:t xml:space="preserve"> - This source mentions Rows.com as a platform that uses AI to classify, tag, and translate text, and assist with marketing campaigns, aligning with the description of Rows in the article.</w:t>
      </w:r>
      <w:r/>
    </w:p>
    <w:p>
      <w:pPr>
        <w:pStyle w:val="ListNumber"/>
        <w:spacing w:line="240" w:lineRule="auto"/>
        <w:ind w:left="720"/>
      </w:pPr>
      <w:r/>
      <w:hyperlink r:id="rId10">
        <w:r>
          <w:rPr>
            <w:color w:val="0000EE"/>
            <w:u w:val="single"/>
          </w:rPr>
          <w:t>https://www.techradar.com/pro/the-rise-of-ai-in-spreadsheets-a-game-changer-for-data-management</w:t>
        </w:r>
      </w:hyperlink>
      <w:r>
        <w:t xml:space="preserve"> - This article discusses the integration of AI in Excel, including smart data cleanup and automated insights, which are key features of AI-powered tools like GPT Excel.</w:t>
      </w:r>
      <w:r/>
    </w:p>
    <w:p>
      <w:pPr>
        <w:pStyle w:val="ListNumber"/>
        <w:spacing w:line="240" w:lineRule="auto"/>
        <w:ind w:left="720"/>
      </w:pPr>
      <w:r/>
      <w:hyperlink r:id="rId11">
        <w:r>
          <w:rPr>
            <w:color w:val="0000EE"/>
            <w:u w:val="single"/>
          </w:rPr>
          <w:t>https://formulashq.com/ai-for-excel-how-artificial-intelligence-is-revolutionizing-spreadsheet-analysis/</w:t>
        </w:r>
      </w:hyperlink>
      <w:r>
        <w:t xml:space="preserve"> - This source highlights the impact of AI on data analysis in Excel, including enhanced efficiency and accuracy, which supports the benefits mentioned for tools like GPT Excel.</w:t>
      </w:r>
      <w:r/>
    </w:p>
    <w:p>
      <w:pPr>
        <w:pStyle w:val="ListNumber"/>
        <w:spacing w:line="240" w:lineRule="auto"/>
        <w:ind w:left="720"/>
      </w:pPr>
      <w:r/>
      <w:hyperlink r:id="rId12">
        <w:r>
          <w:rPr>
            <w:color w:val="0000EE"/>
            <w:u w:val="single"/>
          </w:rPr>
          <w:t>https://www.datarails.com/ai-and-the-future-of-excel/</w:t>
        </w:r>
      </w:hyperlink>
      <w:r>
        <w:t xml:space="preserve"> - This article mentions the use of AI for predictive analytics and financial modeling in Excel, which aligns with the advanced functionalities of AI tools described in the article.</w:t>
      </w:r>
      <w:r/>
    </w:p>
    <w:p>
      <w:pPr>
        <w:pStyle w:val="ListNumber"/>
        <w:spacing w:line="240" w:lineRule="auto"/>
        <w:ind w:left="720"/>
      </w:pPr>
      <w:r/>
      <w:hyperlink r:id="rId13">
        <w:r>
          <w:rPr>
            <w:color w:val="0000EE"/>
            <w:u w:val="single"/>
          </w:rPr>
          <w:t>https://broadhurst.digital/blog/ai-in-spreadsheets-new-tools-for-data-analysis-automation</w:t>
        </w:r>
      </w:hyperlink>
      <w:r>
        <w:t xml:space="preserve"> - This source discusses the role of AI in automating repetitive tasks and enhancing user interaction through natural language processing, similar to the features of GPT Excel.</w:t>
      </w:r>
      <w:r/>
    </w:p>
    <w:p>
      <w:pPr>
        <w:pStyle w:val="ListNumber"/>
        <w:spacing w:line="240" w:lineRule="auto"/>
        <w:ind w:left="720"/>
      </w:pPr>
      <w:r/>
      <w:hyperlink r:id="rId14">
        <w:r>
          <w:rPr>
            <w:color w:val="0000EE"/>
            <w:u w:val="single"/>
          </w:rPr>
          <w:t>https://www.getmerlin.in/blogs/chatgpt-app/ai-tools-for-excel</w:t>
        </w:r>
      </w:hyperlink>
      <w:r>
        <w:t xml:space="preserve"> - This article lists various AI tools that offer different functionalities, such as formula creation and data validation, which are similar to the features provided by GPT Excel and other AI-powered tools.</w:t>
      </w:r>
      <w:r/>
    </w:p>
    <w:p>
      <w:pPr>
        <w:pStyle w:val="ListNumber"/>
        <w:spacing w:line="240" w:lineRule="auto"/>
        <w:ind w:left="720"/>
      </w:pPr>
      <w:r/>
      <w:hyperlink r:id="rId15">
        <w:r>
          <w:rPr>
            <w:color w:val="0000EE"/>
            <w:u w:val="single"/>
          </w:rPr>
          <w:t>https://www.cnet.com/tech/services-and-software/how-to-use-ai-to-summarize-your-excel-spreadsheets/#ftag=CADf328eec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the-rise-of-ai-in-spreadsheets-a-game-changer-for-data-management" TargetMode="External"/><Relationship Id="rId11" Type="http://schemas.openxmlformats.org/officeDocument/2006/relationships/hyperlink" Target="https://formulashq.com/ai-for-excel-how-artificial-intelligence-is-revolutionizing-spreadsheet-analysis/" TargetMode="External"/><Relationship Id="rId12" Type="http://schemas.openxmlformats.org/officeDocument/2006/relationships/hyperlink" Target="https://www.datarails.com/ai-and-the-future-of-excel/" TargetMode="External"/><Relationship Id="rId13" Type="http://schemas.openxmlformats.org/officeDocument/2006/relationships/hyperlink" Target="https://broadhurst.digital/blog/ai-in-spreadsheets-new-tools-for-data-analysis-automation" TargetMode="External"/><Relationship Id="rId14" Type="http://schemas.openxmlformats.org/officeDocument/2006/relationships/hyperlink" Target="https://www.getmerlin.in/blogs/chatgpt-app/ai-tools-for-excel" TargetMode="External"/><Relationship Id="rId15" Type="http://schemas.openxmlformats.org/officeDocument/2006/relationships/hyperlink" Target="https://www.cnet.com/tech/services-and-software/how-to-use-ai-to-summarize-your-excel-spreadsheets/#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