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voice cloning scams target parents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Voice Cloning Scams Target Parents in the UK</w:t>
      </w:r>
      <w:r/>
    </w:p>
    <w:p>
      <w:r/>
      <w:r>
        <w:t>Recent reports have sounded the alarm over a distressing new type of scam sweeping the United Kingdom, which leverages artificial intelligence (AI) to clone the voices of children. This sophisticated fraud tactic has become the latest evolution of the “Hi Mum” scams, notorious for exploiting parents' emotions to extract money.</w:t>
      </w:r>
      <w:r/>
    </w:p>
    <w:p>
      <w:r/>
      <w:r>
        <w:t>The alarming rise in AI-driven scams involves fraudsters, often operating from overseas, using just three seconds of audio—gleaned from social media platforms like TikTok and Instagram—to replicate the voice of a child. Armed with these digital clones, scammers are able to make phone calls or leave recorded messages that sound eerily convincing, compelling parents to believe their child is in grave danger and in urgent need of financial aid.</w:t>
      </w:r>
      <w:r/>
    </w:p>
    <w:p>
      <w:r/>
      <w:r>
        <w:t>Typically, these fraudulent calls mimic distress scenarios, where the scammer, posing as the child, claims their bank card and phone have been stolen. They may also invent situations requiring immediate financial settlements, such as urgent payments to a landlord or unscrupulous individuals allegedly threatening them.</w:t>
      </w:r>
      <w:r/>
    </w:p>
    <w:p>
      <w:r/>
      <w:r>
        <w:t>Speaking on the issue, Fraud Minister Lord Hanson emphasised the need for families to adopt “safe phrases” to confirm the authenticity of such emergency calls. "AI presents incredible opportunities for our society but we must also stay alert to dangers," he remarked. The government, he noted, is supporting the Stop! Think Fraud campaign, which advises the public on measures to prevent falling victim to these scams.</w:t>
      </w:r>
      <w:r/>
    </w:p>
    <w:p>
      <w:r/>
      <w:r>
        <w:t>The statistics underscore the growing threat. In the year ending March, the Crime Survey for England and Wales reported 3.2 million fraud incidents. The trend is mirrored by the financial sector, where UK Finance revealed 554,293 financial fraud cases reported by its banking members—a 20% increase compared to the previous year. These figures include a substantial number of “Hi Mum” scams.</w:t>
      </w:r>
      <w:r/>
    </w:p>
    <w:p>
      <w:r/>
      <w:r>
        <w:t>Justine Roberts, founder of the Mumsnet internet forum, noted the psychological manipulation at play, stating, "These scams prey on parents' emotions. If you think your son or daughter is in trouble, it's natural to act quickly, and otherwise scam-savvy parents have been duped by urgent pleas allegedly from their children." Roberts advocated for using codewords or questions agreed upon in advance to verify the legitimacy of such distress calls.</w:t>
      </w:r>
      <w:r/>
    </w:p>
    <w:p>
      <w:r/>
      <w:r>
        <w:t>The government is acutely aware of the challenges posed by AI-enhanced scams. A Home Office spokesperson acknowledged that AI is transforming the landscape of fraud, making it increasingly difficult for victims to discern the trap set before them. They stressed that the upcoming government fraud strategy will prioritise tackling the threats presented by AI-based scams.</w:t>
      </w:r>
      <w:r/>
    </w:p>
    <w:p>
      <w:r/>
      <w:r>
        <w:t>In light of these developments, government officials and experts are urging families to initiate open dialogues about emergency protocols and to establish unequivocal methods of confirming authenticity when faced with such calls. Meanwhile, banks and financial institutions continue to advise vigilance, encouraging individuals to ignore unrecognised contact attempts and secure their personal data from potential misuse.</w:t>
      </w:r>
      <w:r/>
    </w:p>
    <w:p>
      <w:r/>
      <w:r>
        <w:t>As these AI-facilitated scams proliferate, the pervasive challenge of fraud grows ever more complex, requiring concerted efforts from both the public and private sectors to mitigate its potentially devastating impact on victims.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https://www.thisismoney.co.uk/money/beatthescammers/article-13860427/Millions-caught-little-known-AI-voice-imitation-scam-one-major-bank-warns-28-Britons-targeted.html</w:t>
        </w:r>
      </w:hyperlink>
      <w:r>
        <w:t xml:space="preserve"> - Corroborates the use of AI voice cloning scams, the need for only three seconds of audio, and the recommendation to use 'safe phrases' to verify identity.</w:t>
      </w:r>
      <w:r/>
    </w:p>
    <w:p>
      <w:pPr>
        <w:pStyle w:val="ListNumber"/>
        <w:spacing w:line="240" w:lineRule="auto"/>
        <w:ind w:left="720"/>
      </w:pPr>
      <w:r/>
      <w:hyperlink r:id="rId11">
        <w:r>
          <w:rPr>
            <w:color w:val="0000EE"/>
            <w:u w:val="single"/>
          </w:rPr>
          <w:t>https://www.theguardian.com/money/2024/sep/18/warning-social-media-videos-exploited-scammers-clone-voices</w:t>
        </w:r>
      </w:hyperlink>
      <w:r>
        <w:t xml:space="preserve"> - Supports the warning about social media videos being exploited for voice cloning and the recommendation for 'safe phrases' to counteract scams.</w:t>
      </w:r>
      <w:r/>
    </w:p>
    <w:p>
      <w:pPr>
        <w:pStyle w:val="ListNumber"/>
        <w:spacing w:line="240" w:lineRule="auto"/>
        <w:ind w:left="720"/>
      </w:pPr>
      <w:r/>
      <w:hyperlink r:id="rId12">
        <w:r>
          <w:rPr>
            <w:color w:val="0000EE"/>
            <w:u w:val="single"/>
          </w:rPr>
          <w:t>https://www.entrepreneur.com/business-news/bank-warns-ai-voice-cloning-scams-are-out-of-control/480074</w:t>
        </w:r>
      </w:hyperlink>
      <w:r>
        <w:t xml:space="preserve"> - Confirms the AI voice cloning scam, the minimal audio required, and the advice to establish AI-proof 'safe phrases' with loved ones.</w:t>
      </w:r>
      <w:r/>
    </w:p>
    <w:p>
      <w:pPr>
        <w:pStyle w:val="ListNumber"/>
        <w:spacing w:line="240" w:lineRule="auto"/>
        <w:ind w:left="720"/>
      </w:pPr>
      <w:r/>
      <w:hyperlink r:id="rId13">
        <w:r>
          <w:rPr>
            <w:color w:val="0000EE"/>
            <w:u w:val="single"/>
          </w:rPr>
          <w:t>https://www.cnn.com/2024/09/18/tech/ai-voice-cloning-scam-warning/index.html</w:t>
        </w:r>
      </w:hyperlink>
      <w:r>
        <w:t xml:space="preserve"> - Details the AI voice cloning scam, the risk from social media videos, and the recommendation for using 'safe phrases' to verify calls.</w:t>
      </w:r>
      <w:r/>
    </w:p>
    <w:p>
      <w:pPr>
        <w:pStyle w:val="ListNumber"/>
        <w:spacing w:line="240" w:lineRule="auto"/>
        <w:ind w:left="720"/>
      </w:pPr>
      <w:r/>
      <w:hyperlink r:id="rId14">
        <w:r>
          <w:rPr>
            <w:color w:val="0000EE"/>
            <w:u w:val="single"/>
          </w:rPr>
          <w:t>https://www.ndtv.com/world-news/uk-bank-warns-of-ai-voice-cloning-scams-targeting-millions-6598802</w:t>
        </w:r>
      </w:hyperlink>
      <w:r>
        <w:t xml:space="preserve"> - Warns about AI voice cloning scams, the ease of creating voice clones from short audio clips, and the advice on using 'safe phrases'.</w:t>
      </w:r>
      <w:r/>
    </w:p>
    <w:p>
      <w:pPr>
        <w:pStyle w:val="ListNumber"/>
        <w:spacing w:line="240" w:lineRule="auto"/>
        <w:ind w:left="720"/>
      </w:pPr>
      <w:r/>
      <w:hyperlink r:id="rId10">
        <w:r>
          <w:rPr>
            <w:color w:val="0000EE"/>
            <w:u w:val="single"/>
          </w:rPr>
          <w:t>https://www.thisismoney.co.uk/money/beatthescammers/article-13860427/Millions-caught-little-known-AI-voice-imitation-scam-one-major-bank-warns-28-Britons-targeted.html</w:t>
        </w:r>
      </w:hyperlink>
      <w:r>
        <w:t xml:space="preserve"> - Provides statistics on the prevalence of AI voice cloning scams, with 28% of people targeted in the past year and 46% unaware of the scam.</w:t>
      </w:r>
      <w:r/>
    </w:p>
    <w:p>
      <w:pPr>
        <w:pStyle w:val="ListNumber"/>
        <w:spacing w:line="240" w:lineRule="auto"/>
        <w:ind w:left="720"/>
      </w:pPr>
      <w:r/>
      <w:hyperlink r:id="rId11">
        <w:r>
          <w:rPr>
            <w:color w:val="0000EE"/>
            <w:u w:val="single"/>
          </w:rPr>
          <w:t>https://www.theguardian.com/money/2024/sep/18/warning-social-media-videos-exploited-scammers-clone-voices</w:t>
        </w:r>
      </w:hyperlink>
      <w:r>
        <w:t xml:space="preserve"> - Highlights the risk of social media videos being used to clone voices and the potential for large-scale financial fraud.</w:t>
      </w:r>
      <w:r/>
    </w:p>
    <w:p>
      <w:pPr>
        <w:pStyle w:val="ListNumber"/>
        <w:spacing w:line="240" w:lineRule="auto"/>
        <w:ind w:left="720"/>
      </w:pPr>
      <w:r/>
      <w:hyperlink r:id="rId12">
        <w:r>
          <w:rPr>
            <w:color w:val="0000EE"/>
            <w:u w:val="single"/>
          </w:rPr>
          <w:t>https://www.entrepreneur.com/business-news/bank-warns-ai-voice-cloning-scams-are-out-of-control/480074</w:t>
        </w:r>
      </w:hyperlink>
      <w:r>
        <w:t xml:space="preserve"> - Mentions the impact on individuals and businesses, including a case where a company was tricked into transferring a large sum of money.</w:t>
      </w:r>
      <w:r/>
    </w:p>
    <w:p>
      <w:pPr>
        <w:pStyle w:val="ListNumber"/>
        <w:spacing w:line="240" w:lineRule="auto"/>
        <w:ind w:left="720"/>
      </w:pPr>
      <w:r/>
      <w:hyperlink r:id="rId13">
        <w:r>
          <w:rPr>
            <w:color w:val="0000EE"/>
            <w:u w:val="single"/>
          </w:rPr>
          <w:t>https://www.cnn.com/2024/09/18/tech/ai-voice-cloning-scam-warning/index.html</w:t>
        </w:r>
      </w:hyperlink>
      <w:r>
        <w:t xml:space="preserve"> - Quotes Lord Hanson on the dangers of AI-enabled fraud and the government's efforts to combat it through the Stop Think Fraud campaign.</w:t>
      </w:r>
      <w:r/>
    </w:p>
    <w:p>
      <w:pPr>
        <w:pStyle w:val="ListNumber"/>
        <w:spacing w:line="240" w:lineRule="auto"/>
        <w:ind w:left="720"/>
      </w:pPr>
      <w:r/>
      <w:hyperlink r:id="rId14">
        <w:r>
          <w:rPr>
            <w:color w:val="0000EE"/>
            <w:u w:val="single"/>
          </w:rPr>
          <w:t>https://www.ndtv.com/world-news/uk-bank-warns-of-ai-voice-cloning-scams-targeting-millions-6598802</w:t>
        </w:r>
      </w:hyperlink>
      <w:r>
        <w:t xml:space="preserve"> - Discusses the psychological manipulation involved in these scams and the importance of verifying calls using 'safe phrases'.</w:t>
      </w:r>
      <w:r/>
    </w:p>
    <w:p>
      <w:pPr>
        <w:pStyle w:val="ListNumber"/>
        <w:spacing w:line="240" w:lineRule="auto"/>
        <w:ind w:left="720"/>
      </w:pPr>
      <w:r/>
      <w:hyperlink r:id="rId11">
        <w:r>
          <w:rPr>
            <w:color w:val="0000EE"/>
            <w:u w:val="single"/>
          </w:rPr>
          <w:t>https://www.theguardian.com/money/2024/sep/18/warning-social-media-videos-exploited-scammers-clone-voices</w:t>
        </w:r>
      </w:hyperlink>
      <w:r>
        <w:t xml:space="preserve"> - Mentions the broader context of increasing financial fraud cases and the challenges posed by AI-enhanced scams.</w:t>
      </w:r>
      <w:r/>
    </w:p>
    <w:p>
      <w:pPr>
        <w:pStyle w:val="ListNumber"/>
        <w:spacing w:line="240" w:lineRule="auto"/>
        <w:ind w:left="720"/>
      </w:pPr>
      <w:r/>
      <w:hyperlink r:id="rId15">
        <w:r>
          <w:rPr>
            <w:color w:val="0000EE"/>
            <w:u w:val="single"/>
          </w:rPr>
          <w:t>https://milwaukeecourieronline.com/index.php/2024/10/12/how-to-take-action-and-help-protect-older-adults-from-scams/</w:t>
        </w:r>
      </w:hyperlink>
      <w:r>
        <w:t xml:space="preserve"> - Please view link - unable to able to access data</w:t>
      </w:r>
      <w:r/>
    </w:p>
    <w:p>
      <w:pPr>
        <w:pStyle w:val="ListNumber"/>
        <w:spacing w:line="240" w:lineRule="auto"/>
        <w:ind w:left="720"/>
      </w:pPr>
      <w:r/>
      <w:hyperlink r:id="rId16">
        <w:r>
          <w:rPr>
            <w:color w:val="0000EE"/>
            <w:u w:val="single"/>
          </w:rPr>
          <w:t>https://www.dailymail.co.uk/news/article-13953575/fraud-ai-mimic-childrens-voices-steal-millions-pounds-scam.html?ns_mchannel=rss&amp;ns_campaign=1490&amp;ito=1490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isismoney.co.uk/money/beatthescammers/article-13860427/Millions-caught-little-known-AI-voice-imitation-scam-one-major-bank-warns-28-Britons-targeted.html" TargetMode="External"/><Relationship Id="rId11" Type="http://schemas.openxmlformats.org/officeDocument/2006/relationships/hyperlink" Target="https://www.theguardian.com/money/2024/sep/18/warning-social-media-videos-exploited-scammers-clone-voices" TargetMode="External"/><Relationship Id="rId12" Type="http://schemas.openxmlformats.org/officeDocument/2006/relationships/hyperlink" Target="https://www.entrepreneur.com/business-news/bank-warns-ai-voice-cloning-scams-are-out-of-control/480074" TargetMode="External"/><Relationship Id="rId13" Type="http://schemas.openxmlformats.org/officeDocument/2006/relationships/hyperlink" Target="https://www.cnn.com/2024/09/18/tech/ai-voice-cloning-scam-warning/index.html" TargetMode="External"/><Relationship Id="rId14" Type="http://schemas.openxmlformats.org/officeDocument/2006/relationships/hyperlink" Target="https://www.ndtv.com/world-news/uk-bank-warns-of-ai-voice-cloning-scams-targeting-millions-6598802" TargetMode="External"/><Relationship Id="rId15" Type="http://schemas.openxmlformats.org/officeDocument/2006/relationships/hyperlink" Target="https://milwaukeecourieronline.com/index.php/2024/10/12/how-to-take-action-and-help-protect-older-adults-from-scams/" TargetMode="External"/><Relationship Id="rId16" Type="http://schemas.openxmlformats.org/officeDocument/2006/relationships/hyperlink" Target="https://www.dailymail.co.uk/news/article-13953575/fraud-ai-mimic-childrens-voices-steal-millions-pounds-scam.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