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AI's role in personal communications questioned after viral breakup text incident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world increasingly driven by advancements in artificial intelligence, a recent incident has sparked significant online discussion about the role of AI in everyday communications. The conversation was ignited by a viral social media post from app developer Nick Spreen, based in New York, which highlighted a poignant interaction with Apple's AI tool, Apple Intelligence, used in his iPhone's latest software update.</w:t>
      </w:r>
      <w:r/>
    </w:p>
    <w:p>
      <w:r/>
      <w:r>
        <w:t>Nick Spreen shared on social media that Apple's AI system summarised a breakup text sent by his now ex-girlfriend. The AI-generated summary of the lengthy and personal message was starkly concise: "No longer in a relationship; wants belongings from the apartment." This distillation of an emotionally charged message into a dispassionate summary resonated with many online, with spreens' post quickly amassing over four million views before its eventual removal.</w:t>
      </w:r>
      <w:r/>
    </w:p>
    <w:p>
      <w:r/>
      <w:r>
        <w:t>The incident underscores the broader implications of integrating AI into personal communications. Spreen remarked to tech publication Ars Technica that while the summarisation did not misrepresent the message, it certainly stripped it of any emotional nuance, adding a sense of detachment that he described as somewhat "unreal and dystopian."</w:t>
      </w:r>
      <w:r/>
    </w:p>
    <w:p>
      <w:r/>
      <w:r>
        <w:t>Apple Intelligence forms part of a suite of AI features available on Apple devices, aimed at enhancing user experiences through functions like voice-activated search, emoji generation, and automated email and text generation. The ability to summarise texts, introduced with the iOS 18.1 update, showcases both the innovation and potential disconnect AI can bring when dealing with sensitive communications.</w:t>
      </w:r>
      <w:r/>
    </w:p>
    <w:p>
      <w:r/>
      <w:r>
        <w:t>This development comes amidst a broader conversation about the role of AI in personal and professional settings. Leaders in the tech industry, such as Nvidia's CEO Jensen Huang and JPMorgan Chase's Jamie Dimon, have heralded AI as a transformative force capable of revolutionising industry practices. Yet, alongside these predictions of industrial benefits are examples of AI's more mundane or playful uses, such as the trendy social media practice of having ChatGPT humourously critique Instagram profiles.</w:t>
      </w:r>
      <w:r/>
    </w:p>
    <w:p>
      <w:r/>
      <w:r>
        <w:t>The duality of AI, serving both as an industrial tool and a source of entertainment or introspection, is mirrored in its personal use cases. Tech industry figures such as Salesforce's CEO Marc Benioff and Meta's CEO Mark Zuckerberg have discussed utilising AI tools like ChatGPT for personal development and emotional support. These AI applications range from acting as virtual tutors to providing insights for complex emotional and social situations.</w:t>
      </w:r>
      <w:r/>
    </w:p>
    <w:p>
      <w:r/>
      <w:r>
        <w:t>As the dialogue around AI continues to evolve, incidents like Nick Spreen's highlight both the potential and unpredictability of AI integration into daily life. While some embrace the technology for its efficiency and capability, others are left questioning the human elements that are lost when AI intermediates personal interactions.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https://finance.yahoo.com/news/apple-intelligence-features-summarize-breakup-110616705.html</w:t>
        </w:r>
      </w:hyperlink>
      <w:r>
        <w:t xml:space="preserve"> - Corroborates the incident where Nick Spreen received an AI-generated summary of a breakup text from his ex-girlfriend.</w:t>
      </w:r>
      <w:r/>
    </w:p>
    <w:p>
      <w:pPr>
        <w:pStyle w:val="ListNumber"/>
        <w:spacing w:line="240" w:lineRule="auto"/>
        <w:ind w:left="720"/>
      </w:pPr>
      <w:r/>
      <w:hyperlink r:id="rId11">
        <w:r>
          <w:rPr>
            <w:color w:val="0000EE"/>
            <w:u w:val="single"/>
          </w:rPr>
          <w:t>https://lonelybrand.com/blog/man-uncovers-breakup-via-ai-created-overview-of-text-messages/</w:t>
        </w:r>
      </w:hyperlink>
      <w:r>
        <w:t xml:space="preserve"> - Details the AI-generated breakup summary and its impact on Nick Spreen, highlighting the emotional detachment it caused.</w:t>
      </w:r>
      <w:r/>
    </w:p>
    <w:p>
      <w:pPr>
        <w:pStyle w:val="ListNumber"/>
        <w:spacing w:line="240" w:lineRule="auto"/>
        <w:ind w:left="720"/>
      </w:pPr>
      <w:r/>
      <w:hyperlink r:id="rId12">
        <w:r>
          <w:rPr>
            <w:color w:val="0000EE"/>
            <w:u w:val="single"/>
          </w:rPr>
          <w:t>https://arstechnica.com/ai/2024/10/man-learns-hes-being-dumped-via-dystopian-ai-summary-of-texts/</w:t>
        </w:r>
      </w:hyperlink>
      <w:r>
        <w:t xml:space="preserve"> - Provides context on the AI-mediated breakup and the broader implications of AI in personal communications.</w:t>
      </w:r>
      <w:r/>
    </w:p>
    <w:p>
      <w:pPr>
        <w:pStyle w:val="ListNumber"/>
        <w:spacing w:line="240" w:lineRule="auto"/>
        <w:ind w:left="720"/>
      </w:pPr>
      <w:r/>
      <w:hyperlink r:id="rId10">
        <w:r>
          <w:rPr>
            <w:color w:val="0000EE"/>
            <w:u w:val="single"/>
          </w:rPr>
          <w:t>https://finance.yahoo.com/news/apple-intelligence-features-summarize-breakup-110616705.html</w:t>
        </w:r>
      </w:hyperlink>
      <w:r>
        <w:t xml:space="preserve"> - Explains the functionality of Apple Intelligence and its role in summarizing texts, including the example of the breakup text.</w:t>
      </w:r>
      <w:r/>
    </w:p>
    <w:p>
      <w:pPr>
        <w:pStyle w:val="ListNumber"/>
        <w:spacing w:line="240" w:lineRule="auto"/>
        <w:ind w:left="720"/>
      </w:pPr>
      <w:r/>
      <w:hyperlink r:id="rId13">
        <w:r>
          <w:rPr>
            <w:color w:val="0000EE"/>
            <w:u w:val="single"/>
          </w:rPr>
          <w:t>https://www.entrepreneur.com/business-news/apple-intelligence-ai-summarizes-breakup-texts-goes-viral/481181</w:t>
        </w:r>
      </w:hyperlink>
      <w:r>
        <w:t xml:space="preserve"> - Mentions the viral post by Nick Spreen and the reaction to the AI-generated summary, including its view count and removal.</w:t>
      </w:r>
      <w:r/>
    </w:p>
    <w:p>
      <w:pPr>
        <w:pStyle w:val="ListNumber"/>
        <w:spacing w:line="240" w:lineRule="auto"/>
        <w:ind w:left="720"/>
      </w:pPr>
      <w:r/>
      <w:hyperlink r:id="rId11">
        <w:r>
          <w:rPr>
            <w:color w:val="0000EE"/>
            <w:u w:val="single"/>
          </w:rPr>
          <w:t>https://lonelybrand.com/blog/man-uncovers-breakup-via-ai-created-overview-of-text-messages/</w:t>
        </w:r>
      </w:hyperlink>
      <w:r>
        <w:t xml:space="preserve"> - Describes Apple Intelligence as part of a suite of AI features on Apple devices, including voice-activated search and emoji generation.</w:t>
      </w:r>
      <w:r/>
    </w:p>
    <w:p>
      <w:pPr>
        <w:pStyle w:val="ListNumber"/>
        <w:spacing w:line="240" w:lineRule="auto"/>
        <w:ind w:left="720"/>
      </w:pPr>
      <w:r/>
      <w:hyperlink r:id="rId13">
        <w:r>
          <w:rPr>
            <w:color w:val="0000EE"/>
            <w:u w:val="single"/>
          </w:rPr>
          <w:t>https://www.entrepreneur.com/business-news/apple-intelligence-ai-summarizes-breakup-texts-goes-viral/481181</w:t>
        </w:r>
      </w:hyperlink>
      <w:r>
        <w:t xml:space="preserve"> - Highlights the broader conversation about AI's role in personal and professional settings, including comments from industry leaders like Jensen Huang and Jamie Dimon.</w:t>
      </w:r>
      <w:r/>
    </w:p>
    <w:p>
      <w:pPr>
        <w:pStyle w:val="ListNumber"/>
        <w:spacing w:line="240" w:lineRule="auto"/>
        <w:ind w:left="720"/>
      </w:pPr>
      <w:r/>
      <w:hyperlink r:id="rId11">
        <w:r>
          <w:rPr>
            <w:color w:val="0000EE"/>
            <w:u w:val="single"/>
          </w:rPr>
          <w:t>https://lonelybrand.com/blog/man-uncovers-breakup-via-ai-created-overview-of-text-messages/</w:t>
        </w:r>
      </w:hyperlink>
      <w:r>
        <w:t xml:space="preserve"> - Discusses the duality of AI, serving both as an industrial tool and a source of entertainment or introspection, such as the trend of ChatGPT critiquing Instagram profiles.</w:t>
      </w:r>
      <w:r/>
    </w:p>
    <w:p>
      <w:pPr>
        <w:pStyle w:val="ListNumber"/>
        <w:spacing w:line="240" w:lineRule="auto"/>
        <w:ind w:left="720"/>
      </w:pPr>
      <w:r/>
      <w:hyperlink r:id="rId13">
        <w:r>
          <w:rPr>
            <w:color w:val="0000EE"/>
            <w:u w:val="single"/>
          </w:rPr>
          <w:t>https://www.entrepreneur.com/business-news/apple-intelligence-ai-summarizes-breakup-texts-goes-viral/481181</w:t>
        </w:r>
      </w:hyperlink>
      <w:r>
        <w:t xml:space="preserve"> - Mentions the use of AI tools like ChatGPT for personal development and emotional support by tech industry figures like Marc Benioff and Mark Zuckerberg.</w:t>
      </w:r>
      <w:r/>
    </w:p>
    <w:p>
      <w:pPr>
        <w:pStyle w:val="ListNumber"/>
        <w:spacing w:line="240" w:lineRule="auto"/>
        <w:ind w:left="720"/>
      </w:pPr>
      <w:r/>
      <w:hyperlink r:id="rId12">
        <w:r>
          <w:rPr>
            <w:color w:val="0000EE"/>
            <w:u w:val="single"/>
          </w:rPr>
          <w:t>https://arstechnica.com/ai/2024/10/man-learns-hes-being-dumped-via-dystopian-ai-summary-of-texts/</w:t>
        </w:r>
      </w:hyperlink>
      <w:r>
        <w:t xml:space="preserve"> - Reflects on the potential and unpredictability of AI integration into daily life, highlighting both efficiency and the loss of human elements in personal interactions.</w:t>
      </w:r>
      <w:r/>
    </w:p>
    <w:p>
      <w:pPr>
        <w:pStyle w:val="ListNumber"/>
        <w:spacing w:line="240" w:lineRule="auto"/>
        <w:ind w:left="720"/>
      </w:pPr>
      <w:r/>
      <w:hyperlink r:id="rId11">
        <w:r>
          <w:rPr>
            <w:color w:val="0000EE"/>
            <w:u w:val="single"/>
          </w:rPr>
          <w:t>https://lonelybrand.com/blog/man-uncovers-breakup-via-ai-created-overview-of-text-messages/</w:t>
        </w:r>
      </w:hyperlink>
      <w:r>
        <w:t xml:space="preserve"> - Raises concerns about privacy and the need for Apple to balance the provision of useful AI features with the obligation to uphold user privacy.</w:t>
      </w:r>
      <w:r/>
    </w:p>
    <w:p>
      <w:pPr>
        <w:pStyle w:val="ListNumber"/>
        <w:spacing w:line="240" w:lineRule="auto"/>
        <w:ind w:left="720"/>
      </w:pPr>
      <w:r/>
      <w:hyperlink r:id="rId13">
        <w:r>
          <w:rPr>
            <w:color w:val="0000EE"/>
            <w:u w:val="single"/>
          </w:rPr>
          <w:t>https://www.entrepreneur.com/business-news/apple-intelligence-ai-summarizes-breakup-texts-goes-viral/481181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apple-intelligence-features-summarize-breakup-110616705.html" TargetMode="External"/><Relationship Id="rId11" Type="http://schemas.openxmlformats.org/officeDocument/2006/relationships/hyperlink" Target="https://lonelybrand.com/blog/man-uncovers-breakup-via-ai-created-overview-of-text-messages/" TargetMode="External"/><Relationship Id="rId12" Type="http://schemas.openxmlformats.org/officeDocument/2006/relationships/hyperlink" Target="https://arstechnica.com/ai/2024/10/man-learns-hes-being-dumped-via-dystopian-ai-summary-of-texts/" TargetMode="External"/><Relationship Id="rId13" Type="http://schemas.openxmlformats.org/officeDocument/2006/relationships/hyperlink" Target="https://www.entrepreneur.com/business-news/apple-intelligence-ai-summarizes-breakup-texts-goes-viral/48118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