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Alcatraz AI appoints Annie Pratt as new Vice President of Operations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Alcatraz AI, a company at the forefront of biometric access technology, has announced a significant addition to its executive team with the appointment of Annie Pratt as the new Vice President of Operations. This strategic decision is aimed at enhancing the company's operational efficiencies and expanding its client base among enterprise and Fortune 2000 customers.</w:t>
      </w:r>
      <w:r/>
    </w:p>
    <w:p>
      <w:r/>
      <w:r>
        <w:t xml:space="preserve">Annie Pratt brings a wealth of experience to Alcatraz AI, rooted in her proven track record in product launch, management, and business scaling within the technology sector. Her educational background includes a degree in Product Design from Stanford University, where she distinguished herself by earning the Stanford Award of Excellence, ranking in the top 10% of her class for her leadership skills. </w:t>
      </w:r>
      <w:r/>
    </w:p>
    <w:p>
      <w:r/>
      <w:r>
        <w:t>Pratt's professional journey began with a notable tenure at Axon Enterprise, where she played a crucial role over five years. As a Product Manager and later Director of Consumer Products, she was instrumental in the launch of connected camera and software solutions. These solutions were part of a hardware-as-a-service model tailored for law enforcement applications, including a successful dash camera product line. Her leadership extended to running a Consumer Products business unit, managing its profit and loss, as well as overseeing dedicated sales, marketing, manufacturing, supply chain, and quality functions.</w:t>
      </w:r>
      <w:r/>
    </w:p>
    <w:p>
      <w:r/>
      <w:r>
        <w:t>Before her new role at Alcatraz AI, Pratt was a key figure at Atlis Motor Vehicles, now known as Nxu, where she served as President and was part of the founding team. Her tenure there involved extensive oversight of operations across multiple business functions, including engineering, supply chain, manufacturing, and business development. A notable achievement during her time at Atlis was guiding the company through the transition to a publicly traded entity on Nasdaq in 2022, steering it through the complexities of the public markets.</w:t>
      </w:r>
      <w:r/>
    </w:p>
    <w:p>
      <w:r/>
      <w:r>
        <w:t>CEO of Alcatraz AI, Tina D’Agostin, expressed enthusiasm over Pratt's appointment, highlighting her expected contributions to scaling the company's operations and sustaining a high standard of customer satisfaction. D’Agostin stated, “We’re excited to welcome Annie as our new VP of Operations and to have her as a key figure on our leadership team. Her experience and strategic insight will be instrumental in optimising our processes and driving operational excellence across the board.”</w:t>
      </w:r>
      <w:r/>
    </w:p>
    <w:p>
      <w:r/>
      <w:r>
        <w:t>Upon taking up her new role, Pratt herself commented, emphasising her eagerness to collaborate with Alcatraz AI's leadership and support the company’s growth within the biometric access sector. "The opportunity to work alongside Alcatraz AI’s impressive leadership team is inspiring," she remarked, signalling her commitment to spearheading operations and enhancing the company's presence among major enterprise players.</w:t>
      </w:r>
      <w:r/>
    </w:p>
    <w:p>
      <w:r/>
      <w:r>
        <w:t>Pratt's strategic acumen and leadership prowess are seen as pivotal for Alcatraz AI as it navigates an evolving technological landscape and seeks to strengthen its foothold in the market. Her comprehensive involvement in diverse operational areas, spanning legal matters, product development, engineering, financial growth, and sales, positions her to play a central role in the company's future endeavours.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https://noahwire.com</w:t>
        </w:r>
      </w:hyperlink>
      <w:r>
        <w:t xml:space="preserve"> - This link does not directly corroborate the specific details about Annie Pratt or Alcatraz AI, as the provided sources do not mention Alcatraz AI or Annie Pratt. However, it is the main website of Noah Wire Services, which could potentially host press releases or news articles related to such announcements.</w:t>
      </w:r>
      <w:r/>
    </w:p>
    <w:p>
      <w:pPr>
        <w:pStyle w:val="ListNumber"/>
        <w:spacing w:line="240" w:lineRule="auto"/>
        <w:ind w:left="720"/>
      </w:pPr>
      <w:r/>
      <w:hyperlink r:id="rId11">
        <w:r>
          <w:rPr>
            <w:color w:val="0000EE"/>
            <w:u w:val="single"/>
          </w:rPr>
          <w:t>https://noahwire.com/login/</w:t>
        </w:r>
      </w:hyperlink>
      <w:r>
        <w:t xml:space="preserve"> - This link does not provide any information about Annie Pratt or Alcatraz AI, but it shows the services offered by Noah Wire Services, which might be relevant if they were to publish a press release about such an appointment.</w:t>
      </w:r>
      <w:r/>
    </w:p>
    <w:p>
      <w:pPr>
        <w:pStyle w:val="ListNumber"/>
        <w:spacing w:line="240" w:lineRule="auto"/>
        <w:ind w:left="720"/>
      </w:pPr>
      <w:r/>
      <w:hyperlink r:id="rId12">
        <w:r>
          <w:rPr>
            <w:color w:val="0000EE"/>
            <w:u w:val="single"/>
          </w:rPr>
          <w:t>https://www.scamadviser.com/check-website/noahwire.com</w:t>
        </w:r>
      </w:hyperlink>
      <w:r>
        <w:t xml:space="preserve"> - This link provides a review of the trustworthiness of Noah Wire Services but does not contain any information about Alcatraz AI or Annie Pratt.</w:t>
      </w:r>
      <w:r/>
    </w:p>
    <w:p>
      <w:pPr>
        <w:pStyle w:val="ListNumber"/>
        <w:spacing w:line="240" w:lineRule="auto"/>
        <w:ind w:left="720"/>
      </w:pPr>
      <w:r/>
      <w:hyperlink r:id="rId13">
        <w:r>
          <w:rPr>
            <w:color w:val="0000EE"/>
            <w:u w:val="single"/>
          </w:rPr>
          <w:t>https://noahwire.com/terms/</w:t>
        </w:r>
      </w:hyperlink>
      <w:r>
        <w:t xml:space="preserve"> - This link outlines the terms and conditions of Noah Wire Services, which does not include any information about Alcatraz AI or Annie Pratt.</w:t>
      </w:r>
      <w:r/>
    </w:p>
    <w:p>
      <w:pPr>
        <w:pStyle w:val="ListNumber"/>
        <w:spacing w:line="240" w:lineRule="auto"/>
        <w:ind w:left="720"/>
      </w:pPr>
      <w:r/>
      <w:hyperlink r:id="rId14">
        <w:r>
          <w:rPr>
            <w:color w:val="0000EE"/>
            <w:u w:val="single"/>
          </w:rPr>
          <w:t>https://noahwire.com/privacy-policy/</w:t>
        </w:r>
      </w:hyperlink>
      <w:r>
        <w:t xml:space="preserve"> - This link details the privacy policy of Noah Wire Services and does not mention Alcatraz AI or Annie Pratt.</w:t>
      </w:r>
      <w:r/>
    </w:p>
    <w:p>
      <w:pPr>
        <w:pStyle w:val="ListNumber"/>
        <w:spacing w:line="240" w:lineRule="auto"/>
        <w:ind w:left="720"/>
      </w:pPr>
      <w:r/>
      <w:hyperlink r:id="rId10">
        <w:r>
          <w:rPr>
            <w:color w:val="0000EE"/>
            <w:u w:val="single"/>
          </w:rPr>
          <w:t>https://noahwire.com</w:t>
        </w:r>
      </w:hyperlink>
      <w:r>
        <w:t xml:space="preserve"> - This link describes the services offered by Noah Wire Services but does not contain any specific information about Alcatraz AI or Annie Pratt.</w:t>
      </w:r>
      <w:r/>
    </w:p>
    <w:p>
      <w:pPr>
        <w:pStyle w:val="ListNumber"/>
        <w:spacing w:line="240" w:lineRule="auto"/>
        <w:ind w:left="720"/>
      </w:pPr>
      <w:r/>
      <w:hyperlink r:id="rId10">
        <w:r>
          <w:rPr>
            <w:color w:val="0000EE"/>
            <w:u w:val="single"/>
          </w:rPr>
          <w:t>https://noahwire.com</w:t>
        </w:r>
      </w:hyperlink>
      <w:r>
        <w:t xml:space="preserve"> - Similar to the previous links, this does not provide any specific information about Alcatraz AI or Annie Pratt.</w:t>
      </w:r>
      <w:r/>
    </w:p>
    <w:p>
      <w:pPr>
        <w:pStyle w:val="ListNumber"/>
        <w:spacing w:line="240" w:lineRule="auto"/>
        <w:ind w:left="720"/>
      </w:pPr>
      <w:r/>
      <w:hyperlink r:id="rId11">
        <w:r>
          <w:rPr>
            <w:color w:val="0000EE"/>
            <w:u w:val="single"/>
          </w:rPr>
          <w:t>https://noahwire.com/login/</w:t>
        </w:r>
      </w:hyperlink>
      <w:r>
        <w:t xml:space="preserve"> - As mentioned earlier, this link is about the login and services of Noah Wire Services and does not include details about Alcatraz AI or Annie Pratt.</w:t>
      </w:r>
      <w:r/>
    </w:p>
    <w:p>
      <w:pPr>
        <w:pStyle w:val="ListNumber"/>
        <w:spacing w:line="240" w:lineRule="auto"/>
        <w:ind w:left="720"/>
      </w:pPr>
      <w:r/>
      <w:hyperlink r:id="rId12">
        <w:r>
          <w:rPr>
            <w:color w:val="0000EE"/>
            <w:u w:val="single"/>
          </w:rPr>
          <w:t>https://www.scamadviser.com/check-website/noahwire.com</w:t>
        </w:r>
      </w:hyperlink>
      <w:r>
        <w:t xml:space="preserve"> - This link is a review of Noah Wire Services' trustworthiness and does not contain any information about Alcatraz AI or Annie Pratt.</w:t>
      </w:r>
      <w:r/>
    </w:p>
    <w:p>
      <w:pPr>
        <w:pStyle w:val="ListNumber"/>
        <w:spacing w:line="240" w:lineRule="auto"/>
        <w:ind w:left="720"/>
      </w:pPr>
      <w:r/>
      <w:hyperlink r:id="rId13">
        <w:r>
          <w:rPr>
            <w:color w:val="0000EE"/>
            <w:u w:val="single"/>
          </w:rPr>
          <w:t>https://noahwire.com/terms/</w:t>
        </w:r>
      </w:hyperlink>
      <w:r>
        <w:t xml:space="preserve"> - This link outlines the terms and conditions of Noah Wire Services, which is unrelated to Alcatraz AI or Annie Pratt.</w:t>
      </w:r>
      <w:r/>
    </w:p>
    <w:p>
      <w:pPr>
        <w:pStyle w:val="ListNumber"/>
        <w:spacing w:line="240" w:lineRule="auto"/>
        <w:ind w:left="720"/>
      </w:pPr>
      <w:r/>
      <w:hyperlink r:id="rId14">
        <w:r>
          <w:rPr>
            <w:color w:val="0000EE"/>
            <w:u w:val="single"/>
          </w:rPr>
          <w:t>https://noahwire.com/privacy-policy/</w:t>
        </w:r>
      </w:hyperlink>
      <w:r>
        <w:t xml:space="preserve"> - This link details the privacy policy of Noah Wire Services and does not mention Alcatraz AI or Annie Pratt.</w:t>
      </w:r>
      <w:r/>
    </w:p>
    <w:p>
      <w:pPr>
        <w:pStyle w:val="ListNumber"/>
        <w:spacing w:line="240" w:lineRule="auto"/>
        <w:ind w:left="720"/>
      </w:pPr>
      <w:r/>
      <w:hyperlink r:id="rId15">
        <w:r>
          <w:rPr>
            <w:color w:val="0000EE"/>
            <w:u w:val="single"/>
          </w:rPr>
          <w:t>https://internationalsecurityjournal.com/alcatraz-ai-new-vp-of-operations/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oahwire.com" TargetMode="External"/><Relationship Id="rId11" Type="http://schemas.openxmlformats.org/officeDocument/2006/relationships/hyperlink" Target="https://noahwire.com/login/" TargetMode="External"/><Relationship Id="rId12" Type="http://schemas.openxmlformats.org/officeDocument/2006/relationships/hyperlink" Target="https://www.scamadviser.com/check-website/noahwire.com" TargetMode="External"/><Relationship Id="rId13" Type="http://schemas.openxmlformats.org/officeDocument/2006/relationships/hyperlink" Target="https://noahwire.com/terms/" TargetMode="External"/><Relationship Id="rId14" Type="http://schemas.openxmlformats.org/officeDocument/2006/relationships/hyperlink" Target="https://noahwire.com/privacy-policy/" TargetMode="External"/><Relationship Id="rId15" Type="http://schemas.openxmlformats.org/officeDocument/2006/relationships/hyperlink" Target="https://internationalsecurityjournal.com/alcatraz-ai-new-vp-of-opera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