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Amazon integrates AI into online shopping with new 'AI Shopping Guides'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Amazon Integrates AI into Online Shopping with New 'AI Shopping Guides'</w:t>
      </w:r>
      <w:r/>
    </w:p>
    <w:p>
      <w:r/>
      <w:r>
        <w:t>In an ambitious move to enhance the online shopping experience, Amazon has unveiled a new feature called 'AI Shopping Guides.' This tool uses advanced generative artificial intelligence models to streamline the process of product research for customers. Currently, this feature is being piloted in the United States and is available on both the Amazon website and mobile app, comprising over 100 product categories.</w:t>
      </w:r>
      <w:r/>
    </w:p>
    <w:p>
      <w:r/>
      <w:r>
        <w:t>The AI Shopping Guides are designed to assist shoppers by automatically appearing during a standard product search. Upon initiating a search, users are presented with not only the traditional list of product results but also an AI-curated guide if it exists for that category. These guides provide a comprehensive collection of product information, including summaries, comparison charts of product specifications, and customer reviews.</w:t>
      </w:r>
      <w:r/>
    </w:p>
    <w:p>
      <w:r/>
      <w:r>
        <w:t>The technology behind the AI Shopping Guides leverages Amazon's extensive database of product information and customer reviews to draft customised product descriptions and recommendations. The AI tailors its recommendations based on an analysis of the products, as well as the user's historical search and purchase data. This dynamic approach ensures that the information remains current, as the AI continuously scans product listings to incorporate new updates and modifications.</w:t>
      </w:r>
      <w:r/>
    </w:p>
    <w:p>
      <w:r/>
      <w:r>
        <w:t>The innovation extends to the interactive element provided by 'Rufus,' another AI tool previously implemented by Amazon. Rufus enhances the Shopping Guides by responding to user queries, thereby refining the search process. For example, when a customer asks about two similar items, Rufus can compare those products and suggest alternatives based on the user's past purchases. However, it should be noted that some suggestions might be influenced by advertising agreements with companies, as indicated by Amazon.</w:t>
      </w:r>
      <w:r/>
    </w:p>
    <w:p>
      <w:r/>
      <w:r>
        <w:t>In addition to this, Amazon has plans to personalise recommendations further by utilising data from other platforms, such as Gmail and YouTube—with user consent.</w:t>
      </w:r>
      <w:r/>
    </w:p>
    <w:p>
      <w:r/>
      <w:r>
        <w:t>The AI Shopping Guides are set to transform how customers navigate the extensive range of products available on Amazon. The feature targets customer convenience, enabling users to find relevant product information quickly and make well-informed purchasing decisions. This new development appears timely as it coincides with the approaching holiday season, a period known for increased shopping activity, particularly highlighted by massive sales events like Amazon’s Prime Day.</w:t>
      </w:r>
      <w:r/>
    </w:p>
    <w:p>
      <w:r/>
      <w:r>
        <w:t>Amazon has positioned this tool as a means to alleviate the overwhelming nature of browsing through extensive product selections, especially during periods marked by significant deals and discounts. By providing tailored recommendations and distilling critical product information, AI Shopping Guides are envisioned to create a more efficient and enjoyable shopping environment.</w:t>
      </w:r>
      <w:r/>
    </w:p>
    <w:p>
      <w:r/>
      <w:r>
        <w:t>Customers interested in exploring this feature can access available guides through autocomplete suggestions during a search or by utilising the 'Keep Shopping For' card on Amazon's homepage, aligning with their recent shopping history. Further information about the AI Shopping Guides can be found on Amazon's dedicated webpage for this service.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https://press.aboutamazon.com/2024/10/amazon-announces-ai-shopping-guides-generative-ai-powered-buying-guides-that-seamlessly-bring-together-product-research-and-relevant-products</w:t>
        </w:r>
      </w:hyperlink>
      <w:r>
        <w:t xml:space="preserve"> - Corroborates the introduction of AI Shopping Guides, their availability on Amazon's mobile app and website, and the use of generative AI to provide product information and recommendations.</w:t>
      </w:r>
      <w:r/>
    </w:p>
    <w:p>
      <w:pPr>
        <w:pStyle w:val="ListNumber"/>
        <w:spacing w:line="240" w:lineRule="auto"/>
        <w:ind w:left="720"/>
      </w:pPr>
      <w:r/>
      <w:hyperlink r:id="rId11">
        <w:r>
          <w:rPr>
            <w:color w:val="0000EE"/>
            <w:u w:val="single"/>
          </w:rPr>
          <w:t>https://www.zdnet.com/article/research-less-shop-more-how-amazons-ai-shopping-guides-help-you-find-what-you-need/</w:t>
        </w:r>
      </w:hyperlink>
      <w:r>
        <w:t xml:space="preserve"> - Supports the feature of AI Shopping Guides reducing research time and providing relevant product information, as well as their availability for over 100 product types.</w:t>
      </w:r>
      <w:r/>
    </w:p>
    <w:p>
      <w:pPr>
        <w:pStyle w:val="ListNumber"/>
        <w:spacing w:line="240" w:lineRule="auto"/>
        <w:ind w:left="720"/>
      </w:pPr>
      <w:r/>
      <w:hyperlink r:id="rId12">
        <w:r>
          <w:rPr>
            <w:color w:val="0000EE"/>
            <w:u w:val="single"/>
          </w:rPr>
          <w:t>https://www.aboutamazon.com/news/retail/amazon-ai-shopping-guides-product-research-recommendations</w:t>
        </w:r>
      </w:hyperlink>
      <w:r>
        <w:t xml:space="preserve"> - Confirms the integration of AI Shopping Guides to simplify product research, the types of products covered, and the use of Rufus for additional queries.</w:t>
      </w:r>
      <w:r/>
    </w:p>
    <w:p>
      <w:pPr>
        <w:pStyle w:val="ListNumber"/>
        <w:spacing w:line="240" w:lineRule="auto"/>
        <w:ind w:left="720"/>
      </w:pPr>
      <w:r/>
      <w:hyperlink r:id="rId13">
        <w:r>
          <w:rPr>
            <w:color w:val="0000EE"/>
            <w:u w:val="single"/>
          </w:rPr>
          <w:t>https://www.theverge.com/2024/10/9/24266204/amazon-ai-shopping-guides-catalog-feature-availability</w:t>
        </w:r>
      </w:hyperlink>
      <w:r>
        <w:t xml:space="preserve"> - Details the educational content and customer feedback included in the guides, as well as the method of accessing these guides through search autocomplete and the 'Keep Shopping For' card.</w:t>
      </w:r>
      <w:r/>
    </w:p>
    <w:p>
      <w:pPr>
        <w:pStyle w:val="ListNumber"/>
        <w:spacing w:line="240" w:lineRule="auto"/>
        <w:ind w:left="720"/>
      </w:pPr>
      <w:r/>
      <w:hyperlink r:id="rId14">
        <w:r>
          <w:rPr>
            <w:color w:val="0000EE"/>
            <w:u w:val="single"/>
          </w:rPr>
          <w:t>https://techcrunch.com/2024/10/09/amazon-debuts-ai-powered-shopping-guides/</w:t>
        </w:r>
      </w:hyperlink>
      <w:r>
        <w:t xml:space="preserve"> - Explains the technology behind the AI Shopping Guides, including the use of large language models and Amazon Bedrock, and the plans for future expansion.</w:t>
      </w:r>
      <w:r/>
    </w:p>
    <w:p>
      <w:pPr>
        <w:pStyle w:val="ListNumber"/>
        <w:spacing w:line="240" w:lineRule="auto"/>
        <w:ind w:left="720"/>
      </w:pPr>
      <w:r/>
      <w:hyperlink r:id="rId10">
        <w:r>
          <w:rPr>
            <w:color w:val="0000EE"/>
            <w:u w:val="single"/>
          </w:rPr>
          <w:t>https://press.aboutamazon.com/2024/10/amazon-announces-ai-shopping-guides-generative-ai-powered-buying-guides-that-seamlessly-bring-together-product-research-and-relevant-products</w:t>
        </w:r>
      </w:hyperlink>
      <w:r>
        <w:t xml:space="preserve"> - Provides insight into how the AI tailors recommendations based on product analysis and user data, ensuring the information remains current.</w:t>
      </w:r>
      <w:r/>
    </w:p>
    <w:p>
      <w:pPr>
        <w:pStyle w:val="ListNumber"/>
        <w:spacing w:line="240" w:lineRule="auto"/>
        <w:ind w:left="720"/>
      </w:pPr>
      <w:r/>
      <w:hyperlink r:id="rId11">
        <w:r>
          <w:rPr>
            <w:color w:val="0000EE"/>
            <w:u w:val="single"/>
          </w:rPr>
          <w:t>https://www.zdnet.com/article/research-less-shop-more-how-amazons-ai-shopping-guides-help-you-find-what-you-need/</w:t>
        </w:r>
      </w:hyperlink>
      <w:r>
        <w:t xml:space="preserve"> - Highlights the interactive element provided by Rufus and its role in refining the search process by comparing products and suggesting alternatives.</w:t>
      </w:r>
      <w:r/>
    </w:p>
    <w:p>
      <w:pPr>
        <w:pStyle w:val="ListNumber"/>
        <w:spacing w:line="240" w:lineRule="auto"/>
        <w:ind w:left="720"/>
      </w:pPr>
      <w:r/>
      <w:hyperlink r:id="rId12">
        <w:r>
          <w:rPr>
            <w:color w:val="0000EE"/>
            <w:u w:val="single"/>
          </w:rPr>
          <w:t>https://www.aboutamazon.com/news/retail/amazon-ai-shopping-guides-product-research-recommendations</w:t>
        </w:r>
      </w:hyperlink>
      <w:r>
        <w:t xml:space="preserve"> - Supports the idea that AI Shopping Guides aim to transform how customers navigate Amazon's product range, targeting customer convenience and informed purchasing decisions.</w:t>
      </w:r>
      <w:r/>
    </w:p>
    <w:p>
      <w:pPr>
        <w:pStyle w:val="ListNumber"/>
        <w:spacing w:line="240" w:lineRule="auto"/>
        <w:ind w:left="720"/>
      </w:pPr>
      <w:r/>
      <w:hyperlink r:id="rId13">
        <w:r>
          <w:rPr>
            <w:color w:val="0000EE"/>
            <w:u w:val="single"/>
          </w:rPr>
          <w:t>https://www.theverge.com/2024/10/9/24266204/amazon-ai-shopping-guides-catalog-feature-availability</w:t>
        </w:r>
      </w:hyperlink>
      <w:r>
        <w:t xml:space="preserve"> - Corroborates that the feature is designed to alleviate the overwhelming nature of browsing extensive product selections, especially during significant sales events.</w:t>
      </w:r>
      <w:r/>
    </w:p>
    <w:p>
      <w:pPr>
        <w:pStyle w:val="ListNumber"/>
        <w:spacing w:line="240" w:lineRule="auto"/>
        <w:ind w:left="720"/>
      </w:pPr>
      <w:r/>
      <w:hyperlink r:id="rId14">
        <w:r>
          <w:rPr>
            <w:color w:val="0000EE"/>
            <w:u w:val="single"/>
          </w:rPr>
          <w:t>https://techcrunch.com/2024/10/09/amazon-debuts-ai-powered-shopping-guides/</w:t>
        </w:r>
      </w:hyperlink>
      <w:r>
        <w:t xml:space="preserve"> - Details how customers can access available guides through autocomplete suggestions and the 'Keep Shopping For' card on Amazon's homepage.</w:t>
      </w:r>
      <w:r/>
    </w:p>
    <w:p>
      <w:pPr>
        <w:pStyle w:val="ListNumber"/>
        <w:spacing w:line="240" w:lineRule="auto"/>
        <w:ind w:left="720"/>
      </w:pPr>
      <w:r/>
      <w:hyperlink r:id="rId10">
        <w:r>
          <w:rPr>
            <w:color w:val="0000EE"/>
            <w:u w:val="single"/>
          </w:rPr>
          <w:t>https://press.aboutamazon.com/2024/10/amazon-announces-ai-shopping-guides-generative-ai-powered-buying-guides-that-seamlessly-bring-together-product-research-and-relevant-products</w:t>
        </w:r>
      </w:hyperlink>
      <w:r>
        <w:t xml:space="preserve"> - Provides further information on accessing popular AI Shopping Guides directly at Amazon.com/AIShoppingGuides.</w:t>
      </w:r>
      <w:r/>
    </w:p>
    <w:p>
      <w:pPr>
        <w:pStyle w:val="ListNumber"/>
        <w:spacing w:line="240" w:lineRule="auto"/>
        <w:ind w:left="720"/>
      </w:pPr>
      <w:r/>
      <w:hyperlink r:id="rId15">
        <w:r>
          <w:rPr>
            <w:color w:val="0000EE"/>
            <w:u w:val="single"/>
          </w:rPr>
          <w:t>https://www.techradar.com/computing/artificial-intelligence/amazons-new-ai-guides-know-what-you-want-to-buy-before-you-do</w:t>
        </w:r>
      </w:hyperlink>
      <w:r>
        <w:t xml:space="preserve"> - Please view link - unable to able to access data</w:t>
      </w:r>
      <w:r/>
    </w:p>
    <w:p>
      <w:pPr>
        <w:pStyle w:val="ListNumber"/>
        <w:spacing w:line="240" w:lineRule="auto"/>
        <w:ind w:left="720"/>
      </w:pPr>
      <w:r/>
      <w:hyperlink r:id="rId16">
        <w:r>
          <w:rPr>
            <w:color w:val="0000EE"/>
            <w:u w:val="single"/>
          </w:rPr>
          <w:t>https://www.zdnet.com/article/research-less-shop-more-how-amazons-ai-shopping-guides-help-you-find-what-you-need/#ftag=RSSbaffb68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press.aboutamazon.com/2024/10/amazon-announces-ai-shopping-guides-generative-ai-powered-buying-guides-that-seamlessly-bring-together-product-research-and-relevant-products" TargetMode="External"/><Relationship Id="rId11" Type="http://schemas.openxmlformats.org/officeDocument/2006/relationships/hyperlink" Target="https://www.zdnet.com/article/research-less-shop-more-how-amazons-ai-shopping-guides-help-you-find-what-you-need/" TargetMode="External"/><Relationship Id="rId12" Type="http://schemas.openxmlformats.org/officeDocument/2006/relationships/hyperlink" Target="https://www.aboutamazon.com/news/retail/amazon-ai-shopping-guides-product-research-recommendations" TargetMode="External"/><Relationship Id="rId13" Type="http://schemas.openxmlformats.org/officeDocument/2006/relationships/hyperlink" Target="https://www.theverge.com/2024/10/9/24266204/amazon-ai-shopping-guides-catalog-feature-availability" TargetMode="External"/><Relationship Id="rId14" Type="http://schemas.openxmlformats.org/officeDocument/2006/relationships/hyperlink" Target="https://techcrunch.com/2024/10/09/amazon-debuts-ai-powered-shopping-guides/" TargetMode="External"/><Relationship Id="rId15" Type="http://schemas.openxmlformats.org/officeDocument/2006/relationships/hyperlink" Target="https://www.techradar.com/computing/artificial-intelligence/amazons-new-ai-guides-know-what-you-want-to-buy-before-you-do" TargetMode="External"/><Relationship Id="rId16" Type="http://schemas.openxmlformats.org/officeDocument/2006/relationships/hyperlink" Target="https://www.zdnet.com/article/research-less-shop-more-how-amazons-ai-shopping-guides-help-you-find-what-you-need/#ftag=RSSbaffb6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