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AI tool to streamline package delivery for drivers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Amazon.com Inc. has unveiled a novel artificial intelligence tool aimed at enhancing the efficiency of the package delivery process undertaken by its drivers. Dubbed Vision Assisted Package Retrieval (VAPR), this innovative technology is designed to enable delivery personnel to swiftly locate the correct packages within their vans, thereby minimizing the time spent navigating through densely packed cargo areas.</w:t>
      </w:r>
      <w:r/>
    </w:p>
    <w:p>
      <w:r/>
      <w:r>
        <w:t>VAPR leverages advanced computer-vision technology that Amazon initially honed within its warehouse operations. Previously utilised to identify products without the need for barcode scanners, this system has now been adapted for the spatial constraints of delivery vans. At the heart of VAPR’s functionality is a sophisticated visual system which highlights packages. For those due for delivery at a particular stop, a green circle is projected, whereas packages intended for later deliveries are marked with a red X. This distinction provides drivers with a straightforward "grab and go" mechanism, effectively reducing the time spent sorting through myriad packages.</w:t>
      </w:r>
      <w:r/>
    </w:p>
    <w:p>
      <w:r/>
      <w:r>
        <w:t>The announcement of this new technological development was made during a media event in Nashville, where Amazon showcased its logistics and online shopping operations. The AI tool, which has been under development since 2020, is anticipated to be rolled out to 1,000 delivery vans by next year. The introduction of VAPR is projected to cut down the typical delivery route time by approximately 30 minutes, according to the company’s estimates.</w:t>
      </w:r>
      <w:r/>
    </w:p>
    <w:p>
      <w:r/>
      <w:r>
        <w:t>Amazon asserts that with this system, the cumbersome need for drivers to manually organise packages, inspect labels, or confirm customer details such as names and addresses will be eliminated. Instead, drivers will be able to quickly identify the correct packages for delivery through VAPR’s intuitive green light system. "This will make the process faster and simpler, allowing drivers to focus on getting deliveries completed more efficiently," the company stated in an official release.</w:t>
      </w:r>
      <w:r/>
    </w:p>
    <w:p>
      <w:r/>
      <w:r>
        <w:t>The introduction of VAPR marks a significant advancement in Amazon's continuous efforts to streamline its logistics operations, providing a glimpse into how AI can be effectively integrated into day-to-day business processes to improve productivity and service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https://www.pymnts.com/amazon-technology/2024/amazon-deploy-artificial-intelligence-powered-technology-that-helps-drivers-find-packages/</w:t>
        </w:r>
      </w:hyperlink>
      <w:r>
        <w:t xml:space="preserve"> - Corroborates the use of AI and lights in VAPR to help drivers find packages, and the reduction in physical and mental effort for drivers.</w:t>
      </w:r>
      <w:r/>
    </w:p>
    <w:p>
      <w:pPr>
        <w:pStyle w:val="ListNumber"/>
        <w:spacing w:line="240" w:lineRule="auto"/>
        <w:ind w:left="720"/>
      </w:pPr>
      <w:r/>
      <w:hyperlink r:id="rId11">
        <w:r>
          <w:rPr>
            <w:color w:val="0000EE"/>
            <w:u w:val="single"/>
          </w:rPr>
          <w:t>https://apnews.com/article/amazon-delivery-technology-dsp-vapr-8612a8942936d09dd271d53aa98c0799</w:t>
        </w:r>
      </w:hyperlink>
      <w:r>
        <w:t xml:space="preserve"> - Supports the description of VAPR's functionality, including the use of green and red lights, and the announcement during a media event in Nashville.</w:t>
      </w:r>
      <w:r/>
    </w:p>
    <w:p>
      <w:pPr>
        <w:pStyle w:val="ListNumber"/>
        <w:spacing w:line="240" w:lineRule="auto"/>
        <w:ind w:left="720"/>
      </w:pPr>
      <w:r/>
      <w:hyperlink r:id="rId12">
        <w:r>
          <w:rPr>
            <w:color w:val="0000EE"/>
            <w:u w:val="single"/>
          </w:rPr>
          <w:t>https://www.aboutamazon.com/news/transportation/amazon-vapr-delivery-van-packages</w:t>
        </w:r>
      </w:hyperlink>
      <w:r>
        <w:t xml:space="preserve"> - Details the development of VAPR since 2020, its use of Amazon Robotics Identification (AR-ID), and the planned rollout to 1,000 electric delivery vans.</w:t>
      </w:r>
      <w:r/>
    </w:p>
    <w:p>
      <w:pPr>
        <w:pStyle w:val="ListNumber"/>
        <w:spacing w:line="240" w:lineRule="auto"/>
        <w:ind w:left="720"/>
      </w:pPr>
      <w:r/>
      <w:hyperlink r:id="rId13">
        <w:r>
          <w:rPr>
            <w:color w:val="0000EE"/>
            <w:u w:val="single"/>
          </w:rPr>
          <w:t>https://www.maginative.com/article/amazon-announced-ai-powered-package-tech-to-speed-up-deliveries/</w:t>
        </w:r>
      </w:hyperlink>
      <w:r>
        <w:t xml:space="preserve"> - Confirms the adaptation of warehouse robotics for delivery vans, the use of green and red lights, and the time savings for drivers.</w:t>
      </w:r>
      <w:r/>
    </w:p>
    <w:p>
      <w:pPr>
        <w:pStyle w:val="ListNumber"/>
        <w:spacing w:line="240" w:lineRule="auto"/>
        <w:ind w:left="720"/>
      </w:pPr>
      <w:r/>
      <w:hyperlink r:id="rId14">
        <w:r>
          <w:rPr>
            <w:color w:val="0000EE"/>
            <w:u w:val="single"/>
          </w:rPr>
          <w:t>https://www.nasdaq.com/articles/amazons-new-ai-powered-tool-streamline-package-delivery</w:t>
        </w:r>
      </w:hyperlink>
      <w:r>
        <w:t xml:space="preserve"> - Supports the integration of VAPR into Rivian electric vans, the elimination of manual package sorting, and the projected time savings per route.</w:t>
      </w:r>
      <w:r/>
    </w:p>
    <w:p>
      <w:pPr>
        <w:pStyle w:val="ListNumber"/>
        <w:spacing w:line="240" w:lineRule="auto"/>
        <w:ind w:left="720"/>
      </w:pPr>
      <w:r/>
      <w:hyperlink r:id="rId10">
        <w:r>
          <w:rPr>
            <w:color w:val="0000EE"/>
            <w:u w:val="single"/>
          </w:rPr>
          <w:t>https://www.pymnts.com/amazon-technology/2024/amazon-deploy-artificial-intelligence-powered-technology-that-helps-drivers-find-packages/</w:t>
        </w:r>
      </w:hyperlink>
      <w:r>
        <w:t xml:space="preserve"> - Provides details on the reduction in delivery route time by approximately 30 minutes and the improvement in delivery accuracy.</w:t>
      </w:r>
      <w:r/>
    </w:p>
    <w:p>
      <w:pPr>
        <w:pStyle w:val="ListNumber"/>
        <w:spacing w:line="240" w:lineRule="auto"/>
        <w:ind w:left="720"/>
      </w:pPr>
      <w:r/>
      <w:hyperlink r:id="rId11">
        <w:r>
          <w:rPr>
            <w:color w:val="0000EE"/>
            <w:u w:val="single"/>
          </w:rPr>
          <w:t>https://apnews.com/article/amazon-delivery-technology-dsp-vapr-8612a8942936d09dd271d53aa98c0799</w:t>
        </w:r>
      </w:hyperlink>
      <w:r>
        <w:t xml:space="preserve"> - Corroborates the pilot testing with Delivery Service Partners and the significant reduction in perceived physical and mental effort for drivers.</w:t>
      </w:r>
      <w:r/>
    </w:p>
    <w:p>
      <w:pPr>
        <w:pStyle w:val="ListNumber"/>
        <w:spacing w:line="240" w:lineRule="auto"/>
        <w:ind w:left="720"/>
      </w:pPr>
      <w:r/>
      <w:hyperlink r:id="rId12">
        <w:r>
          <w:rPr>
            <w:color w:val="0000EE"/>
            <w:u w:val="single"/>
          </w:rPr>
          <w:t>https://www.aboutamazon.com/news/transportation/amazon-vapr-delivery-van-packages</w:t>
        </w:r>
      </w:hyperlink>
      <w:r>
        <w:t xml:space="preserve"> - Explains the use of machine learning models and AWS technologies like SageMaker and IoT Greengrass in VAPR.</w:t>
      </w:r>
      <w:r/>
    </w:p>
    <w:p>
      <w:pPr>
        <w:pStyle w:val="ListNumber"/>
        <w:spacing w:line="240" w:lineRule="auto"/>
        <w:ind w:left="720"/>
      </w:pPr>
      <w:r/>
      <w:hyperlink r:id="rId13">
        <w:r>
          <w:rPr>
            <w:color w:val="0000EE"/>
            <w:u w:val="single"/>
          </w:rPr>
          <w:t>https://www.maginative.com/article/amazon-announced-ai-powered-package-tech-to-speed-up-deliveries/</w:t>
        </w:r>
      </w:hyperlink>
      <w:r>
        <w:t xml:space="preserve"> - Supports the integration of VAPR with the van’s delivery route navigation system and its impact on customer service.</w:t>
      </w:r>
      <w:r/>
    </w:p>
    <w:p>
      <w:pPr>
        <w:pStyle w:val="ListNumber"/>
        <w:spacing w:line="240" w:lineRule="auto"/>
        <w:ind w:left="720"/>
      </w:pPr>
      <w:r/>
      <w:hyperlink r:id="rId14">
        <w:r>
          <w:rPr>
            <w:color w:val="0000EE"/>
            <w:u w:val="single"/>
          </w:rPr>
          <w:t>https://www.nasdaq.com/articles/amazons-new-ai-powered-tool-streamline-package-delivery</w:t>
        </w:r>
      </w:hyperlink>
      <w:r>
        <w:t xml:space="preserve"> - Details Amazon's focus on near-term efficiency under CEO Andy Jassy and the broader implications for Amazon's logistics operations.</w:t>
      </w:r>
      <w:r/>
    </w:p>
    <w:p>
      <w:pPr>
        <w:pStyle w:val="ListNumber"/>
        <w:spacing w:line="240" w:lineRule="auto"/>
        <w:ind w:left="720"/>
      </w:pPr>
      <w:r/>
      <w:hyperlink r:id="rId12">
        <w:r>
          <w:rPr>
            <w:color w:val="0000EE"/>
            <w:u w:val="single"/>
          </w:rPr>
          <w:t>https://www.aboutamazon.com/news/transportation/amazon-vapr-delivery-van-packages</w:t>
        </w:r>
      </w:hyperlink>
      <w:r>
        <w:t xml:space="preserve"> - Provides quotes from drivers and logistics owners highlighting the efficiency and accuracy improvements brought by VAPR.</w:t>
      </w:r>
      <w:r/>
    </w:p>
    <w:p>
      <w:pPr>
        <w:pStyle w:val="ListNumber"/>
        <w:spacing w:line="240" w:lineRule="auto"/>
        <w:ind w:left="720"/>
      </w:pPr>
      <w:r/>
      <w:hyperlink r:id="rId15">
        <w:r>
          <w:rPr>
            <w:color w:val="0000EE"/>
            <w:u w:val="single"/>
          </w:rPr>
          <w:t>https://www.analyticsinsight.net/news/amazon-launches-ai-tool-to-speed-up-package-searches-for-drivers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mazon-technology/2024/amazon-deploy-artificial-intelligence-powered-technology-that-helps-drivers-find-packages/" TargetMode="External"/><Relationship Id="rId11" Type="http://schemas.openxmlformats.org/officeDocument/2006/relationships/hyperlink" Target="https://apnews.com/article/amazon-delivery-technology-dsp-vapr-8612a8942936d09dd271d53aa98c0799" TargetMode="External"/><Relationship Id="rId12" Type="http://schemas.openxmlformats.org/officeDocument/2006/relationships/hyperlink" Target="https://www.aboutamazon.com/news/transportation/amazon-vapr-delivery-van-packages" TargetMode="External"/><Relationship Id="rId13" Type="http://schemas.openxmlformats.org/officeDocument/2006/relationships/hyperlink" Target="https://www.maginative.com/article/amazon-announced-ai-powered-package-tech-to-speed-up-deliveries/" TargetMode="External"/><Relationship Id="rId14" Type="http://schemas.openxmlformats.org/officeDocument/2006/relationships/hyperlink" Target="https://www.nasdaq.com/articles/amazons-new-ai-powered-tool-streamline-package-delivery" TargetMode="External"/><Relationship Id="rId15" Type="http://schemas.openxmlformats.org/officeDocument/2006/relationships/hyperlink" Target="https://www.analyticsinsight.net/news/amazon-launches-ai-tool-to-speed-up-package-searches-for-driv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