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Amazon's Fire 7 tablet sees significant sales boost with major discount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competitive consumer tech landscape, Amazon has attracted a significant number of buyers with a substantial discount on its Fire 7 tablet. The device, normally priced at £64.99, is available for £29.99 until October 16th at 8.55am. This promotion has led to over 1,000 units being sold in the past month, with the product receiving positive feedback, earning an average user rating of 4.5 out of 5 stars on Amazon's website.</w:t>
      </w:r>
      <w:r/>
    </w:p>
    <w:p>
      <w:r/>
      <w:r>
        <w:t>The Amazon Fire 7 tablet features a 7-inch touchscreen, a 30% faster quad-core processor, and has been upgraded with 2GB of RAM, double that of its previous generation. It boasts up to 10 hours of performance for web browsing, video streaming, and music listening. The tablet supports popular platforms such as BBC iPlayer, Netflix, Now, Disney+, Instagram, and TikTok through the Amazon Appstore, making it a versatile option for multimedia consumption.</w:t>
      </w:r>
      <w:r/>
    </w:p>
    <w:p>
      <w:r/>
      <w:r>
        <w:t>For families, the tablet includes Amazon Kids parental controls, with an optional subscription to Amazon Kids+ offering access to a vast selection of children’s books, games, and videos. This functionality has received praise from users, one of whom highlighted its ease of use and portability, while another shared their intention to purchase additional units after being impressed with the device's performance.</w:t>
      </w:r>
      <w:r/>
    </w:p>
    <w:p>
      <w:r/>
      <w:r>
        <w:t>Other retailers also offer the Amazon Fire 7, with Currys listing it at £64.99 for the 16 GB model, underscoring the value of the current Amazon discount. A 32 GB option is sold at £39.99, showcasing variations in storage capacity for consumers.</w:t>
      </w:r>
      <w:r/>
    </w:p>
    <w:p>
      <w:r/>
      <w:r>
        <w:t>Simultaneously, Amazon's latest line of Fire HD 8 tablets promises enhanced specifications, including a 50% increase in RAM and extended battery life up to 13 hours. These models aim to provide improved streaming and gaming experiences. The refreshed Fire HD 8 tablets are priced from £50 for the 32GB, 3GB RAM model to £74.99 for the 64GB, 4GB RAM version.</w:t>
      </w:r>
      <w:r/>
    </w:p>
    <w:p>
      <w:r/>
      <w:r>
        <w:t>The Fire HD 8 Kids and Kids Pro models feature the enhanced RAM and come in durable cases designed to withstand the rigours of child use, backed by a two-year worry-free guarantee. Prices for these child-friendly editions start at £80, and include a year’s subscription to Amazon Kids+, enabling access to an array of educational and entertainment content.</w:t>
      </w:r>
      <w:r/>
    </w:p>
    <w:p>
      <w:r/>
      <w:r>
        <w:t>This suite of announcements by Amazon demonstrates its ongoing strategy to blend affordability with user-friendly technology, aiming to cater to both adults and children in various market segments. The appealing offers, especially the discounted Fire 7, may be viewed as a strategic move to boost product visibility and customer loyalty in a crowded tablet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https://mashable.com/article/oct-14-amazon-fire-tablet-deal</w:t>
        </w:r>
      </w:hyperlink>
      <w:r>
        <w:t xml:space="preserve"> - Corroborates the discounted price of the Amazon Fire 7 tablet, highlighting a 38% savings from its original price.</w:t>
      </w:r>
      <w:r/>
    </w:p>
    <w:p>
      <w:pPr>
        <w:pStyle w:val="ListNumber"/>
        <w:spacing w:line="240" w:lineRule="auto"/>
        <w:ind w:left="720"/>
      </w:pPr>
      <w:r/>
      <w:hyperlink r:id="rId11">
        <w:r>
          <w:rPr>
            <w:color w:val="0000EE"/>
            <w:u w:val="single"/>
          </w:rPr>
          <w:t>https://www.laptopmag.com/deals/amazon-fire-tablet-sale-october-prime-day-deals-shop-now</w:t>
        </w:r>
      </w:hyperlink>
      <w:r>
        <w:t xml:space="preserve"> - Supports the information about the Fire 7 tablet's features, including its 7-inch touchscreen, quad-core processor, and 2GB of RAM.</w:t>
      </w:r>
      <w:r/>
    </w:p>
    <w:p>
      <w:pPr>
        <w:pStyle w:val="ListNumber"/>
        <w:spacing w:line="240" w:lineRule="auto"/>
        <w:ind w:left="720"/>
      </w:pPr>
      <w:r/>
      <w:hyperlink r:id="rId12">
        <w:r>
          <w:rPr>
            <w:color w:val="0000EE"/>
            <w:u w:val="single"/>
          </w:rPr>
          <w:t>https://www.nj.com/shopping-deals/2024/10/amazon-slashed-the-price-of-the-fire-7-tablet-to-50-for-october-prime-day.html</w:t>
        </w:r>
      </w:hyperlink>
      <w:r>
        <w:t xml:space="preserve"> - Confirms the Fire 7 tablet's discounted price and its capabilities, such as web browsing, video streaming, and music listening.</w:t>
      </w:r>
      <w:r/>
    </w:p>
    <w:p>
      <w:pPr>
        <w:pStyle w:val="ListNumber"/>
        <w:spacing w:line="240" w:lineRule="auto"/>
        <w:ind w:left="720"/>
      </w:pPr>
      <w:r/>
      <w:hyperlink r:id="rId13">
        <w:r>
          <w:rPr>
            <w:color w:val="0000EE"/>
            <w:u w:val="single"/>
          </w:rPr>
          <w:t>https://www.amazon.com/shop/helpmefinddeals/list/1JS89ASJ2SKD6</w:t>
        </w:r>
      </w:hyperlink>
      <w:r>
        <w:t xml:space="preserve"> - Provides details on the Amazon Fire 7 tablet's support for popular platforms like Netflix, Disney+, and more through the Amazon Appstore.</w:t>
      </w:r>
      <w:r/>
    </w:p>
    <w:p>
      <w:pPr>
        <w:pStyle w:val="ListNumber"/>
        <w:spacing w:line="240" w:lineRule="auto"/>
        <w:ind w:left="720"/>
      </w:pPr>
      <w:r/>
      <w:hyperlink r:id="rId14">
        <w:r>
          <w:rPr>
            <w:color w:val="0000EE"/>
            <w:u w:val="single"/>
          </w:rPr>
          <w:t>https://mashable.com/article/october-prime-day-2024-amazon-fire-tablet-deals</w:t>
        </w:r>
      </w:hyperlink>
      <w:r>
        <w:t xml:space="preserve"> - Discusses the Amazon Kids parental controls and the optional Amazon Kids+ subscription, highlighting its benefits for families.</w:t>
      </w:r>
      <w:r/>
    </w:p>
    <w:p>
      <w:pPr>
        <w:pStyle w:val="ListNumber"/>
        <w:spacing w:line="240" w:lineRule="auto"/>
        <w:ind w:left="720"/>
      </w:pPr>
      <w:r/>
      <w:hyperlink r:id="rId11">
        <w:r>
          <w:rPr>
            <w:color w:val="0000EE"/>
            <w:u w:val="single"/>
          </w:rPr>
          <w:t>https://www.laptopmag.com/deals/amazon-fire-tablet-sale-october-prime-day-deals-shop-now</w:t>
        </w:r>
      </w:hyperlink>
      <w:r>
        <w:t xml:space="preserve"> - Mentions the enhanced specifications of the latest Fire HD 8 tablets, including increased RAM and extended battery life.</w:t>
      </w:r>
      <w:r/>
    </w:p>
    <w:p>
      <w:pPr>
        <w:pStyle w:val="ListNumber"/>
        <w:spacing w:line="240" w:lineRule="auto"/>
        <w:ind w:left="720"/>
      </w:pPr>
      <w:r/>
      <w:hyperlink r:id="rId14">
        <w:r>
          <w:rPr>
            <w:color w:val="0000EE"/>
            <w:u w:val="single"/>
          </w:rPr>
          <w:t>https://mashable.com/article/october-prime-day-2024-amazon-fire-tablet-deals</w:t>
        </w:r>
      </w:hyperlink>
      <w:r>
        <w:t xml:space="preserve"> - Details the Fire HD 8 Kids and Kids Pro models, including their durable cases and two-year worry-free guarantee.</w:t>
      </w:r>
      <w:r/>
    </w:p>
    <w:p>
      <w:pPr>
        <w:pStyle w:val="ListNumber"/>
        <w:spacing w:line="240" w:lineRule="auto"/>
        <w:ind w:left="720"/>
      </w:pPr>
      <w:r/>
      <w:hyperlink r:id="rId11">
        <w:r>
          <w:rPr>
            <w:color w:val="0000EE"/>
            <w:u w:val="single"/>
          </w:rPr>
          <w:t>https://www.laptopmag.com/deals/amazon-fire-tablet-sale-october-prime-day-deals-shop-now</w:t>
        </w:r>
      </w:hyperlink>
      <w:r>
        <w:t xml:space="preserve"> - Lists the prices for the Fire HD 8 and Fire HD 8 Kids models, including variations in storage capacity.</w:t>
      </w:r>
      <w:r/>
    </w:p>
    <w:p>
      <w:pPr>
        <w:pStyle w:val="ListNumber"/>
        <w:spacing w:line="240" w:lineRule="auto"/>
        <w:ind w:left="720"/>
      </w:pPr>
      <w:r/>
      <w:hyperlink r:id="rId14">
        <w:r>
          <w:rPr>
            <w:color w:val="0000EE"/>
            <w:u w:val="single"/>
          </w:rPr>
          <w:t>https://mashable.com/article/october-prime-day-2024-amazon-fire-tablet-deals</w:t>
        </w:r>
      </w:hyperlink>
      <w:r>
        <w:t xml:space="preserve"> - Explains Amazon's strategy to blend affordability with user-friendly technology, catering to both adults and children.</w:t>
      </w:r>
      <w:r/>
    </w:p>
    <w:p>
      <w:pPr>
        <w:pStyle w:val="ListNumber"/>
        <w:spacing w:line="240" w:lineRule="auto"/>
        <w:ind w:left="720"/>
      </w:pPr>
      <w:r/>
      <w:hyperlink r:id="rId13">
        <w:r>
          <w:rPr>
            <w:color w:val="0000EE"/>
            <w:u w:val="single"/>
          </w:rPr>
          <w:t>https://www.amazon.com/shop/helpmefinddeals/list/1JS89ASJ2SKD6</w:t>
        </w:r>
      </w:hyperlink>
      <w:r>
        <w:t xml:space="preserve"> - Provides examples of various Fire tablet models and their discounted prices, showcasing Amazon's promotional strategy.</w:t>
      </w:r>
      <w:r/>
    </w:p>
    <w:p>
      <w:pPr>
        <w:pStyle w:val="ListNumber"/>
        <w:spacing w:line="240" w:lineRule="auto"/>
        <w:ind w:left="720"/>
      </w:pPr>
      <w:r/>
      <w:hyperlink r:id="rId12">
        <w:r>
          <w:rPr>
            <w:color w:val="0000EE"/>
            <w:u w:val="single"/>
          </w:rPr>
          <w:t>https://www.nj.com/shopping-deals/2024/10/amazon-slashed-the-price-of-the-fire-7-tablet-to-50-for-october-prime-day.html</w:t>
        </w:r>
      </w:hyperlink>
      <w:r>
        <w:t xml:space="preserve"> - Highlights the value of the current Amazon discount compared to other retailers, such as Currys.</w:t>
      </w:r>
      <w:r/>
    </w:p>
    <w:p>
      <w:pPr>
        <w:pStyle w:val="ListNumber"/>
        <w:spacing w:line="240" w:lineRule="auto"/>
        <w:ind w:left="720"/>
      </w:pPr>
      <w:r/>
      <w:hyperlink r:id="rId15">
        <w:r>
          <w:rPr>
            <w:color w:val="0000EE"/>
            <w:u w:val="single"/>
          </w:rPr>
          <w:t>https://www.chroniclelive.co.uk/whats-on/shopping/amazon-fire-7-tablet-offer-30071672</w:t>
        </w:r>
      </w:hyperlink>
      <w:r>
        <w:t xml:space="preserve"> - Please view link - unable to able to access data</w:t>
      </w:r>
      <w:r/>
    </w:p>
    <w:p>
      <w:pPr>
        <w:pStyle w:val="ListNumber"/>
        <w:spacing w:line="240" w:lineRule="auto"/>
        <w:ind w:left="720"/>
      </w:pPr>
      <w:r/>
      <w:hyperlink r:id="rId16">
        <w:r>
          <w:rPr>
            <w:color w:val="0000EE"/>
            <w:u w:val="single"/>
          </w:rPr>
          <w:t>https://www.stuff.tv/hot-stuff/amazons-fire-hd-8-tablets-are-packed-with-ai-but-thats-not-why-i-want-one/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shable.com/article/oct-14-amazon-fire-tablet-deal" TargetMode="External"/><Relationship Id="rId11" Type="http://schemas.openxmlformats.org/officeDocument/2006/relationships/hyperlink" Target="https://www.laptopmag.com/deals/amazon-fire-tablet-sale-october-prime-day-deals-shop-now" TargetMode="External"/><Relationship Id="rId12" Type="http://schemas.openxmlformats.org/officeDocument/2006/relationships/hyperlink" Target="https://www.nj.com/shopping-deals/2024/10/amazon-slashed-the-price-of-the-fire-7-tablet-to-50-for-october-prime-day.html" TargetMode="External"/><Relationship Id="rId13" Type="http://schemas.openxmlformats.org/officeDocument/2006/relationships/hyperlink" Target="https://www.amazon.com/shop/helpmefinddeals/list/1JS89ASJ2SKD6" TargetMode="External"/><Relationship Id="rId14" Type="http://schemas.openxmlformats.org/officeDocument/2006/relationships/hyperlink" Target="https://mashable.com/article/october-prime-day-2024-amazon-fire-tablet-deals" TargetMode="External"/><Relationship Id="rId15" Type="http://schemas.openxmlformats.org/officeDocument/2006/relationships/hyperlink" Target="https://www.chroniclelive.co.uk/whats-on/shopping/amazon-fire-7-tablet-offer-30071672" TargetMode="External"/><Relationship Id="rId16" Type="http://schemas.openxmlformats.org/officeDocument/2006/relationships/hyperlink" Target="https://www.stuff.tv/hot-stuff/amazons-fire-hd-8-tablets-are-packed-with-ai-but-thats-not-why-i-want-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