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Ring introduces AI-driven Smart Video Search for enhanced security footage review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Amazon's Ring has unveiled a cutting-edge feature set to transform how users interact with their video doorbell recordings. This new development transforms the often time-consuming process of reviewing footage, making it easier to pinpoint specific events or details through the innovative Smart Video Search, powered by artificial intelligence (AI).</w:t>
      </w:r>
      <w:r/>
    </w:p>
    <w:p>
      <w:r/>
      <w:r>
        <w:t>Traditionally, reviewing footage required users to sift through potentially hours of video to locate a particular event. For instance, checking for a reported incident involving a red car could be laborious. However, the AI-driven Smart Video Search changes this by allowing users to input straightforward queries directly into the Ring app, such as "red car." The feature then identifies and presents segments of interest, saving considerable time and effort.</w:t>
      </w:r>
      <w:r/>
    </w:p>
    <w:p>
      <w:r/>
      <w:r>
        <w:t>The Smart Video Search will be initially available as a public beta, with a broader rollout anticipated soon after. Users will have the capability to search for incidents involving various categories, including animals, specific locations, delivered packages, people, weather conditions, and particular types of vehicles. Additionally, the search can encompass activities such as jumping, running, or playing. This feature will be compatible across all Ring video doorbells and cameras.</w:t>
      </w:r>
      <w:r/>
    </w:p>
    <w:p>
      <w:r/>
      <w:r>
        <w:t xml:space="preserve">To access this feature, users will need to subscribe to Ring's newly introduced Home Premium plan, part of a revamp in the company's subscription offerings. Ring's subscription tiers, previously known as Ring Protect, have been reorganised to better meet user demands. </w:t>
      </w:r>
      <w:r/>
    </w:p>
    <w:p>
      <w:r/>
      <w:r>
        <w:t>The foundational tier, Home Basic, remains at £4.99 / $4.99 monthly, covering one device and maintaining up to 180 days of video history. Enhancements include new Video Preview Alerts, which provide a snippet of footage within push notifications, enabling quick identification of what triggered a motion alert without needing to open the app.</w:t>
      </w:r>
      <w:r/>
    </w:p>
    <w:p>
      <w:r/>
      <w:r>
        <w:t>The second tier, Home Standard, previously called Protect Plus, is priced at £7.99 / $9.99 each month. This plan now features an extended live view function, allowing real-time camera feeds to be viewed for up to 30 continuous minutes.</w:t>
      </w:r>
      <w:r/>
    </w:p>
    <w:p>
      <w:r/>
      <w:r>
        <w:t>The newly introduced Home Premium plan, priced at £15.99 / $19.99 a month, offers comprehensive coverage across all Ring devices within a home. For the first time, it incorporates 24/7 recording with a 14-day retention period, providing ample opportunity for users to check and download any significant footage.</w:t>
      </w:r>
      <w:r/>
    </w:p>
    <w:p>
      <w:r/>
      <w:r>
        <w:t>Ring's enhancements come amid a growing demand for more efficient ways to monitor and secure residential and commercial properties. By integrating AI technology into its systems, Ring positions itself as a leader in user-friendly security solutions, offering peace of mind with cutting-edge technology. As these features roll out, users are expected to gain significantly improved access and control over their security footage, simplifying home security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https://www.theverge.com/2024/10/9/24265564/ring-ai-smart-video-search-security-camera-price-availability</w:t>
        </w:r>
      </w:hyperlink>
      <w:r>
        <w:t xml:space="preserve"> - Corroborates the introduction of Smart Video Search, its AI-powered capabilities, and the requirement for a Ring Protect Pro plan.</w:t>
      </w:r>
      <w:r/>
    </w:p>
    <w:p>
      <w:pPr>
        <w:pStyle w:val="ListNumber"/>
        <w:spacing w:line="240" w:lineRule="auto"/>
        <w:ind w:left="720"/>
      </w:pPr>
      <w:r/>
      <w:hyperlink r:id="rId11">
        <w:r>
          <w:rPr>
            <w:color w:val="0000EE"/>
            <w:u w:val="single"/>
          </w:rPr>
          <w:t>https://www.tomsguide.com/home/smart-home/i-just-tried-rings-new-ai-smart-video-search-feature-and-im-blown-away-by-its-accuracy</w:t>
        </w:r>
      </w:hyperlink>
      <w:r>
        <w:t xml:space="preserve"> - Supports the functionality of Smart Video Search, including its ability to search for specific events and the need for a Ring Home Premium subscription.</w:t>
      </w:r>
      <w:r/>
    </w:p>
    <w:p>
      <w:pPr>
        <w:pStyle w:val="ListNumber"/>
        <w:spacing w:line="240" w:lineRule="auto"/>
        <w:ind w:left="720"/>
      </w:pPr>
      <w:r/>
      <w:hyperlink r:id="rId12">
        <w:r>
          <w:rPr>
            <w:color w:val="0000EE"/>
            <w:u w:val="single"/>
          </w:rPr>
          <w:t>https://restechtoday.com/ring-is-adding-ai-enabled-smart-video-search-tool/</w:t>
        </w:r>
      </w:hyperlink>
      <w:r>
        <w:t xml:space="preserve"> - Confirms the public beta rollout of Smart Video Search and its compatibility with all Ring video doorbells and cameras.</w:t>
      </w:r>
      <w:r/>
    </w:p>
    <w:p>
      <w:pPr>
        <w:pStyle w:val="ListNumber"/>
        <w:spacing w:line="240" w:lineRule="auto"/>
        <w:ind w:left="720"/>
      </w:pPr>
      <w:r/>
      <w:hyperlink r:id="rId13">
        <w:r>
          <w:rPr>
            <w:color w:val="0000EE"/>
            <w:u w:val="single"/>
          </w:rPr>
          <w:t>https://9to5google.com/2024/10/09/amazon-ring-ai-video-search/</w:t>
        </w:r>
      </w:hyperlink>
      <w:r>
        <w:t xml:space="preserve"> - Details the AI technology behind Smart Video Search and its comparison to Google Nest's upcoming features.</w:t>
      </w:r>
      <w:r/>
    </w:p>
    <w:p>
      <w:pPr>
        <w:pStyle w:val="ListNumber"/>
        <w:spacing w:line="240" w:lineRule="auto"/>
        <w:ind w:left="720"/>
      </w:pPr>
      <w:r/>
      <w:hyperlink r:id="rId14">
        <w:r>
          <w:rPr>
            <w:color w:val="0000EE"/>
            <w:u w:val="single"/>
          </w:rPr>
          <w:t>https://www.techradar.com/home/home-security/your-cat-and-its-secret-life-cant-hide-from-rings-powerful-new-ai-video-search-feature</w:t>
        </w:r>
      </w:hyperlink>
      <w:r>
        <w:t xml:space="preserve"> - Explains the use of Visual Language Modeling (VLM) in Smart Video Search and the subscription requirements for accessing the feature.</w:t>
      </w:r>
      <w:r/>
    </w:p>
    <w:p>
      <w:pPr>
        <w:pStyle w:val="ListNumber"/>
        <w:spacing w:line="240" w:lineRule="auto"/>
        <w:ind w:left="720"/>
      </w:pPr>
      <w:r/>
      <w:hyperlink r:id="rId10">
        <w:r>
          <w:rPr>
            <w:color w:val="0000EE"/>
            <w:u w:val="single"/>
          </w:rPr>
          <w:t>https://www.theverge.com/2024/10/9/24265564/ring-ai-smart-video-search-security-camera-price-availability</w:t>
        </w:r>
      </w:hyperlink>
      <w:r>
        <w:t xml:space="preserve"> - Provides information on the categories that can be searched, including animals, locations, packages, people, weather conditions, and activities.</w:t>
      </w:r>
      <w:r/>
    </w:p>
    <w:p>
      <w:pPr>
        <w:pStyle w:val="ListNumber"/>
        <w:spacing w:line="240" w:lineRule="auto"/>
        <w:ind w:left="720"/>
      </w:pPr>
      <w:r/>
      <w:hyperlink r:id="rId11">
        <w:r>
          <w:rPr>
            <w:color w:val="0000EE"/>
            <w:u w:val="single"/>
          </w:rPr>
          <w:t>https://www.tomsguide.com/home/smart-home/i-just-tried-rings-new-ai-smart-video-search-feature-and-im-blown-away-by-its-accuracy</w:t>
        </w:r>
      </w:hyperlink>
      <w:r>
        <w:t xml:space="preserve"> - Describes the process of accessing the feature through the Ring app and the benefits of saved time and effort.</w:t>
      </w:r>
      <w:r/>
    </w:p>
    <w:p>
      <w:pPr>
        <w:pStyle w:val="ListNumber"/>
        <w:spacing w:line="240" w:lineRule="auto"/>
        <w:ind w:left="720"/>
      </w:pPr>
      <w:r/>
      <w:hyperlink r:id="rId12">
        <w:r>
          <w:rPr>
            <w:color w:val="0000EE"/>
            <w:u w:val="single"/>
          </w:rPr>
          <w:t>https://restechtoday.com/ring-is-adding-ai-enabled-smart-video-search-tool/</w:t>
        </w:r>
      </w:hyperlink>
      <w:r>
        <w:t xml:space="preserve"> - Mentions the input moderation technique to prevent searching for offensive content and the commitment to responsible AI development.</w:t>
      </w:r>
      <w:r/>
    </w:p>
    <w:p>
      <w:pPr>
        <w:pStyle w:val="ListNumber"/>
        <w:spacing w:line="240" w:lineRule="auto"/>
        <w:ind w:left="720"/>
      </w:pPr>
      <w:r/>
      <w:hyperlink r:id="rId13">
        <w:r>
          <w:rPr>
            <w:color w:val="0000EE"/>
            <w:u w:val="single"/>
          </w:rPr>
          <w:t>https://9to5google.com/2024/10/09/amazon-ring-ai-video-search/</w:t>
        </w:r>
      </w:hyperlink>
      <w:r>
        <w:t xml:space="preserve"> - Details the upcoming broader rollout and the integration of Smart Video Search into the revamped Ring Home subscription service.</w:t>
      </w:r>
      <w:r/>
    </w:p>
    <w:p>
      <w:pPr>
        <w:pStyle w:val="ListNumber"/>
        <w:spacing w:line="240" w:lineRule="auto"/>
        <w:ind w:left="720"/>
      </w:pPr>
      <w:r/>
      <w:hyperlink r:id="rId14">
        <w:r>
          <w:rPr>
            <w:color w:val="0000EE"/>
            <w:u w:val="single"/>
          </w:rPr>
          <w:t>https://www.techradar.com/home/home-security/your-cat-and-its-secret-life-cant-hide-from-rings-powerful-new-ai-video-search-feature</w:t>
        </w:r>
      </w:hyperlink>
      <w:r>
        <w:t xml:space="preserve"> - Explains the new subscription tiers, including Home Basic, Home Standard, and Home Premium, and their respective features.</w:t>
      </w:r>
      <w:r/>
    </w:p>
    <w:p>
      <w:pPr>
        <w:pStyle w:val="ListNumber"/>
        <w:spacing w:line="240" w:lineRule="auto"/>
        <w:ind w:left="720"/>
      </w:pPr>
      <w:r/>
      <w:hyperlink r:id="rId10">
        <w:r>
          <w:rPr>
            <w:color w:val="0000EE"/>
            <w:u w:val="single"/>
          </w:rPr>
          <w:t>https://www.theverge.com/2024/10/9/24265564/ring-ai-smart-video-search-security-camera-price-availability</w:t>
        </w:r>
      </w:hyperlink>
      <w:r>
        <w:t xml:space="preserve"> - Discusses the enhancements in the subscription plans, such as Video Preview Alerts and extended live view functions.</w:t>
      </w:r>
      <w:r/>
    </w:p>
    <w:p>
      <w:pPr>
        <w:pStyle w:val="ListNumber"/>
        <w:spacing w:line="240" w:lineRule="auto"/>
        <w:ind w:left="720"/>
      </w:pPr>
      <w:r/>
      <w:hyperlink r:id="rId15">
        <w:r>
          <w:rPr>
            <w:color w:val="0000EE"/>
            <w:u w:val="single"/>
          </w:rPr>
          <w:t>https://www.thesun.co.uk/tech/30991909/ring-doorbell-ai-video-search/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9/24265564/ring-ai-smart-video-search-security-camera-price-availability" TargetMode="External"/><Relationship Id="rId11" Type="http://schemas.openxmlformats.org/officeDocument/2006/relationships/hyperlink" Target="https://www.tomsguide.com/home/smart-home/i-just-tried-rings-new-ai-smart-video-search-feature-and-im-blown-away-by-its-accuracy" TargetMode="External"/><Relationship Id="rId12" Type="http://schemas.openxmlformats.org/officeDocument/2006/relationships/hyperlink" Target="https://restechtoday.com/ring-is-adding-ai-enabled-smart-video-search-tool/" TargetMode="External"/><Relationship Id="rId13" Type="http://schemas.openxmlformats.org/officeDocument/2006/relationships/hyperlink" Target="https://9to5google.com/2024/10/09/amazon-ring-ai-video-search/" TargetMode="External"/><Relationship Id="rId14" Type="http://schemas.openxmlformats.org/officeDocument/2006/relationships/hyperlink" Target="https://www.techradar.com/home/home-security/your-cat-and-its-secret-life-cant-hide-from-rings-powerful-new-ai-video-search-feature" TargetMode="External"/><Relationship Id="rId15" Type="http://schemas.openxmlformats.org/officeDocument/2006/relationships/hyperlink" Target="https://www.thesun.co.uk/tech/30991909/ring-doorbell-ai-video-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