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slashes prices on Samsung Galaxy Watch Ultra series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Amazon has introduced significant price reductions for the Samsung Galaxy Watch Ultra series, offering consumers an opportunity to purchase these high-end smartwatches at unprecedented prices. The discounts, which apply to all colour options, represent some of the best deals since the model's release, with prices now even more competitive than those available during Prime Day.</w:t>
      </w:r>
      <w:r/>
    </w:p>
    <w:p>
      <w:r/>
      <w:r>
        <w:t>The Samsung Galaxy Watch Ultra, renowned for its durable titanium design and extensive feature set, has seen its price reduced to new lows on Amazon. The Titanium Gray model with the orange band is now available for $532.20, while the Titanium Silver with a gray band is priced at $549.99. Additionally, the Titanium White variant with a white band is also offered at $532.20, marking a potential savings of up to $109.50 from the original sticker price. These reductions position Amazon as a leading retailer for this product, surpassing even direct offers from Samsung, unless customers are able to take advantage of trade-in credits offered by the company.</w:t>
      </w:r>
      <w:r/>
    </w:p>
    <w:p>
      <w:r/>
      <w:r>
        <w:t>Samsung's flagship wearable, the Galaxy Watch Ultra, is designed with a rugged titanium case, making it resistant to challenging conditions such as rain, dust, and ocean swimming. The device boasts a range of health and fitness tracking capabilities including heart rate monitoring, sleep coaching, and skin temperature measurement, all supported by an impressively long-lasting battery that can extend up to 100 hours on a single charge.</w:t>
      </w:r>
      <w:r/>
    </w:p>
    <w:p>
      <w:r/>
      <w:r>
        <w:t>In parallel with Amazon's pricing developments, Samsung has been active in software updates for its wearable technology. It recently rolled out its seventh One UI 6 Beta update for the Galaxy Watch 6, which suggests that a stable release of this software for older Galaxy Watch models could be imminent. This follows a challenging attempt by Google to update the Pixel Watch with Wear OS 5, an initiative that had to be paused due to technical issues that resulted in bricking some devices.</w:t>
      </w:r>
      <w:r/>
    </w:p>
    <w:p>
      <w:r/>
      <w:r>
        <w:t>While Google's rollout of Wear OS 5 for the Pixel Watch 1 and 2 has been delayed, with the promise of resumption later this year, Samsung appears to be on firmer ground with its updates. This contrast underlines the competitive dynamics in the smartwatch market, where software reliability can significantly impact brand reputation and consumer choice.</w:t>
      </w:r>
      <w:r/>
    </w:p>
    <w:p>
      <w:r/>
      <w:r>
        <w:t>Furthermore, Samsung has announced plans to implement its One UI operating system across its diverse range of devices, including its 2025 television lineup. This strategic shift aims to unify the user experience across Samsung's mobile, smart home, and AV products, replacing the current Tizen OS on TVs. This move towards integration was highlighted at Samsung's developer conference in California, where updates on the upcoming One UI 7.0 were shared, including potential new AI features.</w:t>
      </w:r>
      <w:r/>
    </w:p>
    <w:p>
      <w:r/>
      <w:r>
        <w:t>As consumers navigate these updates and product offerings, the evolving landscape of wearable technology and smart home integration continues to unfold, marked by significant advancements in both software and pricing strategies from major technology players like Samsung and Google.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https://www.techradar.com/health-fitness/smartwatches/the-samsung-galaxy-watch-ultra-is-down-to-a-record-low-price-at-amazon</w:t>
        </w:r>
      </w:hyperlink>
      <w:r>
        <w:t xml:space="preserve"> - Corroborates the price reduction of the Samsung Galaxy Watch Ultra on Amazon, highlighting it as the lowest price since its launch.</w:t>
      </w:r>
      <w:r/>
    </w:p>
    <w:p>
      <w:pPr>
        <w:pStyle w:val="ListNumber"/>
        <w:spacing w:line="240" w:lineRule="auto"/>
        <w:ind w:left="720"/>
      </w:pPr>
      <w:r/>
      <w:hyperlink r:id="rId11">
        <w:r>
          <w:rPr>
            <w:color w:val="0000EE"/>
            <w:u w:val="single"/>
          </w:rPr>
          <w:t>https://9to5toys.com/2024/10/08/samsung-galaxy-watch-ultra-best-price-2/</w:t>
        </w:r>
      </w:hyperlink>
      <w:r>
        <w:t xml:space="preserve"> - Details the specific price drops for different color options of the Samsung Galaxy Watch Ultra on Amazon.</w:t>
      </w:r>
      <w:r/>
    </w:p>
    <w:p>
      <w:pPr>
        <w:pStyle w:val="ListNumber"/>
        <w:spacing w:line="240" w:lineRule="auto"/>
        <w:ind w:left="720"/>
      </w:pPr>
      <w:r/>
      <w:hyperlink r:id="rId12">
        <w:r>
          <w:rPr>
            <w:color w:val="0000EE"/>
            <w:u w:val="single"/>
          </w:rPr>
          <w:t>https://www.tomsguide.com/wellness/smartwatches/the-samsung-galaxy-watch-ultra-just-hit-its-lowest-ever-price-with-this-prime-day-deal</w:t>
        </w:r>
      </w:hyperlink>
      <w:r>
        <w:t xml:space="preserve"> - Confirms the significant price reduction of the Samsung Galaxy Watch Ultra on Amazon, comparing it to other retailers and highlighting its features.</w:t>
      </w:r>
      <w:r/>
    </w:p>
    <w:p>
      <w:pPr>
        <w:pStyle w:val="ListNumber"/>
        <w:spacing w:line="240" w:lineRule="auto"/>
        <w:ind w:left="720"/>
      </w:pPr>
      <w:r/>
      <w:hyperlink r:id="rId13">
        <w:r>
          <w:rPr>
            <w:color w:val="0000EE"/>
            <w:u w:val="single"/>
          </w:rPr>
          <w:t>https://www.livescience.com/just-launched-prime-day-fitness-tracker-deal-samsung-smartwatch-october-2024</w:t>
        </w:r>
      </w:hyperlink>
      <w:r>
        <w:t xml:space="preserve"> - Provides details on the price cut and features of the Samsung Galaxy Watch Ultra, including its durability and health tracking capabilities.</w:t>
      </w:r>
      <w:r/>
    </w:p>
    <w:p>
      <w:pPr>
        <w:pStyle w:val="ListNumber"/>
        <w:spacing w:line="240" w:lineRule="auto"/>
        <w:ind w:left="720"/>
      </w:pPr>
      <w:r/>
      <w:hyperlink r:id="rId14">
        <w:r>
          <w:rPr>
            <w:color w:val="0000EE"/>
            <w:u w:val="single"/>
          </w:rPr>
          <w:t>https://www.phonearena.com/news/samsung-galaxy-watch-ultra-surprising-new-amazon-deal-biggest-discount-ever_id163631</w:t>
        </w:r>
      </w:hyperlink>
      <w:r>
        <w:t xml:space="preserve"> - Mentions the price reductions for different color variants of the Samsung Galaxy Watch Ultra and compares it to the Apple Watch Ultra 2.</w:t>
      </w:r>
      <w:r/>
    </w:p>
    <w:p>
      <w:pPr>
        <w:pStyle w:val="ListNumber"/>
        <w:spacing w:line="240" w:lineRule="auto"/>
        <w:ind w:left="720"/>
      </w:pPr>
      <w:r/>
      <w:hyperlink r:id="rId11">
        <w:r>
          <w:rPr>
            <w:color w:val="0000EE"/>
            <w:u w:val="single"/>
          </w:rPr>
          <w:t>https://9to5toys.com/2024/10/08/samsung-galaxy-watch-ultra-best-price-2/</w:t>
        </w:r>
      </w:hyperlink>
      <w:r>
        <w:t xml:space="preserve"> - Describes the rugged titanium design and various health and fitness tracking features of the Samsung Galaxy Watch Ultra.</w:t>
      </w:r>
      <w:r/>
    </w:p>
    <w:p>
      <w:pPr>
        <w:pStyle w:val="ListNumber"/>
        <w:spacing w:line="240" w:lineRule="auto"/>
        <w:ind w:left="720"/>
      </w:pPr>
      <w:r/>
      <w:hyperlink r:id="rId12">
        <w:r>
          <w:rPr>
            <w:color w:val="0000EE"/>
            <w:u w:val="single"/>
          </w:rPr>
          <w:t>https://www.tomsguide.com/wellness/smartwatches/the-samsung-galaxy-watch-ultra-just-hit-its-lowest-ever-price-with-this-prime-day-deal</w:t>
        </w:r>
      </w:hyperlink>
      <w:r>
        <w:t xml:space="preserve"> - Highlights the long-lasting battery life and other key features of the Samsung Galaxy Watch Ultra.</w:t>
      </w:r>
      <w:r/>
    </w:p>
    <w:p>
      <w:pPr>
        <w:pStyle w:val="ListNumber"/>
        <w:spacing w:line="240" w:lineRule="auto"/>
        <w:ind w:left="720"/>
      </w:pPr>
      <w:r/>
      <w:hyperlink r:id="rId13">
        <w:r>
          <w:rPr>
            <w:color w:val="0000EE"/>
            <w:u w:val="single"/>
          </w:rPr>
          <w:t>https://www.livescience.com/just-launched-prime-day-fitness-tracker-deal-samsung-smartwatch-october-2024</w:t>
        </w:r>
      </w:hyperlink>
      <w:r>
        <w:t xml:space="preserve"> - Discusses the software and hardware capabilities of the Samsung Galaxy Watch Ultra, including its Wear OS and battery life.</w:t>
      </w:r>
      <w:r/>
    </w:p>
    <w:p>
      <w:pPr>
        <w:pStyle w:val="ListNumber"/>
        <w:spacing w:line="240" w:lineRule="auto"/>
        <w:ind w:left="720"/>
      </w:pPr>
      <w:r/>
      <w:hyperlink r:id="rId14">
        <w:r>
          <w:rPr>
            <w:color w:val="0000EE"/>
            <w:u w:val="single"/>
          </w:rPr>
          <w:t>https://www.phonearena.com/news/samsung-galaxy-watch-ultra-surprising-new-amazon-deal-biggest-discount-ever_id163631</w:t>
        </w:r>
      </w:hyperlink>
      <w:r>
        <w:t xml:space="preserve"> - Compares the Samsung Galaxy Watch Ultra's pricing and features to those of the Apple Watch Ultra 2 and other competitors.</w:t>
      </w:r>
      <w:r/>
    </w:p>
    <w:p>
      <w:pPr>
        <w:pStyle w:val="ListNumber"/>
        <w:spacing w:line="240" w:lineRule="auto"/>
        <w:ind w:left="720"/>
      </w:pPr>
      <w:r/>
      <w:hyperlink r:id="rId10">
        <w:r>
          <w:rPr>
            <w:color w:val="0000EE"/>
            <w:u w:val="single"/>
          </w:rPr>
          <w:t>https://www.techradar.com/health-fitness/smartwatches/the-samsung-galaxy-watch-ultra-is-down-to-a-record-low-price-at-amazon</w:t>
        </w:r>
      </w:hyperlink>
      <w:r>
        <w:t xml:space="preserve"> - Mentions the potential savings and trade-in credits offered by Samsung, contrasting with Amazon's deals.</w:t>
      </w:r>
      <w:r/>
    </w:p>
    <w:p>
      <w:pPr>
        <w:pStyle w:val="ListNumber"/>
        <w:spacing w:line="240" w:lineRule="auto"/>
        <w:ind w:left="720"/>
      </w:pPr>
      <w:r/>
      <w:hyperlink r:id="rId11">
        <w:r>
          <w:rPr>
            <w:color w:val="0000EE"/>
            <w:u w:val="single"/>
          </w:rPr>
          <w:t>https://9to5toys.com/2024/10/08/samsung-galaxy-watch-ultra-best-price-2/</w:t>
        </w:r>
      </w:hyperlink>
      <w:r>
        <w:t xml:space="preserve"> - Details the trade-in options available on Samsung's website for the Galaxy Watch Ultra.</w:t>
      </w:r>
      <w:r/>
    </w:p>
    <w:p>
      <w:pPr>
        <w:pStyle w:val="ListNumber"/>
        <w:spacing w:line="240" w:lineRule="auto"/>
        <w:ind w:left="720"/>
      </w:pPr>
      <w:r/>
      <w:hyperlink r:id="rId15">
        <w:r>
          <w:rPr>
            <w:color w:val="0000EE"/>
            <w:u w:val="single"/>
          </w:rPr>
          <w:t>https://9to5toys.com/2024/10/11/samsung-galaxy-watch-ultra-best-price-3/</w:t>
        </w:r>
      </w:hyperlink>
      <w:r>
        <w:t xml:space="preserve"> - Please view link - unable to able to access data</w:t>
      </w:r>
      <w:r/>
    </w:p>
    <w:p>
      <w:pPr>
        <w:pStyle w:val="ListNumber"/>
        <w:spacing w:line="240" w:lineRule="auto"/>
        <w:ind w:left="720"/>
      </w:pPr>
      <w:r/>
      <w:hyperlink r:id="rId16">
        <w:r>
          <w:rPr>
            <w:color w:val="0000EE"/>
            <w:u w:val="single"/>
          </w:rPr>
          <w:t>https://www.techradar.com/health-fitness/samsung-galaxy-watch-6-owners-poised-to-get-wear-os-5-soon-as-google-pixel-watch-still-struggles</w:t>
        </w:r>
      </w:hyperlink>
      <w:r>
        <w:t xml:space="preserve"> - Please view link - unable to able to access data</w:t>
      </w:r>
      <w:r/>
    </w:p>
    <w:p>
      <w:pPr>
        <w:pStyle w:val="ListNumber"/>
        <w:spacing w:line="240" w:lineRule="auto"/>
        <w:ind w:left="720"/>
      </w:pPr>
      <w:r/>
      <w:hyperlink r:id="rId17">
        <w:r>
          <w:rPr>
            <w:color w:val="0000EE"/>
            <w:u w:val="single"/>
          </w:rPr>
          <w:t>https://www.whathifi.com/news/goodbye-tizen-os-samsung-is-switching-to-a-new-tv-operating-system-next-year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health-fitness/smartwatches/the-samsung-galaxy-watch-ultra-is-down-to-a-record-low-price-at-amazon" TargetMode="External"/><Relationship Id="rId11" Type="http://schemas.openxmlformats.org/officeDocument/2006/relationships/hyperlink" Target="https://9to5toys.com/2024/10/08/samsung-galaxy-watch-ultra-best-price-2/" TargetMode="External"/><Relationship Id="rId12" Type="http://schemas.openxmlformats.org/officeDocument/2006/relationships/hyperlink" Target="https://www.tomsguide.com/wellness/smartwatches/the-samsung-galaxy-watch-ultra-just-hit-its-lowest-ever-price-with-this-prime-day-deal" TargetMode="External"/><Relationship Id="rId13" Type="http://schemas.openxmlformats.org/officeDocument/2006/relationships/hyperlink" Target="https://www.livescience.com/just-launched-prime-day-fitness-tracker-deal-samsung-smartwatch-october-2024" TargetMode="External"/><Relationship Id="rId14" Type="http://schemas.openxmlformats.org/officeDocument/2006/relationships/hyperlink" Target="https://www.phonearena.com/news/samsung-galaxy-watch-ultra-surprising-new-amazon-deal-biggest-discount-ever_id163631" TargetMode="External"/><Relationship Id="rId15" Type="http://schemas.openxmlformats.org/officeDocument/2006/relationships/hyperlink" Target="https://9to5toys.com/2024/10/11/samsung-galaxy-watch-ultra-best-price-3/" TargetMode="External"/><Relationship Id="rId16" Type="http://schemas.openxmlformats.org/officeDocument/2006/relationships/hyperlink" Target="https://www.techradar.com/health-fitness/samsung-galaxy-watch-6-owners-poised-to-get-wear-os-5-soon-as-google-pixel-watch-still-struggles" TargetMode="External"/><Relationship Id="rId17" Type="http://schemas.openxmlformats.org/officeDocument/2006/relationships/hyperlink" Target="https://www.whathifi.com/news/goodbye-tizen-os-samsung-is-switching-to-a-new-tv-operating-system-next-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