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unveils AI-powered delivery enhancement with new vision-assisted package retrieval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the global e-commerce powerhouse, announced a significant technological advancement in its delivery operations. The company intends to roll out a new AI-powered solution, named Vision-Assisted Package Retrieval (VAPR), across 1,000 of its Rivian-manufactured electric delivery vans by early 2025. This innovation aims to enhance efficiency by streamlining the process of identifying and retrieving the correct packages for delivery.</w:t>
      </w:r>
      <w:r/>
    </w:p>
    <w:p>
      <w:r/>
      <w:r>
        <w:t>The implementation of VAPR eliminates the need for Amazon delivery drivers to manually verify packages using traditional methods such as barcode scanning. Instead, the system employs a computer vision technology called Amazon Robotics Identification (AR-ID). This technology was initially developed for Amazon’s fulfillment centers to automatically identify and manage inventory through real-time decoding of multiple barcodes. It has now been optimised for use in delivery vans.</w:t>
      </w:r>
      <w:r/>
    </w:p>
    <w:p>
      <w:r/>
      <w:r>
        <w:t>Here’s how VAPR will function: upon reaching a delivery location, the system will project a green "O" onto parcels that need to be delivered, while non-relevant packages will be marked with a red "X". Additionally, audio-visual cues will inform delivery personnel when the correct packages have been identified, allowing them to simply collect the green-lighted parcels from the vehicle's cargo area without additional verification.</w:t>
      </w:r>
      <w:r/>
    </w:p>
    <w:p>
      <w:r/>
      <w:r>
        <w:t>This endeavour is part of Amazon's broader initiative to enhance its delivery network in partnership with the electric vehicle startup Rivian. The retailer had previously committed to ordering 100,000 electric delivery vans from Rivian by 2030, underlining a significant investment in reducing carbon emissions and promoting sustainable logistics solutions. As of July, Amazon reported having over 15,000 of Rivian’s vans active across the United States, which collectively have delivered in excess of 800 million packages.</w:t>
      </w:r>
      <w:r/>
    </w:p>
    <w:p>
      <w:r/>
      <w:r>
        <w:t>However, Rivian has encountered some challenges that might affect future production and delivery schedules. Earlier this month, the company adjusted its annual manufacturing forecast downward by up to 18%, estimating that it will produce between 47,000 and 49,000 electric vehicles this year. The adjustment was attributed to production disruption caused by a shortage of a specific component essential for both the R1 consumer vehicles and its commercial vans, of which the Amazon fleet is a part.</w:t>
      </w:r>
      <w:r/>
    </w:p>
    <w:p>
      <w:r/>
      <w:r>
        <w:t>Rivian mentioned that this component shortage began impacting production in the third quarter and has worsened in recent weeks, though detailed specifics have not been disclosed. This bottleneck could potentially influence the timeline of the rollout of Amazon’s ambitious delivery van plans, though the e-commerce giant has not announced any changes to its existing commitments.</w:t>
      </w:r>
      <w:r/>
    </w:p>
    <w:p>
      <w:r/>
      <w:r>
        <w:t>The introduction of VAPR in Rivian electric vans represents a notable step forward in the integration of artificial intelligence and robotics in logistics, suggesting a future where delivery operations may become increasingly automated and efficient.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https://techcrunch.com/2024/10/09/amazons-new-ai-powered-vision-tech-tells-drivers-which-packages-to-deliver/</w:t>
        </w:r>
      </w:hyperlink>
      <w:r>
        <w:t xml:space="preserve"> - Corroborates the announcement of Amazon's new AI-powered Vision-Assisted Package Retrieval (VAPR) technology and its planned deployment in 1,000 Rivian electric delivery vans by early 2025.</w:t>
      </w:r>
      <w:r/>
    </w:p>
    <w:p>
      <w:pPr>
        <w:pStyle w:val="ListNumber"/>
        <w:spacing w:line="240" w:lineRule="auto"/>
        <w:ind w:left="720"/>
      </w:pPr>
      <w:r/>
      <w:hyperlink r:id="rId11">
        <w:r>
          <w:rPr>
            <w:color w:val="0000EE"/>
            <w:u w:val="single"/>
          </w:rPr>
          <w:t>https://www.aboutamazon.com/news/transportation/amazon-vapr-delivery-van-packages</w:t>
        </w:r>
      </w:hyperlink>
      <w:r>
        <w:t xml:space="preserve"> - Details how VAPR works, including the use of green and red visual cues and audio alerts to help drivers identify the correct packages.</w:t>
      </w:r>
      <w:r/>
    </w:p>
    <w:p>
      <w:pPr>
        <w:pStyle w:val="ListNumber"/>
        <w:spacing w:line="240" w:lineRule="auto"/>
        <w:ind w:left="720"/>
      </w:pPr>
      <w:r/>
      <w:hyperlink r:id="rId12">
        <w:r>
          <w:rPr>
            <w:color w:val="0000EE"/>
            <w:u w:val="single"/>
          </w:rPr>
          <w:t>https://www.washingtonpost.com/business/2024/10/09/amazon-delivery-technology-dsp-vapr/62d9cb90-864a-11ef-8274-e0558282750d_story.html</w:t>
        </w:r>
      </w:hyperlink>
      <w:r>
        <w:t xml:space="preserve"> - Explains the function of VAPR, including the projection of green 'O' and red 'X' on packages and the use of audio and visual cues.</w:t>
      </w:r>
      <w:r/>
    </w:p>
    <w:p>
      <w:pPr>
        <w:pStyle w:val="ListNumber"/>
        <w:spacing w:line="240" w:lineRule="auto"/>
        <w:ind w:left="720"/>
      </w:pPr>
      <w:r/>
      <w:hyperlink r:id="rId13">
        <w:r>
          <w:rPr>
            <w:color w:val="0000EE"/>
            <w:u w:val="single"/>
          </w:rPr>
          <w:t>https://riviantrackr.com/news/amazon-to-deploy-1000-rivian-electric-delivery-vans-with-vision-assisted-package-retrieval-by-early-2025/</w:t>
        </w:r>
      </w:hyperlink>
      <w:r>
        <w:t xml:space="preserve"> - Provides information on the development and testing of VAPR, including its origins in early 2020 and the integration with Amazon's delivery route navigation system.</w:t>
      </w:r>
      <w:r/>
    </w:p>
    <w:p>
      <w:pPr>
        <w:pStyle w:val="ListNumber"/>
        <w:spacing w:line="240" w:lineRule="auto"/>
        <w:ind w:left="720"/>
      </w:pPr>
      <w:r/>
      <w:hyperlink r:id="rId14">
        <w:r>
          <w:rPr>
            <w:color w:val="0000EE"/>
            <w:u w:val="single"/>
          </w:rPr>
          <w:t>https://finance.yahoo.com/news/amazon-deploy-ai-package-retrieval-105236500.html</w:t>
        </w:r>
      </w:hyperlink>
      <w:r>
        <w:t xml:space="preserve"> - Corroborates the use of Amazon Robotics Identification (AR-ID) technology in VAPR and its optimization for delivery vans.</w:t>
      </w:r>
      <w:r/>
    </w:p>
    <w:p>
      <w:pPr>
        <w:pStyle w:val="ListNumber"/>
        <w:spacing w:line="240" w:lineRule="auto"/>
        <w:ind w:left="720"/>
      </w:pPr>
      <w:r/>
      <w:hyperlink r:id="rId10">
        <w:r>
          <w:rPr>
            <w:color w:val="0000EE"/>
            <w:u w:val="single"/>
          </w:rPr>
          <w:t>https://techcrunch.com/2024/10/09/amazons-new-ai-powered-vision-tech-tells-drivers-which-packages-to-deliver/</w:t>
        </w:r>
      </w:hyperlink>
      <w:r>
        <w:t xml:space="preserve"> - Details the benefits of VAPR, including the reduction in time and effort for drivers and the elimination of the need for handheld devices.</w:t>
      </w:r>
      <w:r/>
    </w:p>
    <w:p>
      <w:pPr>
        <w:pStyle w:val="ListNumber"/>
        <w:spacing w:line="240" w:lineRule="auto"/>
        <w:ind w:left="720"/>
      </w:pPr>
      <w:r/>
      <w:hyperlink r:id="rId11">
        <w:r>
          <w:rPr>
            <w:color w:val="0000EE"/>
            <w:u w:val="single"/>
          </w:rPr>
          <w:t>https://www.aboutamazon.com/news/transportation/amazon-vapr-delivery-van-packages</w:t>
        </w:r>
      </w:hyperlink>
      <w:r>
        <w:t xml:space="preserve"> - Discusses the partnership between Amazon and Rivian, including the broader initiative to enhance the delivery network with electric vehicles.</w:t>
      </w:r>
      <w:r/>
    </w:p>
    <w:p>
      <w:pPr>
        <w:pStyle w:val="ListNumber"/>
        <w:spacing w:line="240" w:lineRule="auto"/>
        <w:ind w:left="720"/>
      </w:pPr>
      <w:r/>
      <w:hyperlink r:id="rId13">
        <w:r>
          <w:rPr>
            <w:color w:val="0000EE"/>
            <w:u w:val="single"/>
          </w:rPr>
          <w:t>https://riviantrackr.com/news/amazon-to-deploy-1000-rivian-electric-delivery-vans-with-vision-assisted-package-retrieval-by-early-2025/</w:t>
        </w:r>
      </w:hyperlink>
      <w:r>
        <w:t xml:space="preserve"> - Mentions Amazon's commitment to ordering 100,000 electric delivery vans from Rivian by 2030 and the current number of active Rivian vans.</w:t>
      </w:r>
      <w:r/>
    </w:p>
    <w:p>
      <w:pPr>
        <w:pStyle w:val="ListNumber"/>
        <w:spacing w:line="240" w:lineRule="auto"/>
        <w:ind w:left="720"/>
      </w:pPr>
      <w:r/>
      <w:hyperlink r:id="rId14">
        <w:r>
          <w:rPr>
            <w:color w:val="0000EE"/>
            <w:u w:val="single"/>
          </w:rPr>
          <w:t>https://finance.yahoo.com/news/amazon-deploy-ai-package-retrieval-105236500.html</w:t>
        </w:r>
      </w:hyperlink>
      <w:r>
        <w:t xml:space="preserve"> - Explains the challenges faced by Rivian, including the component shortage affecting production and its potential impact on delivery schedules.</w:t>
      </w:r>
      <w:r/>
    </w:p>
    <w:p>
      <w:pPr>
        <w:pStyle w:val="ListNumber"/>
        <w:spacing w:line="240" w:lineRule="auto"/>
        <w:ind w:left="720"/>
      </w:pPr>
      <w:r/>
      <w:hyperlink r:id="rId12">
        <w:r>
          <w:rPr>
            <w:color w:val="0000EE"/>
            <w:u w:val="single"/>
          </w:rPr>
          <w:t>https://www.washingtonpost.com/business/2024/10/09/amazon-delivery-technology-dsp-vapr/62d9cb90-864a-11ef-8274-e0558282750d_story.html</w:t>
        </w:r>
      </w:hyperlink>
      <w:r>
        <w:t xml:space="preserve"> - Highlights the significance of VAPR in the integration of AI and robotics in logistics, suggesting a future of more automated and efficient delivery operations.</w:t>
      </w:r>
      <w:r/>
    </w:p>
    <w:p>
      <w:pPr>
        <w:pStyle w:val="ListNumber"/>
        <w:spacing w:line="240" w:lineRule="auto"/>
        <w:ind w:left="720"/>
      </w:pPr>
      <w:r/>
      <w:hyperlink r:id="rId13">
        <w:r>
          <w:rPr>
            <w:color w:val="0000EE"/>
            <w:u w:val="single"/>
          </w:rPr>
          <w:t>https://riviantrackr.com/news/amazon-to-deploy-1000-rivian-electric-delivery-vans-with-vision-assisted-package-retrieval-by-early-2025/</w:t>
        </w:r>
      </w:hyperlink>
      <w:r>
        <w:t xml:space="preserve"> - Details the environmental benefits and sustainability goals associated with the use of Rivian's electric vehicles in Amazon's fleet.</w:t>
      </w:r>
      <w:r/>
    </w:p>
    <w:p>
      <w:pPr>
        <w:pStyle w:val="ListNumber"/>
        <w:spacing w:line="240" w:lineRule="auto"/>
        <w:ind w:left="720"/>
      </w:pPr>
      <w:r/>
      <w:hyperlink r:id="rId15">
        <w:r>
          <w:rPr>
            <w:color w:val="0000EE"/>
            <w:u w:val="single"/>
          </w:rPr>
          <w:t>https://www.benzinga.com/news/24/10/41266079/amazon-to-deploy-ai-powered-package-identifying-tech-on-1000-rivian-delivery-vans-for-faster-deliver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9/amazons-new-ai-powered-vision-tech-tells-drivers-which-packages-to-deliver/" TargetMode="External"/><Relationship Id="rId11" Type="http://schemas.openxmlformats.org/officeDocument/2006/relationships/hyperlink" Target="https://www.aboutamazon.com/news/transportation/amazon-vapr-delivery-van-packages" TargetMode="External"/><Relationship Id="rId12" Type="http://schemas.openxmlformats.org/officeDocument/2006/relationships/hyperlink" Target="https://www.washingtonpost.com/business/2024/10/09/amazon-delivery-technology-dsp-vapr/62d9cb90-864a-11ef-8274-e0558282750d_story.html" TargetMode="External"/><Relationship Id="rId13" Type="http://schemas.openxmlformats.org/officeDocument/2006/relationships/hyperlink" Target="https://riviantrackr.com/news/amazon-to-deploy-1000-rivian-electric-delivery-vans-with-vision-assisted-package-retrieval-by-early-2025/" TargetMode="External"/><Relationship Id="rId14" Type="http://schemas.openxmlformats.org/officeDocument/2006/relationships/hyperlink" Target="https://finance.yahoo.com/news/amazon-deploy-ai-package-retrieval-105236500.html" TargetMode="External"/><Relationship Id="rId15" Type="http://schemas.openxmlformats.org/officeDocument/2006/relationships/hyperlink" Target="https://www.benzinga.com/news/24/10/41266079/amazon-to-deploy-ai-powered-package-identifying-tech-on-1000-rivian-delivery-vans-for-faster-deli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