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unveils price history tool through AI assistant Rufus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introduced a significant change to its shopping experience by providing some users with access to product price histories through its AI shopping bot, Rufus. This development aims to enhance transparency and assist shoppers in making more informed purchasing decisions, particularly during major sales events like Amazon Prime Day.</w:t>
      </w:r>
      <w:r/>
    </w:p>
    <w:p>
      <w:r/>
      <w:r>
        <w:t>Amazon Prime Day and its associated promotions, such as the recent Prime Big Deal Days, are known for offering substantial discounts, often promising up to 40% off items. However, discerning the true value of these discounts can be challenging without prior knowledge of a product's pricing history. Traditionally, consumers have relied on third-party price tracking tools to gain insights into past prices, but now Amazon itself is stepping into this domain.</w:t>
      </w:r>
      <w:r/>
    </w:p>
    <w:p>
      <w:r/>
      <w:r>
        <w:t>Rufus, Amazon's AI-driven shopping assistant, was initially launched to a select group of users in February and expanded to all users in the United States last month. Positioned as Amazon's response to ChatGPT, Rufus can be accessed via the speech bubble icon on the Amazon app or the top-left navigation panel of the website.</w:t>
      </w:r>
      <w:r/>
    </w:p>
    <w:p>
      <w:r/>
      <w:r>
        <w:t>In its initial phase, Rufus garnered mixed reviews, with some users finding it only moderately useful. According to Rajiv Mehta, Amazon’s vice president for search and conversational shopping, users frequently engage Rufus for product details, purchase recommendations, and order-related queries. Additionally, Rufus is equipped to handle more abstract queries, reflecting the evolving expectations surrounding AI capabilities.</w:t>
      </w:r>
      <w:r/>
    </w:p>
    <w:p>
      <w:r/>
      <w:r>
        <w:t>One feature that was not initially highlighted by Amazon is Rufus' ability to display a product's price history. To access this information, users can navigate to a product page, prompt Rufus with "price history," and receive data on pricing trends. For instance, during a recent sale, Rufus revealed that the LifeStraw personal water filter was being offered for $10, advertised as half off its original price of $20. However, by using Rufus' price history feature, customers could see that the filter's price had remained below $20 over the past month, dipping to around $14, thus showing that the deal was not as substantial as it initially appeared.</w:t>
      </w:r>
      <w:r/>
    </w:p>
    <w:p>
      <w:r/>
      <w:r>
        <w:t>An example of the new feature's capabilities was shared through a line chart on Amazon's app, illustrating the price fluctuations of the product over 30 days. Amazon's intention is to evaluate the reception and effectiveness of this feature, which is currently accessible to a limited number of US users.</w:t>
      </w:r>
      <w:r/>
    </w:p>
    <w:p>
      <w:r/>
      <w:r>
        <w:t>Janelle Rasey, an Amazon spokesperson, indicated that the disclosure of price history is an experimental feature. She stated, “We aim to make customers’ lives better and easier every day, including helping them find and discover anything they might want and make informed purchasing decisions in our store.” She also noted that Amazon routinely tests new features to ensure it provides valuable services across its vast product offerings.</w:t>
      </w:r>
      <w:r/>
    </w:p>
    <w:p>
      <w:r/>
      <w:r>
        <w:t>LifeStraw, the manufacturer of the water filter in question, has not offered commentary on the introduction of this new shopping tool or how it might affect consumer perception of its pricing strategies.</w:t>
      </w:r>
      <w:r/>
    </w:p>
    <w:p>
      <w:r/>
      <w:r>
        <w:t>As Amazon continues to experiment with these enhancements, it remains to be seen how Rufus' new capabilities will influence buyer behaviour and the transparency of online shopping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https://www.wired.com/story/amazon-ai-agents-shopping-guides-rufus/</w:t>
        </w:r>
      </w:hyperlink>
      <w:r>
        <w:t xml:space="preserve"> - Details the launch and capabilities of Amazon's AI shopping assistant Rufus, including its ability to answer product questions and provide recommendations.</w:t>
      </w:r>
      <w:r/>
    </w:p>
    <w:p>
      <w:pPr>
        <w:pStyle w:val="ListNumber"/>
        <w:spacing w:line="240" w:lineRule="auto"/>
        <w:ind w:left="720"/>
      </w:pPr>
      <w:r/>
      <w:hyperlink r:id="rId11">
        <w:r>
          <w:rPr>
            <w:color w:val="0000EE"/>
            <w:u w:val="single"/>
          </w:rPr>
          <w:t>https://www.forbes.com/sites/lesliekatz/2024/07/13/amazon-ai-shopping-assistant-rufus-answers-non-shopping-questions-too/</w:t>
        </w:r>
      </w:hyperlink>
      <w:r>
        <w:t xml:space="preserve"> - Discusses Rufus's ability to handle both shopping and non-shopping queries, and its integration into the Amazon Shopping app.</w:t>
      </w:r>
      <w:r/>
    </w:p>
    <w:p>
      <w:pPr>
        <w:pStyle w:val="ListNumber"/>
        <w:spacing w:line="240" w:lineRule="auto"/>
        <w:ind w:left="720"/>
      </w:pPr>
      <w:r/>
      <w:hyperlink r:id="rId12">
        <w:r>
          <w:rPr>
            <w:color w:val="0000EE"/>
            <w:u w:val="single"/>
          </w:rPr>
          <w:t>https://www.aboutamazon.com/news/retail/amazon-rufus</w:t>
        </w:r>
      </w:hyperlink>
      <w:r>
        <w:t xml:space="preserve"> - Provides information on Rufus's launch, its training on Amazon's product catalog and customer reviews, and its features for product comparisons and recommendations.</w:t>
      </w:r>
      <w:r/>
    </w:p>
    <w:p>
      <w:pPr>
        <w:pStyle w:val="ListNumber"/>
        <w:spacing w:line="240" w:lineRule="auto"/>
        <w:ind w:left="720"/>
      </w:pPr>
      <w:r/>
      <w:hyperlink r:id="rId12">
        <w:r>
          <w:rPr>
            <w:color w:val="0000EE"/>
            <w:u w:val="single"/>
          </w:rPr>
          <w:t>https://www.aboutamazon.com/news/retail/amazon-rufus</w:t>
        </w:r>
      </w:hyperlink>
      <w:r>
        <w:t xml:space="preserve"> - Explains how Rufus is integrated into the Amazon shopping experience, including its availability on the mobile app and desktop, and its role in helping customers make informed shopping decisions.</w:t>
      </w:r>
      <w:r/>
    </w:p>
    <w:p>
      <w:pPr>
        <w:pStyle w:val="ListNumber"/>
        <w:spacing w:line="240" w:lineRule="auto"/>
        <w:ind w:left="720"/>
      </w:pPr>
      <w:r/>
      <w:hyperlink r:id="rId13">
        <w:r>
          <w:rPr>
            <w:color w:val="0000EE"/>
            <w:u w:val="single"/>
          </w:rPr>
          <w:t>https://pacvue.com/blog/amazon-rufus-ai-what-the-new-amazon-ai-shopping-assistant-means-for-your-brand/</w:t>
        </w:r>
      </w:hyperlink>
      <w:r>
        <w:t xml:space="preserve"> - Describes Rufus's use of generative AI to create a conversational shopping experience, including product recommendations and comparisons.</w:t>
      </w:r>
      <w:r/>
    </w:p>
    <w:p>
      <w:pPr>
        <w:pStyle w:val="ListNumber"/>
        <w:spacing w:line="240" w:lineRule="auto"/>
        <w:ind w:left="720"/>
      </w:pPr>
      <w:r/>
      <w:hyperlink r:id="rId10">
        <w:r>
          <w:rPr>
            <w:color w:val="0000EE"/>
            <w:u w:val="single"/>
          </w:rPr>
          <w:t>https://www.wired.com/story/amazon-ai-agents-shopping-guides-rufus/</w:t>
        </w:r>
      </w:hyperlink>
      <w:r>
        <w:t xml:space="preserve"> - Mentions Rufus's ability to handle abstract queries and its potential to evolve into a more autonomous shopping assistant.</w:t>
      </w:r>
      <w:r/>
    </w:p>
    <w:p>
      <w:pPr>
        <w:pStyle w:val="ListNumber"/>
        <w:spacing w:line="240" w:lineRule="auto"/>
        <w:ind w:left="720"/>
      </w:pPr>
      <w:r/>
      <w:hyperlink r:id="rId11">
        <w:r>
          <w:rPr>
            <w:color w:val="0000EE"/>
            <w:u w:val="single"/>
          </w:rPr>
          <w:t>https://www.forbes.com/sites/lesliekatz/2024/07/13/amazon-ai-shopping-assistant-rufus-answers-non-shopping-questions-too/</w:t>
        </w:r>
      </w:hyperlink>
      <w:r>
        <w:t xml:space="preserve"> - Highlights Rufus's versatility in answering a wide range of questions, from product details to philosophical insights.</w:t>
      </w:r>
      <w:r/>
    </w:p>
    <w:p>
      <w:pPr>
        <w:pStyle w:val="ListNumber"/>
        <w:spacing w:line="240" w:lineRule="auto"/>
        <w:ind w:left="720"/>
      </w:pPr>
      <w:r/>
      <w:hyperlink r:id="rId12">
        <w:r>
          <w:rPr>
            <w:color w:val="0000EE"/>
            <w:u w:val="single"/>
          </w:rPr>
          <w:t>https://www.aboutamazon.com/news/retail/amazon-rufus</w:t>
        </w:r>
      </w:hyperlink>
      <w:r>
        <w:t xml:space="preserve"> - Details how Rufus can assist customers in finding products based on specific needs, such as shopping by occasion or purpose.</w:t>
      </w:r>
      <w:r/>
    </w:p>
    <w:p>
      <w:pPr>
        <w:pStyle w:val="ListNumber"/>
        <w:spacing w:line="240" w:lineRule="auto"/>
        <w:ind w:left="720"/>
      </w:pPr>
      <w:r/>
      <w:hyperlink r:id="rId13">
        <w:r>
          <w:rPr>
            <w:color w:val="0000EE"/>
            <w:u w:val="single"/>
          </w:rPr>
          <w:t>https://pacvue.com/blog/amazon-rufus-ai-what-the-new-amazon-ai-shopping-assistant-means-for-your-brand/</w:t>
        </w:r>
      </w:hyperlink>
      <w:r>
        <w:t xml:space="preserve"> - Discusses the potential impact of Rufus on brands selling on Amazon and the importance of content quality for training Rufus.</w:t>
      </w:r>
      <w:r/>
    </w:p>
    <w:p>
      <w:pPr>
        <w:pStyle w:val="ListNumber"/>
        <w:spacing w:line="240" w:lineRule="auto"/>
        <w:ind w:left="720"/>
      </w:pPr>
      <w:r/>
      <w:hyperlink r:id="rId14">
        <w:r>
          <w:rPr>
            <w:color w:val="0000EE"/>
            <w:u w:val="single"/>
          </w:rPr>
          <w:t>https://www.youtube.com/watch?v=oFiUYscyTYM</w:t>
        </w:r>
      </w:hyperlink>
      <w:r>
        <w:t xml:space="preserve"> - Provides a video overview of Rufus's features, including product discovery, comparisons, and recommendations within the Amazon platform.</w:t>
      </w:r>
      <w:r/>
    </w:p>
    <w:p>
      <w:pPr>
        <w:pStyle w:val="ListNumber"/>
        <w:spacing w:line="240" w:lineRule="auto"/>
        <w:ind w:left="720"/>
      </w:pPr>
      <w:r/>
      <w:hyperlink r:id="rId12">
        <w:r>
          <w:rPr>
            <w:color w:val="0000EE"/>
            <w:u w:val="single"/>
          </w:rPr>
          <w:t>https://www.aboutamazon.com/news/retail/amazon-rufus</w:t>
        </w:r>
      </w:hyperlink>
      <w:r>
        <w:t xml:space="preserve"> - Mentions Amazon's use of AI in various customer experiences, including personalized recommendations and AI-generated review highlights.</w:t>
      </w:r>
      <w:r/>
    </w:p>
    <w:p>
      <w:pPr>
        <w:pStyle w:val="ListNumber"/>
        <w:spacing w:line="240" w:lineRule="auto"/>
        <w:ind w:left="720"/>
      </w:pPr>
      <w:r/>
      <w:hyperlink r:id="rId15">
        <w:r>
          <w:rPr>
            <w:color w:val="0000EE"/>
            <w:u w:val="single"/>
          </w:rPr>
          <w:t>https://www.wired.com/story/amazon-rufus-price-check/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red.com/story/amazon-ai-agents-shopping-guides-rufus/" TargetMode="External"/><Relationship Id="rId11" Type="http://schemas.openxmlformats.org/officeDocument/2006/relationships/hyperlink" Target="https://www.forbes.com/sites/lesliekatz/2024/07/13/amazon-ai-shopping-assistant-rufus-answers-non-shopping-questions-too/" TargetMode="External"/><Relationship Id="rId12" Type="http://schemas.openxmlformats.org/officeDocument/2006/relationships/hyperlink" Target="https://www.aboutamazon.com/news/retail/amazon-rufus" TargetMode="External"/><Relationship Id="rId13" Type="http://schemas.openxmlformats.org/officeDocument/2006/relationships/hyperlink" Target="https://pacvue.com/blog/amazon-rufus-ai-what-the-new-amazon-ai-shopping-assistant-means-for-your-brand/" TargetMode="External"/><Relationship Id="rId14" Type="http://schemas.openxmlformats.org/officeDocument/2006/relationships/hyperlink" Target="https://www.youtube.com/watch?v=oFiUYscyTYM" TargetMode="External"/><Relationship Id="rId15" Type="http://schemas.openxmlformats.org/officeDocument/2006/relationships/hyperlink" Target="https://www.wired.com/story/amazon-rufus-price-che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