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new AI feature raises concerns over emotional disconnect in digital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digital age where artificial intelligence (AI) increasingly permeates daily life, Apple's latest AI development has both intrigued and unsettled users with its new functionality: the ability to summarise text messages. This technological advancement is part of Apple Intelligence, the company's AI-powered feature suite included in the recent beta update available for its latest line of smartphones including the iPhone 15 Pro, iPhone 15 Pro Max, and upcoming iPhone 16 series.</w:t>
      </w:r>
      <w:r/>
    </w:p>
    <w:p>
      <w:r/>
      <w:r>
        <w:t>The feature's capabilities were thrust into the spotlight through a viral tweet by the user @spreen_co, who shared an Apple Intelligence summary of a breakup text he received—particularly poignant as it coincided with his birthday. The notification succinctly summed up a more elaborate message into: "No longer in a relationship; wants belongings from the apartment." With over 3.8 million views, the post has sparked a considerable debate across social media platforms about AI's role in processing and disseminating personal information.</w:t>
      </w:r>
      <w:r/>
    </w:p>
    <w:p>
      <w:r/>
      <w:r>
        <w:t>Apple Intelligence's text summarisation feature is currently being explored by users enrolled in the software's early beta programme. Introduced as part of Apple's broader initiative to integrate AI on devices, its intended purpose is to distil complex messages into easily digestible bullet points. The company intends to roll out the complete version of these features by December.</w:t>
      </w:r>
      <w:r/>
    </w:p>
    <w:p>
      <w:r/>
      <w:r>
        <w:t>Despite the convenience it promises, the tool lacks the nuance and emotional depth typical in human interactions. This deficiency is especially significant in situations loaded with personal and emotional stakes, as exemplified by the viral tweet. Comments on the tweet have shown a varied response—some users expressed discomfort at the impersonality of the notification, while others appreciated the feature's bluntness in delivering the essential facts without emotional embellishment.</w:t>
      </w:r>
      <w:r/>
    </w:p>
    <w:p>
      <w:r/>
      <w:r>
        <w:t>In addition to text summarisation, Apple Intelligence is also known for its potential uses in creating generative emojis and integrating with services like ChatGPT for enhanced search and writing capabilities. Yet, the feature is not entirely devoid of limitations, as it often misses subtleties and can misinterpret context in its summations. Furthermore, there are fears that such summarisation could stifle emotional processing—a concern voiced by those fearing potential dependency on AI for navigating personal relationships.</w:t>
      </w:r>
      <w:r/>
    </w:p>
    <w:p>
      <w:r/>
      <w:r>
        <w:t>While some argue these burgeoning technologies signify progression towards greater efficiency, others worry they portend a future where technological convenience outweighs human emotional engagement. The debate, fuelled by experiences like that of @spreen_co, reflects a broader societal conversation about the ethical and practical implications of AI in personal settings.</w:t>
      </w:r>
      <w:r/>
    </w:p>
    <w:p>
      <w:r/>
      <w:r>
        <w:t>As Apple continues to refine its AI offerings, the discussion around usability, privacy, and the potential emotional disconnect will persist, especially as tech companies increasingly strive to balance innovation with empathy in their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https://www.tomsguide.com/ai/apple-intelligence-summaries-what-apps-support-this-feature-and-how-you-use-it</w:t>
        </w:r>
      </w:hyperlink>
      <w:r>
        <w:t xml:space="preserve"> - This article explains the text summarization feature of Apple Intelligence, including how it works in various apps like Safari, Mail, and Messages, and its availability in the iOS 18.1 beta.</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This official Apple announcement details the new capabilities of Apple Intelligence, including its Writing Tools that allow users to summarize text across multiple apps.</w:t>
      </w:r>
      <w:r/>
    </w:p>
    <w:p>
      <w:pPr>
        <w:pStyle w:val="ListNumber"/>
        <w:spacing w:line="240" w:lineRule="auto"/>
        <w:ind w:left="720"/>
      </w:pPr>
      <w:r/>
      <w:hyperlink r:id="rId12">
        <w:r>
          <w:rPr>
            <w:color w:val="0000EE"/>
            <w:u w:val="single"/>
          </w:rPr>
          <w:t>https://www.tomsguide.com/phones/iphones/i-just-tried-apple-intelligence-on-my-iphone-15-pro-heres-what-i-found-out</w:t>
        </w:r>
      </w:hyperlink>
      <w:r>
        <w:t xml:space="preserve"> - This article provides hands-on experience with Apple Intelligence on an iPhone 15 Pro, including the use of summarization features in Mail, Notes, and other apps.</w:t>
      </w:r>
      <w:r/>
    </w:p>
    <w:p>
      <w:pPr>
        <w:pStyle w:val="ListNumber"/>
        <w:spacing w:line="240" w:lineRule="auto"/>
        <w:ind w:left="720"/>
      </w:pPr>
      <w:r/>
      <w:hyperlink r:id="rId10">
        <w:r>
          <w:rPr>
            <w:color w:val="0000EE"/>
            <w:u w:val="single"/>
          </w:rPr>
          <w:t>https://www.tomsguide.com/ai/apple-intelligence-summaries-what-apps-support-this-feature-and-how-you-use-it</w:t>
        </w:r>
      </w:hyperlink>
      <w:r>
        <w:t xml:space="preserve"> - This source discusses the limitations and user experiences with the summarization feature, particularly in emotional or complex contexts like the viral tweet example.</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This article highlights the broader integration of Apple Intelligence with various Apple services and apps, including its potential for generative content and enhanced search capabilities.</w:t>
      </w:r>
      <w:r/>
    </w:p>
    <w:p>
      <w:pPr>
        <w:pStyle w:val="ListNumber"/>
        <w:spacing w:line="240" w:lineRule="auto"/>
        <w:ind w:left="720"/>
      </w:pPr>
      <w:r/>
      <w:hyperlink r:id="rId12">
        <w:r>
          <w:rPr>
            <w:color w:val="0000EE"/>
            <w:u w:val="single"/>
          </w:rPr>
          <w:t>https://www.tomsguide.com/phones/iphones/i-just-tried-apple-intelligence-on-my-iphone-15-pro-heres-what-i-found-out</w:t>
        </w:r>
      </w:hyperlink>
      <w:r>
        <w:t xml:space="preserve"> - This source mentions the potential uses and limitations of Apple Intelligence, such as missing subtleties and misinterpreting context in its summaries.</w:t>
      </w:r>
      <w:r/>
    </w:p>
    <w:p>
      <w:pPr>
        <w:pStyle w:val="ListNumber"/>
        <w:spacing w:line="240" w:lineRule="auto"/>
        <w:ind w:left="720"/>
      </w:pPr>
      <w:r/>
      <w:hyperlink r:id="rId10">
        <w:r>
          <w:rPr>
            <w:color w:val="0000EE"/>
            <w:u w:val="single"/>
          </w:rPr>
          <w:t>https://www.tomsguide.com/ai/apple-intelligence-summaries-what-apps-support-this-feature-and-how-you-use-it</w:t>
        </w:r>
      </w:hyperlink>
      <w:r>
        <w:t xml:space="preserve"> - This article discusses user reactions to the summarization feature, including discomfort with its impersonality and appreciation for its bluntness in delivering essential facts.</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This official announcement addresses the ongoing refinement of Apple's AI offerings and the balance between innovation and empathy in their products.</w:t>
      </w:r>
      <w:r/>
    </w:p>
    <w:p>
      <w:pPr>
        <w:pStyle w:val="ListNumber"/>
        <w:spacing w:line="240" w:lineRule="auto"/>
        <w:ind w:left="720"/>
      </w:pPr>
      <w:r/>
      <w:hyperlink r:id="rId12">
        <w:r>
          <w:rPr>
            <w:color w:val="0000EE"/>
            <w:u w:val="single"/>
          </w:rPr>
          <w:t>https://www.tomsguide.com/phones/iphones/i-just-tried-apple-intelligence-on-my-iphone-15-pro-heres-what-i-found-out</w:t>
        </w:r>
      </w:hyperlink>
      <w:r>
        <w:t xml:space="preserve"> - This article touches on the broader societal conversation about the ethical and practical implications of AI in personal settings, reflecting on experiences like the viral tweet.</w:t>
      </w:r>
      <w:r/>
    </w:p>
    <w:p>
      <w:pPr>
        <w:pStyle w:val="ListNumber"/>
        <w:spacing w:line="240" w:lineRule="auto"/>
        <w:ind w:left="720"/>
      </w:pPr>
      <w:r/>
      <w:hyperlink r:id="rId10">
        <w:r>
          <w:rPr>
            <w:color w:val="0000EE"/>
            <w:u w:val="single"/>
          </w:rPr>
          <w:t>https://www.tomsguide.com/ai/apple-intelligence-summaries-what-apps-support-this-feature-and-how-you-use-it</w:t>
        </w:r>
      </w:hyperlink>
      <w:r>
        <w:t xml:space="preserve"> - This source explains how Apple Intelligence's summarization feature is part of a larger initiative to integrate AI on Apple devices, with a planned full rollout by December.</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This official Apple announcement details the systemwide Writing Tools, including summarization, and their availability in the latest iOS, iPadOS, and macOS updates.</w:t>
      </w:r>
      <w:r/>
    </w:p>
    <w:p>
      <w:pPr>
        <w:pStyle w:val="ListNumber"/>
        <w:spacing w:line="240" w:lineRule="auto"/>
        <w:ind w:left="720"/>
      </w:pPr>
      <w:r/>
      <w:hyperlink r:id="rId13">
        <w:r>
          <w:rPr>
            <w:color w:val="0000EE"/>
            <w:u w:val="single"/>
          </w:rPr>
          <w:t>https://www.pcgamer.com/software/ai/the-new-iphones-beta-ai-has-been-summarising-breakup-texts-and-we-cant-figure-out-if-thats-taking-the-sting-or-the-soul-out-of-interpersonal-communication/</w:t>
        </w:r>
      </w:hyperlink>
      <w:r>
        <w:t xml:space="preserve"> - Please view link - unable to able to access data</w:t>
      </w:r>
      <w:r/>
    </w:p>
    <w:p>
      <w:pPr>
        <w:pStyle w:val="ListNumber"/>
        <w:spacing w:line="240" w:lineRule="auto"/>
        <w:ind w:left="720"/>
      </w:pPr>
      <w:r/>
      <w:hyperlink r:id="rId14">
        <w:r>
          <w:rPr>
            <w:color w:val="0000EE"/>
            <w:u w:val="single"/>
          </w:rPr>
          <w:t>https://www.techradar.com/phones/iphone/whats-worse-than-a-break-up-by-text-this-savage-apple-intelligence-dumping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ai/apple-intelligence-summaries-what-apps-support-this-feature-and-how-you-use-it" TargetMode="External"/><Relationship Id="rId11" Type="http://schemas.openxmlformats.org/officeDocument/2006/relationships/hyperlink" Target="https://www.apple.com/newsroom/2024/06/introducing-apple-intelligence-for-iphone-ipad-and-mac/" TargetMode="External"/><Relationship Id="rId12" Type="http://schemas.openxmlformats.org/officeDocument/2006/relationships/hyperlink" Target="https://www.tomsguide.com/phones/iphones/i-just-tried-apple-intelligence-on-my-iphone-15-pro-heres-what-i-found-out" TargetMode="External"/><Relationship Id="rId13" Type="http://schemas.openxmlformats.org/officeDocument/2006/relationships/hyperlink" Target="https://www.pcgamer.com/software/ai/the-new-iphones-beta-ai-has-been-summarising-breakup-texts-and-we-cant-figure-out-if-thats-taking-the-sting-or-the-soul-out-of-interpersonal-communication/" TargetMode="External"/><Relationship Id="rId14" Type="http://schemas.openxmlformats.org/officeDocument/2006/relationships/hyperlink" Target="https://www.techradar.com/phones/iphone/whats-worse-than-a-break-up-by-text-this-savage-apple-intelligence-dum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