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Apple unveils upcoming iPad mini 7 and launches Apple Intelligence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the rapidly evolving landscape of technology, Apple Inc. is making significant strides with anticipated product launches and updates slated for the near future. These include the much-talked-about iPad mini 7 and a pioneering venture into artificial intelligence with Apple Intelligence.</w:t>
      </w:r>
      <w:r/>
    </w:p>
    <w:p>
      <w:r/>
      <w:r>
        <w:t>The iPad mini 7 is reportedly on the horizon with a projected release date of Friday, November 1. This comes after notable clearance efforts of the iPad mini 6 stock. While Apple has yet to officially confirm this event, the prediction comes from Bloomberg's Mark Gurman, a reliable source for Apple product information. Gurman indicates that the announcement could be as soon as the end of October, paving the way for the release of the new tablet just days later.</w:t>
      </w:r>
      <w:r/>
    </w:p>
    <w:p>
      <w:r/>
      <w:r>
        <w:t>This timing supports ongoing rumours of an upcoming October Apple event, where the next generation of Apple's mini tablet might be introduced. Users and tech enthusiasts alike have long anticipated a successor to the iPad mini (2021), and the potential unveiling of the new model seems to align with Apple's past product release strategies. However, those hoping for new entries in other Apple tablet lines, such as the standard iPad or iPad Pro, may find themselves waiting until at least the first half of 2025. Gurman has suggested that new iPad Air models will likely make their debut during this period alongside the iPhone SE 4.</w:t>
      </w:r>
      <w:r/>
    </w:p>
    <w:p>
      <w:r/>
      <w:r>
        <w:t>While Apple seems to be moving forward with its tablet updates, attention is also being directed towards a significant advancement in its software capabilities – the introduction of Apple Intelligence. Scheduled for launch on October 28, this initiative marks Apple's first foray into integrating artificial intelligence within its operating systems, notably iOS 18.1.</w:t>
      </w:r>
      <w:r/>
    </w:p>
    <w:p>
      <w:r/>
      <w:r>
        <w:t>Initially, these AI features will be available on selected devices, including the iPhone 16 lineup and the iPhone 15 Pro models. This rollout comes in tandem with the recent release of the iPhone 16 and iPhone 16 Pro, which were marketed intensively with a focus on AI capabilities.</w:t>
      </w:r>
      <w:r/>
    </w:p>
    <w:p>
      <w:r/>
      <w:r>
        <w:t>Apple Intelligence is expected to deliver a variety of features aimed at enhancing user experience, such as Writing Tools for content editing and proofreading, Smart Replies to expedite messaging, Notification Summaries for efficient information management, and enhancements to Photos cleanup functionalities. Moreover, a redesign of Siri is part of this initial wave of updates.</w:t>
      </w:r>
      <w:r/>
    </w:p>
    <w:p>
      <w:r/>
      <w:r>
        <w:t>Despite the promising features, the AI rollout will be phased, with certain enhancements like ChatGPT integration, Genmoji, and Image Playground anticipated to accompany the iOS 18.2 update by the end of the year. A significant overhaul of Siri, leveraging AI, is predicted to arrive by March 2025.</w:t>
      </w:r>
      <w:r/>
    </w:p>
    <w:p>
      <w:r/>
      <w:r>
        <w:t>However, this ambitious AI strategy has not been without its challenges. Initially, Apple Intelligence will only support US English, with UK users required to await further updates unless they opt to alter their language settings. Moreover, Apple has not yet confirmed when, or if, this suite of features will become available for EU users, reflecting the complexity of international regulatory environments.</w:t>
      </w:r>
      <w:r/>
    </w:p>
    <w:p>
      <w:r/>
      <w:r>
        <w:t>Apple's latest ventures signify a deliberate and strategic push towards sustaining its competitive edge, both through hardware innovation and software enhancement. As these developments unfold, Apple enthusiasts and the broader tech community keenly await the full realisation of these innovations.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https://www.macrumors.com/2024/10/06/apple-to-launch-new-m4-macs-nov-1/</w:t>
        </w:r>
      </w:hyperlink>
      <w:r>
        <w:t xml:space="preserve"> - Corroborates the projected release date of the iPad mini 7 on November 1 and the announcement around the end of October.</w:t>
      </w:r>
      <w:r/>
    </w:p>
    <w:p>
      <w:pPr>
        <w:pStyle w:val="ListNumber"/>
        <w:spacing w:line="240" w:lineRule="auto"/>
        <w:ind w:left="720"/>
      </w:pPr>
      <w:r/>
      <w:hyperlink r:id="rId11">
        <w:r>
          <w:rPr>
            <w:color w:val="0000EE"/>
            <w:u w:val="single"/>
          </w:rPr>
          <w:t>https://www.macrumors.com/2024/10/08/ipad-mini-7-coming-next-month-what-to-expect/</w:t>
        </w:r>
      </w:hyperlink>
      <w:r>
        <w:t xml:space="preserve"> - Provides details on the expected features and release date of the iPad mini 7, including the clearance of iPad mini 6 stock.</w:t>
      </w:r>
      <w:r/>
    </w:p>
    <w:p>
      <w:pPr>
        <w:pStyle w:val="ListNumber"/>
        <w:spacing w:line="240" w:lineRule="auto"/>
        <w:ind w:left="720"/>
      </w:pPr>
      <w:r/>
      <w:hyperlink r:id="rId12">
        <w:r>
          <w:rPr>
            <w:color w:val="0000EE"/>
            <w:u w:val="single"/>
          </w:rPr>
          <w:t>https://www.tomsguide.com/computing/m4-macs-and-ipad-mini-7-release-date-looks-set-heres-what-we-know</w:t>
        </w:r>
      </w:hyperlink>
      <w:r>
        <w:t xml:space="preserve"> - Supports the information about the iPad mini 7 release date and the upcoming Apple event at the end of October.</w:t>
      </w:r>
      <w:r/>
    </w:p>
    <w:p>
      <w:pPr>
        <w:pStyle w:val="ListNumber"/>
        <w:spacing w:line="240" w:lineRule="auto"/>
        <w:ind w:left="720"/>
      </w:pPr>
      <w:r/>
      <w:hyperlink r:id="rId13">
        <w:r>
          <w:rPr>
            <w:color w:val="0000EE"/>
            <w:u w:val="single"/>
          </w:rPr>
          <w:t>https://www.reddit.com/r/ipadmini/comments/1fxg2bz/ipad_mini_7_coming_on_november_1_according_to/</w:t>
        </w:r>
      </w:hyperlink>
      <w:r>
        <w:t xml:space="preserve"> - Mentions Mark Gurman's prediction of the iPad mini 7 release on November 1.</w:t>
      </w:r>
      <w:r/>
    </w:p>
    <w:p>
      <w:pPr>
        <w:pStyle w:val="ListNumber"/>
        <w:spacing w:line="240" w:lineRule="auto"/>
        <w:ind w:left="720"/>
      </w:pPr>
      <w:r/>
      <w:hyperlink r:id="rId10">
        <w:r>
          <w:rPr>
            <w:color w:val="0000EE"/>
            <w:u w:val="single"/>
          </w:rPr>
          <w:t>https://www.macrumors.com/2024/10/06/apple-to-launch-new-m4-macs-nov-1/</w:t>
        </w:r>
      </w:hyperlink>
      <w:r>
        <w:t xml:space="preserve"> - Details the upcoming Apple event and the potential introduction of new iPad Air models in the first half of 2025.</w:t>
      </w:r>
      <w:r/>
    </w:p>
    <w:p>
      <w:pPr>
        <w:pStyle w:val="ListNumber"/>
        <w:spacing w:line="240" w:lineRule="auto"/>
        <w:ind w:left="720"/>
      </w:pPr>
      <w:r/>
      <w:hyperlink r:id="rId12">
        <w:r>
          <w:rPr>
            <w:color w:val="0000EE"/>
            <w:u w:val="single"/>
          </w:rPr>
          <w:t>https://www.tomsguide.com/computing/m4-macs-and-ipad-mini-7-release-date-looks-set-heres-what-we-know</w:t>
        </w:r>
      </w:hyperlink>
      <w:r>
        <w:t xml:space="preserve"> - Discusses the iPhone SE 4 and new iPad Air models scheduled for the first half of 2025.</w:t>
      </w:r>
      <w:r/>
    </w:p>
    <w:p>
      <w:pPr>
        <w:pStyle w:val="ListNumber"/>
        <w:spacing w:line="240" w:lineRule="auto"/>
        <w:ind w:left="720"/>
      </w:pPr>
      <w:r/>
      <w:hyperlink r:id="rId11">
        <w:r>
          <w:rPr>
            <w:color w:val="0000EE"/>
            <w:u w:val="single"/>
          </w:rPr>
          <w:t>https://www.macrumors.com/2024/10/08/ipad-mini-7-coming-next-month-what-to-expect/</w:t>
        </w:r>
      </w:hyperlink>
      <w:r>
        <w:t xml:space="preserve"> - Explains the absence of new entries in other Apple tablet lines, such as the standard iPad or iPad Pro, until at least the first half of 2025.</w:t>
      </w:r>
      <w:r/>
    </w:p>
    <w:p>
      <w:pPr>
        <w:pStyle w:val="ListNumber"/>
        <w:spacing w:line="240" w:lineRule="auto"/>
        <w:ind w:left="720"/>
      </w:pPr>
      <w:r/>
      <w:hyperlink r:id="rId14">
        <w:r>
          <w:rPr>
            <w:color w:val="0000EE"/>
            <w:u w:val="single"/>
          </w:rPr>
          <w:t>https://www.youtube.com/watch?v=J5kyicE0d3Y</w:t>
        </w:r>
      </w:hyperlink>
      <w:r>
        <w:t xml:space="preserve"> - Mentions the potential Apple event dates and the subsequent release of the iPad mini 7 in November.</w:t>
      </w:r>
      <w:r/>
    </w:p>
    <w:p>
      <w:pPr>
        <w:pStyle w:val="ListNumber"/>
        <w:spacing w:line="240" w:lineRule="auto"/>
        <w:ind w:left="720"/>
      </w:pPr>
      <w:r/>
      <w:hyperlink r:id="rId11">
        <w:r>
          <w:rPr>
            <w:color w:val="0000EE"/>
            <w:u w:val="single"/>
          </w:rPr>
          <w:t>https://www.macrumors.com/2024/10/08/ipad-mini-7-coming-next-month-what-to-expect/</w:t>
        </w:r>
      </w:hyperlink>
      <w:r>
        <w:t xml:space="preserve"> - Details the expected features of Apple Intelligence, including Writing Tools, Smart Replies, and Notification Summaries.</w:t>
      </w:r>
      <w:r/>
    </w:p>
    <w:p>
      <w:pPr>
        <w:pStyle w:val="ListNumber"/>
        <w:spacing w:line="240" w:lineRule="auto"/>
        <w:ind w:left="720"/>
      </w:pPr>
      <w:r/>
      <w:hyperlink r:id="rId12">
        <w:r>
          <w:rPr>
            <w:color w:val="0000EE"/>
            <w:u w:val="single"/>
          </w:rPr>
          <w:t>https://www.tomsguide.com/computing/m4-macs-and-ipad-mini-7-release-date-looks-set-heres-what-we-know</w:t>
        </w:r>
      </w:hyperlink>
      <w:r>
        <w:t xml:space="preserve"> - Outlines the phased rollout of Apple Intelligence features and the anticipated updates in iOS 18.2.</w:t>
      </w:r>
      <w:r/>
    </w:p>
    <w:p>
      <w:pPr>
        <w:pStyle w:val="ListNumber"/>
        <w:spacing w:line="240" w:lineRule="auto"/>
        <w:ind w:left="720"/>
      </w:pPr>
      <w:r/>
      <w:hyperlink r:id="rId11">
        <w:r>
          <w:rPr>
            <w:color w:val="0000EE"/>
            <w:u w:val="single"/>
          </w:rPr>
          <w:t>https://www.macrumors.com/2024/10/08/ipad-mini-7-coming-next-month-what-to-expect/</w:t>
        </w:r>
      </w:hyperlink>
      <w:r>
        <w:t xml:space="preserve"> - Discusses the limitations of Apple Intelligence, such as initial support only for US English and the uncertainty for EU users.</w:t>
      </w:r>
      <w:r/>
    </w:p>
    <w:p>
      <w:pPr>
        <w:pStyle w:val="ListNumber"/>
        <w:spacing w:line="240" w:lineRule="auto"/>
        <w:ind w:left="720"/>
      </w:pPr>
      <w:r/>
      <w:hyperlink r:id="rId15">
        <w:r>
          <w:rPr>
            <w:color w:val="0000EE"/>
            <w:u w:val="single"/>
          </w:rPr>
          <w:t>https://www.techradar.com/tablets/ipad-mini/the-ipad-mini-7-could-be-in-your-hands-on-november-1</w:t>
        </w:r>
      </w:hyperlink>
      <w:r>
        <w:t xml:space="preserve"> - Please view link - unable to able to access data</w:t>
      </w:r>
      <w:r/>
    </w:p>
    <w:p>
      <w:pPr>
        <w:pStyle w:val="ListNumber"/>
        <w:spacing w:line="240" w:lineRule="auto"/>
        <w:ind w:left="720"/>
      </w:pPr>
      <w:r/>
      <w:hyperlink r:id="rId16">
        <w:r>
          <w:rPr>
            <w:color w:val="0000EE"/>
            <w:u w:val="single"/>
          </w:rPr>
          <w:t>https://www.techradar.com/phones/iphone/apple-intelligence-release-date-leaked-heres-when-the-first-ai-features-are-set-to-arrive-on-your-iphone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macrumors.com/2024/10/06/apple-to-launch-new-m4-macs-nov-1/" TargetMode="External"/><Relationship Id="rId11" Type="http://schemas.openxmlformats.org/officeDocument/2006/relationships/hyperlink" Target="https://www.macrumors.com/2024/10/08/ipad-mini-7-coming-next-month-what-to-expect/" TargetMode="External"/><Relationship Id="rId12" Type="http://schemas.openxmlformats.org/officeDocument/2006/relationships/hyperlink" Target="https://www.tomsguide.com/computing/m4-macs-and-ipad-mini-7-release-date-looks-set-heres-what-we-know" TargetMode="External"/><Relationship Id="rId13" Type="http://schemas.openxmlformats.org/officeDocument/2006/relationships/hyperlink" Target="https://www.reddit.com/r/ipadmini/comments/1fxg2bz/ipad_mini_7_coming_on_november_1_according_to/" TargetMode="External"/><Relationship Id="rId14" Type="http://schemas.openxmlformats.org/officeDocument/2006/relationships/hyperlink" Target="https://www.youtube.com/watch?v=J5kyicE0d3Y" TargetMode="External"/><Relationship Id="rId15" Type="http://schemas.openxmlformats.org/officeDocument/2006/relationships/hyperlink" Target="https://www.techradar.com/tablets/ipad-mini/the-ipad-mini-7-could-be-in-your-hands-on-november-1" TargetMode="External"/><Relationship Id="rId16" Type="http://schemas.openxmlformats.org/officeDocument/2006/relationships/hyperlink" Target="https://www.techradar.com/phones/iphone/apple-intelligence-release-date-leaked-heres-when-the-first-ai-features-are-set-to-arrive-on-your-iphon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