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and the evolution of music production in the EDM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and the Evolution of Music Production in the EDM Scene</w:t>
      </w:r>
      <w:r/>
    </w:p>
    <w:p>
      <w:r/>
      <w:r>
        <w:t>In recent years, the expansive capabilities of artificial intelligence (AI) have permeated numerous industries, with the music sector proving to be a particularly fertile ground for experimentation and innovation. This technological infusion has stirred a multitude of discussions within the electronic dance music (EDM) community, revolving around how AI might augment or potentially supplant human creativity in music production. As EDM is inherently associated with avant-garde sounds and inventive production techniques, the pivotal query now looms: are we poised to witness a new epoch where creativity is increasingly dictated by algorithms, or is there a risk of eradicating the quintessential human touch that imbues music with its unique sparkle?</w:t>
      </w:r>
      <w:r/>
    </w:p>
    <w:p>
      <w:r/>
      <w:r>
        <w:rPr>
          <w:b/>
        </w:rPr>
        <w:t>AI's Ascension in the Music Realm</w:t>
      </w:r>
      <w:r/>
    </w:p>
    <w:p>
      <w:r/>
      <w:r>
        <w:t>AI-driven music tools such as Amper Music, AIVA, and OpenAI's MuseNet are gaining traction among music producers, offering capabilities to generate compositions, harmonies, and even entire tracks aligned with user specifications. This incorporation is particularly noticeable in the EDM genre, which is often characterized by rhythmic and repetitive structures, aspects that AI algorithms can effectively reproduce. Advocates within the EDM sphere suggest that these AI tools act as invaluable assistants, streamlining the creative process and sparking innovation by alleviating creators from mundane production chores like beat and melody creation, allowing them to concentrate on more intricate creative decisions.</w:t>
      </w:r>
      <w:r/>
    </w:p>
    <w:p>
      <w:r/>
      <w:r>
        <w:rPr>
          <w:b/>
        </w:rPr>
        <w:t>Controversy: Enhancing Creativity or Diminishing It?</w:t>
      </w:r>
      <w:r/>
    </w:p>
    <w:p>
      <w:r/>
      <w:r>
        <w:t>Nonetheless, the integration of AI into music creation is not without its dissenters. Many purists within the music industry express concerns over the potential erosion of originality and human emotion in EDM tracks crafted by AI. The critique often cited is that while AI may proficiently mimic existing styles, it lacks the capacity to replicate the personal flair, emotional depth, and intuitive artistry that human musicians bring to their creations. This gives rise to the fear that AI could result in a homogenized soundscape, with compositions potentially sounding overly similar due to reliance on algorithmic structures rather than individual creativity.</w:t>
      </w:r>
      <w:r/>
    </w:p>
    <w:p>
      <w:r/>
      <w:r>
        <w:t>Ethical dilemmas also accompany AI-generated music. Questions arise regarding authorship and credit: does the merit belong to the AI, its creator, or the artist utilising these tools? This conundrum further complicates issues surrounding music copyrights and ownership, blurring the distinction between creators and instruments.</w:t>
      </w:r>
      <w:r/>
    </w:p>
    <w:p>
      <w:r/>
      <w:r>
        <w:rPr>
          <w:b/>
        </w:rPr>
        <w:t>AI-Generated Milestones in EDM</w:t>
      </w:r>
      <w:r/>
    </w:p>
    <w:p>
      <w:r/>
      <w:r>
        <w:t>Despite these apprehensions, AI has already left its mark on the industry with several noteworthy EDM tracks. Endel, a Berlin-based AI-powered entity, successfully created a 20-track ambient album that secured a deal with Warner Music. Similarly, the album "I AM AI" by Taryn Southern stands as the first full-length work produced with significant AI involvement, employing tools like Amper in its creation.</w:t>
      </w:r>
      <w:r/>
    </w:p>
    <w:p>
      <w:r/>
      <w:r>
        <w:t>These pioneering examples underscore the potential of AI in reshaping EDM while simultaneously fuelling concerns about the future trajectory of music as an expressive art form. Critics worry that the increasing prominence of AI-generated tracks might overshadow those crafted by human hands, potentially stifling the emergence of genuinely original music.</w:t>
      </w:r>
      <w:r/>
    </w:p>
    <w:p>
      <w:r/>
      <w:r>
        <w:rPr>
          <w:b/>
        </w:rPr>
        <w:t>Preserving the Human Element</w:t>
      </w:r>
      <w:r/>
    </w:p>
    <w:p>
      <w:r/>
      <w:r>
        <w:t>Music, in its essence, is an emotive and profoundly personal endeavour. While EDM frequently utilises digital tools, the genre has cherished the necessity of human touch to craft emotional and resonant experiences for listeners. Iconic tracks such as Avicii's "Levels" and deadmau5's "Strobe" are celebrated not merely for their technical excellence but more importantly for the human sentiment infused within their beats.</w:t>
      </w:r>
      <w:r/>
    </w:p>
    <w:p>
      <w:r/>
      <w:r>
        <w:t>AI, although adept at producing technically sound music, is inherently deficient in delivering the emotive nuance that emanates from human creators. Nonetheless, many within the music production realm view AI not as a replacement but as a collaborator, a tool that can spark creativity, manage repetitive tasks, and enhance technical production aspects; thereby enabling producers to invest more in the conceptual and inventive facets of their work.</w:t>
      </w:r>
      <w:r/>
    </w:p>
    <w:p>
      <w:r/>
      <w:r>
        <w:rPr>
          <w:b/>
        </w:rPr>
        <w:t>Concluding Observations</w:t>
      </w:r>
      <w:r/>
    </w:p>
    <w:p>
      <w:r/>
      <w:r>
        <w:t>As AI technology continues to embed itself in the fabric of EDM, it presents both ample opportunities and formidable challenges. While it is plausible that AI-generated compositions may never fully capture the emotional depth of human-crafted music, AI undeniably offers the potential to be a formidable ally in enhancing creativity and refining production efforts. The ongoing challenge will lie in harmoniously blending cutting-edge technology with the invaluable human intuition that ensures music retains its emotive core.</w:t>
      </w:r>
      <w:r/>
    </w:p>
    <w:p>
      <w:r/>
      <w:r>
        <w:t>As the EDM genre unfolds, the dynamics between AI capabilities and artistic creativity will undoubtedly drive a pivotal dialogue, shaping the landscape of music production in unforeseen ways. The future of EDM rests on finding equilibrium, integrating AI advancements without compromising the intrinsic human touch that elevates music to an impactful art 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https://www.reddit.com/r/edmproduction/comments/10xyktu/wouldnt_edm_be_the_first_genre_to_lose_to_ai_if/</w:t>
        </w:r>
      </w:hyperlink>
      <w:r>
        <w:t xml:space="preserve"> - Discusses the integration of AI in EDM production, highlighting how AI tools aid human creators and the potential impact on the genre's creative process.</w:t>
      </w:r>
      <w:r/>
    </w:p>
    <w:p>
      <w:pPr>
        <w:pStyle w:val="ListNumber"/>
        <w:spacing w:line="240" w:lineRule="auto"/>
        <w:ind w:left="720"/>
      </w:pPr>
      <w:r/>
      <w:hyperlink r:id="rId11">
        <w:r>
          <w:rPr>
            <w:color w:val="0000EE"/>
            <w:u w:val="single"/>
          </w:rPr>
          <w:t>https://edmhousenetwork.com/the-future-of-electronic-music-production-will-ai-make-human-producers-obsolete/</w:t>
        </w:r>
      </w:hyperlink>
      <w:r>
        <w:t xml:space="preserve"> - Differentiates between AI-assisted and AI-generated music, and explores the collaborative potential between human producers and AI systems in EDM production.</w:t>
      </w:r>
      <w:r/>
    </w:p>
    <w:p>
      <w:pPr>
        <w:pStyle w:val="ListNumber"/>
        <w:spacing w:line="240" w:lineRule="auto"/>
        <w:ind w:left="720"/>
      </w:pPr>
      <w:r/>
      <w:hyperlink r:id="rId12">
        <w:r>
          <w:rPr>
            <w:color w:val="0000EE"/>
            <w:u w:val="single"/>
          </w:rPr>
          <w:t>https://www.youtube.com/watch?v=IJcmBmnyyiY</w:t>
        </w:r>
      </w:hyperlink>
      <w:r>
        <w:t xml:space="preserve"> - Demonstrates how AI tools like AIVA can generate EDM tracks quickly and how human producers can edit and enhance these tracks.</w:t>
      </w:r>
      <w:r/>
    </w:p>
    <w:p>
      <w:pPr>
        <w:pStyle w:val="ListNumber"/>
        <w:spacing w:line="240" w:lineRule="auto"/>
        <w:ind w:left="720"/>
      </w:pPr>
      <w:r/>
      <w:hyperlink r:id="rId13">
        <w:r>
          <w:rPr>
            <w:color w:val="0000EE"/>
            <w:u w:val="single"/>
          </w:rPr>
          <w:t>https://www.productlondon.com/using-artificial-intelligence-in-edm-creation/</w:t>
        </w:r>
      </w:hyperlink>
      <w:r>
        <w:t xml:space="preserve"> - Details how AI-driven techniques are transforming EDM production, including generating melodies, optimizing mixing and mastering, and creating unique instrumental sounds.</w:t>
      </w:r>
      <w:r/>
    </w:p>
    <w:p>
      <w:pPr>
        <w:pStyle w:val="ListNumber"/>
        <w:spacing w:line="240" w:lineRule="auto"/>
        <w:ind w:left="720"/>
      </w:pPr>
      <w:r/>
      <w:hyperlink r:id="rId14">
        <w:r>
          <w:rPr>
            <w:color w:val="0000EE"/>
            <w:u w:val="single"/>
          </w:rPr>
          <w:t>https://themusicessentials.com/news/ai-in-music-production/</w:t>
        </w:r>
      </w:hyperlink>
      <w:r>
        <w:t xml:space="preserve"> - Discusses AI's impact on music production, including examples of AI-generated EDM tracks and the ethical dilemmas surrounding authorship and credit.</w:t>
      </w:r>
      <w:r/>
    </w:p>
    <w:p>
      <w:pPr>
        <w:pStyle w:val="ListNumber"/>
        <w:spacing w:line="240" w:lineRule="auto"/>
        <w:ind w:left="720"/>
      </w:pPr>
      <w:r/>
      <w:hyperlink r:id="rId11">
        <w:r>
          <w:rPr>
            <w:color w:val="0000EE"/>
            <w:u w:val="single"/>
          </w:rPr>
          <w:t>https://edmhousenetwork.com/the-future-of-electronic-music-production-will-ai-make-human-producers-obsolete/</w:t>
        </w:r>
      </w:hyperlink>
      <w:r>
        <w:t xml:space="preserve"> - Addresses the concerns about AI-generated music potentially overshadowing human-crafted tracks and the importance of preserving the human element in EDM.</w:t>
      </w:r>
      <w:r/>
    </w:p>
    <w:p>
      <w:pPr>
        <w:pStyle w:val="ListNumber"/>
        <w:spacing w:line="240" w:lineRule="auto"/>
        <w:ind w:left="720"/>
      </w:pPr>
      <w:r/>
      <w:hyperlink r:id="rId13">
        <w:r>
          <w:rPr>
            <w:color w:val="0000EE"/>
            <w:u w:val="single"/>
          </w:rPr>
          <w:t>https://www.productlondon.com/using-artificial-intelligence-in-edm-creation/</w:t>
        </w:r>
      </w:hyperlink>
      <w:r>
        <w:t xml:space="preserve"> - Explains how AI enhances creativity in EDM by generating innovative melodies and rhythms, and streamlining production tasks.</w:t>
      </w:r>
      <w:r/>
    </w:p>
    <w:p>
      <w:pPr>
        <w:pStyle w:val="ListNumber"/>
        <w:spacing w:line="240" w:lineRule="auto"/>
        <w:ind w:left="720"/>
      </w:pPr>
      <w:r/>
      <w:hyperlink r:id="rId10">
        <w:r>
          <w:rPr>
            <w:color w:val="0000EE"/>
            <w:u w:val="single"/>
          </w:rPr>
          <w:t>https://www.reddit.com/r/edmproduction/comments/10xyktu/wouldnt_edm_be_the_first_genre_to_lose_to_ai_if/</w:t>
        </w:r>
      </w:hyperlink>
      <w:r>
        <w:t xml:space="preserve"> - Highlights the use of AI tools like Sonible, iZotope Ozone, and Logic Pro's Drummer to aid in various aspects of music production, ensuring a symbiotic relationship between AI and human creators.</w:t>
      </w:r>
      <w:r/>
    </w:p>
    <w:p>
      <w:pPr>
        <w:pStyle w:val="ListNumber"/>
        <w:spacing w:line="240" w:lineRule="auto"/>
        <w:ind w:left="720"/>
      </w:pPr>
      <w:r/>
      <w:hyperlink r:id="rId14">
        <w:r>
          <w:rPr>
            <w:color w:val="0000EE"/>
            <w:u w:val="single"/>
          </w:rPr>
          <w:t>https://themusicessentials.com/news/ai-in-music-production/</w:t>
        </w:r>
      </w:hyperlink>
      <w:r>
        <w:t xml:space="preserve"> - Mentions notable examples of AI-generated music, such as Endel's ambient album and Taryn Southern's album 'I AM AI', which showcase AI's capabilities in EDM production.</w:t>
      </w:r>
      <w:r/>
    </w:p>
    <w:p>
      <w:pPr>
        <w:pStyle w:val="ListNumber"/>
        <w:spacing w:line="240" w:lineRule="auto"/>
        <w:ind w:left="720"/>
      </w:pPr>
      <w:r/>
      <w:hyperlink r:id="rId11">
        <w:r>
          <w:rPr>
            <w:color w:val="0000EE"/>
            <w:u w:val="single"/>
          </w:rPr>
          <w:t>https://edmhousenetwork.com/the-future-of-electronic-music-production-will-ai-make-human-producers-obsolete/</w:t>
        </w:r>
      </w:hyperlink>
      <w:r>
        <w:t xml:space="preserve"> - Discusses the future of music production, emphasizing the need for a balance between AI advancements and the preservation of human intuition and creativity in EDM.</w:t>
      </w:r>
      <w:r/>
    </w:p>
    <w:p>
      <w:pPr>
        <w:pStyle w:val="ListNumber"/>
        <w:spacing w:line="240" w:lineRule="auto"/>
        <w:ind w:left="720"/>
      </w:pPr>
      <w:r/>
      <w:hyperlink r:id="rId13">
        <w:r>
          <w:rPr>
            <w:color w:val="0000EE"/>
            <w:u w:val="single"/>
          </w:rPr>
          <w:t>https://www.productlondon.com/using-artificial-intelligence-in-edm-creation/</w:t>
        </w:r>
      </w:hyperlink>
      <w:r>
        <w:t xml:space="preserve"> - Outlines the benefits of AI-generated music, including personalized compositions, enhanced mixing and mastering, and the democratization of music creation.</w:t>
      </w:r>
      <w:r/>
    </w:p>
    <w:p>
      <w:pPr>
        <w:pStyle w:val="ListNumber"/>
        <w:spacing w:line="240" w:lineRule="auto"/>
        <w:ind w:left="720"/>
      </w:pPr>
      <w:r/>
      <w:hyperlink r:id="rId14">
        <w:r>
          <w:rPr>
            <w:color w:val="0000EE"/>
            <w:u w:val="single"/>
          </w:rPr>
          <w:t>https://themusicessentials.com/news/ai-in-music-production/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edmproduction/comments/10xyktu/wouldnt_edm_be_the_first_genre_to_lose_to_ai_if/" TargetMode="External"/><Relationship Id="rId11" Type="http://schemas.openxmlformats.org/officeDocument/2006/relationships/hyperlink" Target="https://edmhousenetwork.com/the-future-of-electronic-music-production-will-ai-make-human-producers-obsolete/" TargetMode="External"/><Relationship Id="rId12" Type="http://schemas.openxmlformats.org/officeDocument/2006/relationships/hyperlink" Target="https://www.youtube.com/watch?v=IJcmBmnyyiY" TargetMode="External"/><Relationship Id="rId13" Type="http://schemas.openxmlformats.org/officeDocument/2006/relationships/hyperlink" Target="https://www.productlondon.com/using-artificial-intelligence-in-edm-creation/" TargetMode="External"/><Relationship Id="rId14" Type="http://schemas.openxmlformats.org/officeDocument/2006/relationships/hyperlink" Target="https://themusicessentials.com/news/ai-in-music-p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