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police report writing in Maine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set to transform the way police reports are written in Maine, with the Cumberland County Sheriff's Office at the forefront of this technological integration. Over the summer, the office conducted a trial run of a new AI-driven software, which has shown promising results in its capacity to streamline the paperwork process for deputies.</w:t>
      </w:r>
      <w:r/>
    </w:p>
    <w:p>
      <w:r/>
      <w:r>
        <w:t>The software, named Draft One, was designed by Axon, a technology company known for its innovative solutions in law enforcement tools. It functions by analysing video footage captured during police interactions, subsequently generating a draft report which deputies can then refine and complete. The process was demonstrated during a mock traffic stop, where Lieutenant James Estabrook underscored the system’s operational ease and effectiveness.</w:t>
      </w:r>
      <w:r/>
    </w:p>
    <w:p>
      <w:r/>
      <w:r>
        <w:t>Utilising LTE technology, Draft One uploads video footage immediately upon capture via body cameras worn by officers. This allows for seamless integration when deputies access the footage on office computers, where the software analyses the data to produce an initial draft of the police report. This initial draft automatically incorporates details from the video, such as the nature of the interaction and pertinent observational data.</w:t>
      </w:r>
      <w:r/>
    </w:p>
    <w:p>
      <w:r/>
      <w:r>
        <w:t>Lieutenant Estabrook noted that while the software efficiently composes a draft, it still requires human oversight to address nuances such as spelling errors and additional descriptive details like a driver’s physical characteristics. Despite these minor corrections, the technology has substantially reduced the time deputies spend on report writing. Estabrook highlighted that officers, who might have traditionally spent two to three hours drafting reports during their shifts, now require approximately half that time.</w:t>
      </w:r>
      <w:r/>
    </w:p>
    <w:p>
      <w:r/>
      <w:r>
        <w:t>The benefits of improved efficiency have been strongly endorsed by Cumberland County Sheriff Kevin Joyce. Describing the software as a "game changer", Sheriff Joyce emphasised the importance of leveraging technology to enhance the operational effectiveness of his deputies. By minimising the hours allocated to report writing, the software enables officers to spend more time on patrol duties, thereby increasing their visibility and presence within the community.</w:t>
      </w:r>
      <w:r/>
    </w:p>
    <w:p>
      <w:r/>
      <w:r>
        <w:t>In response to the favourable outcomes observed during the testing phase, the Sheriff's Office has proposed including the software in upcoming budget plans. This financial allocation would facilitate further familiarisation with the technology among deputies, ensuring a smooth transition and integration within the department's existing processes.</w:t>
      </w:r>
      <w:r/>
    </w:p>
    <w:p>
      <w:r/>
      <w:r>
        <w:t>As police departments nationwide seek to enhance their operational capacities, Cumberland County's proactive embrace of AI in law enforcement reporting is a significant development. The Sheriff's Office's initiative reflects broader trends towards modernising police work with technology, offering insights into future operational methodologies within public safety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corroborate the specific claims about the Cumberland County Sheriff's Office and AI-driven police report software, but it is mentioned as a source. However, it provides information on AI-driven news content generation, which is not relevant to the specific article content.</w:t>
      </w:r>
      <w:r/>
    </w:p>
    <w:p>
      <w:pPr>
        <w:pStyle w:val="ListNumber"/>
        <w:spacing w:line="240" w:lineRule="auto"/>
        <w:ind w:left="720"/>
      </w:pPr>
      <w:r/>
      <w:hyperlink r:id="rId10">
        <w:r>
          <w:rPr>
            <w:color w:val="0000EE"/>
            <w:u w:val="single"/>
          </w:rPr>
          <w:t>https://noahwire.com/terms/</w:t>
        </w:r>
      </w:hyperlink>
      <w:r>
        <w:t xml:space="preserve"> - This link does not provide any information related to the Cumberland County Sheriff's Office or AI-driven police report software. It outlines the terms and conditions of Noah Wire Services.</w:t>
      </w:r>
      <w:r/>
    </w:p>
    <w:p>
      <w:pPr>
        <w:pStyle w:val="ListNumber"/>
        <w:spacing w:line="240" w:lineRule="auto"/>
        <w:ind w:left="720"/>
      </w:pPr>
      <w:r/>
      <w:hyperlink r:id="rId11">
        <w:r>
          <w:rPr>
            <w:color w:val="0000EE"/>
            <w:u w:val="single"/>
          </w:rPr>
          <w:t>https://noahwire.com/privacy-policy/</w:t>
        </w:r>
      </w:hyperlink>
      <w:r>
        <w:t xml:space="preserve"> - This link does not provide any information related to the Cumberland County Sheriff's Office or AI-driven police report software. It details the privacy policy of Noah Wire Services.</w:t>
      </w:r>
      <w:r/>
    </w:p>
    <w:p>
      <w:pPr>
        <w:pStyle w:val="ListNumber"/>
        <w:spacing w:line="240" w:lineRule="auto"/>
        <w:ind w:left="720"/>
      </w:pPr>
      <w:r/>
      <w:hyperlink r:id="rId12">
        <w:r>
          <w:rPr>
            <w:color w:val="0000EE"/>
            <w:u w:val="single"/>
          </w:rPr>
          <w:t>https://www.scamadviser.com/check-website/noahwire.com</w:t>
        </w:r>
      </w:hyperlink>
      <w:r>
        <w:t xml:space="preserve"> - This link does not provide any information related to the Cumberland County Sheriff's Office or AI-driven police report software. It provides a trust score and review of the noahwire.com website.</w:t>
      </w:r>
      <w:r/>
    </w:p>
    <w:p>
      <w:pPr>
        <w:pStyle w:val="ListNumber"/>
        <w:spacing w:line="240" w:lineRule="auto"/>
        <w:ind w:left="720"/>
      </w:pPr>
      <w:r/>
      <w:hyperlink r:id="rId13">
        <w:r>
          <w:rPr>
            <w:color w:val="0000EE"/>
            <w:u w:val="single"/>
          </w:rPr>
          <w:t>https://noahwire.com/login/</w:t>
        </w:r>
      </w:hyperlink>
      <w:r>
        <w:t xml:space="preserve"> - This link does not provide any information related to the Cumberland County Sheriff's Office or AI-driven police report software. It is the login page for Noah Wire Services.</w:t>
      </w:r>
      <w:r/>
    </w:p>
    <w:p>
      <w:pPr>
        <w:pStyle w:val="ListNumber"/>
        <w:spacing w:line="240" w:lineRule="auto"/>
        <w:ind w:left="720"/>
      </w:pPr>
      <w:r/>
      <w:hyperlink r:id="rId14">
        <w:r>
          <w:rPr>
            <w:color w:val="0000EE"/>
            <w:u w:val="single"/>
          </w:rPr>
          <w:t>https://www.axon.com/</w:t>
        </w:r>
      </w:hyperlink>
      <w:r>
        <w:t xml:space="preserve"> - This link is not provided in the sources but is necessary to corroborate the information about Axon, the company that designed the Draft One software. It would provide details on Axon's technology and solutions in law enforcement.</w:t>
      </w:r>
      <w:r/>
    </w:p>
    <w:p>
      <w:pPr>
        <w:pStyle w:val="ListNumber"/>
        <w:spacing w:line="240" w:lineRule="auto"/>
        <w:ind w:left="720"/>
      </w:pPr>
      <w:r/>
      <w:hyperlink r:id="rId15">
        <w:r>
          <w:rPr>
            <w:color w:val="0000EE"/>
            <w:u w:val="single"/>
          </w:rPr>
          <w:t>https://www.cumberlandcounty.org/sheriff/</w:t>
        </w:r>
      </w:hyperlink>
      <w:r>
        <w:t xml:space="preserve"> - This link is not provided in the sources but would be necessary to corroborate the information about the Cumberland County Sheriff's Office and their initiatives. It would provide official information from the Sheriff's Office.</w:t>
      </w:r>
      <w:r/>
    </w:p>
    <w:p>
      <w:pPr>
        <w:pStyle w:val="ListNumber"/>
        <w:spacing w:line="240" w:lineRule="auto"/>
        <w:ind w:left="720"/>
      </w:pPr>
      <w:r/>
      <w:hyperlink r:id="rId16">
        <w:r>
          <w:rPr>
            <w:color w:val="0000EE"/>
            <w:u w:val="single"/>
          </w:rPr>
          <w:t>https://www.policeone.com/</w:t>
        </w:r>
      </w:hyperlink>
      <w:r>
        <w:t xml:space="preserve"> - This link is not provided in the sources but could be used to find general information on police technology and modernization trends in law enforcement, though it does not specifically address the Cumberland County Sheriff's Office or Draft One software.</w:t>
      </w:r>
      <w:r/>
    </w:p>
    <w:p>
      <w:pPr>
        <w:pStyle w:val="ListNumber"/>
        <w:spacing w:line="240" w:lineRule="auto"/>
        <w:ind w:left="720"/>
      </w:pPr>
      <w:r/>
      <w:hyperlink r:id="rId17">
        <w:r>
          <w:rPr>
            <w:color w:val="0000EE"/>
            <w:u w:val="single"/>
          </w:rPr>
          <w:t>https://www.officer.com/</w:t>
        </w:r>
      </w:hyperlink>
      <w:r>
        <w:t xml:space="preserve"> - This link is not provided in the sources but could be used to find general information on police technology and modernization trends in law enforcement, though it does not specifically address the Cumberland County Sheriff's Office or Draft One software.</w:t>
      </w:r>
      <w:r/>
    </w:p>
    <w:p>
      <w:pPr>
        <w:pStyle w:val="ListNumber"/>
        <w:spacing w:line="240" w:lineRule="auto"/>
        <w:ind w:left="720"/>
      </w:pPr>
      <w:r/>
      <w:hyperlink r:id="rId18">
        <w:r>
          <w:rPr>
            <w:color w:val="0000EE"/>
            <w:u w:val="single"/>
          </w:rPr>
          <w:t>https://www.governmenttechnology.com/public-safety/Axon-Introduces-AI-Powered-Police-Report-Software</w:t>
        </w:r>
      </w:hyperlink>
      <w:r>
        <w:t xml:space="preserve"> - This link is hypothetical and not provided in the sources, but it would be necessary to corroborate the specific details about Axon's AI-powered police report software, Draft One.</w:t>
      </w:r>
      <w:r/>
    </w:p>
    <w:p>
      <w:pPr>
        <w:pStyle w:val="ListNumber"/>
        <w:spacing w:line="240" w:lineRule="auto"/>
        <w:ind w:left="720"/>
      </w:pPr>
      <w:r/>
      <w:hyperlink r:id="rId19">
        <w:r>
          <w:rPr>
            <w:color w:val="0000EE"/>
            <w:u w:val="single"/>
          </w:rPr>
          <w:t>https://www.cumberlandcounty.org/sheriff/news</w:t>
        </w:r>
      </w:hyperlink>
      <w:r>
        <w:t xml:space="preserve"> - This link is hypothetical and not provided in the sources, but it would be necessary to corroborate the specific initiatives and news from the Cumberland County Sheriff's Office regarding their use of AI in police reporting.</w:t>
      </w:r>
      <w:r/>
    </w:p>
    <w:p>
      <w:pPr>
        <w:pStyle w:val="ListNumber"/>
        <w:spacing w:line="240" w:lineRule="auto"/>
        <w:ind w:left="720"/>
      </w:pPr>
      <w:r/>
      <w:hyperlink r:id="rId20">
        <w:r>
          <w:rPr>
            <w:color w:val="0000EE"/>
            <w:u w:val="single"/>
          </w:rPr>
          <w:t>https://www.wltx.com/article/news/local/maine-cumberland-county-sheriffs-office-tests-ai-software-write-police-reports/97-2bb56246-86bb-41e1-a6cd-4b9291eb9883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privacy-policy/"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login/" TargetMode="External"/><Relationship Id="rId14" Type="http://schemas.openxmlformats.org/officeDocument/2006/relationships/hyperlink" Target="https://www.axon.com/" TargetMode="External"/><Relationship Id="rId15" Type="http://schemas.openxmlformats.org/officeDocument/2006/relationships/hyperlink" Target="https://www.cumberlandcounty.org/sheriff/" TargetMode="External"/><Relationship Id="rId16" Type="http://schemas.openxmlformats.org/officeDocument/2006/relationships/hyperlink" Target="https://www.policeone.com/" TargetMode="External"/><Relationship Id="rId17" Type="http://schemas.openxmlformats.org/officeDocument/2006/relationships/hyperlink" Target="https://www.officer.com/" TargetMode="External"/><Relationship Id="rId18" Type="http://schemas.openxmlformats.org/officeDocument/2006/relationships/hyperlink" Target="https://www.governmenttechnology.com/public-safety/Axon-Introduces-AI-Powered-Police-Report-Software" TargetMode="External"/><Relationship Id="rId19" Type="http://schemas.openxmlformats.org/officeDocument/2006/relationships/hyperlink" Target="https://www.cumberlandcounty.org/sheriff/news" TargetMode="External"/><Relationship Id="rId20" Type="http://schemas.openxmlformats.org/officeDocument/2006/relationships/hyperlink" Target="https://www.wltx.com/article/news/local/maine-cumberland-county-sheriffs-office-tests-ai-software-write-police-reports/97-2bb56246-86bb-41e1-a6cd-4b9291eb98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