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Aviz Networks partners with ITOCHU Techno-Solutions to enhance AI-driven networking in Japan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Aviz Networks, a leading innovator in AI-driven networking solutions, has announced a strategic partnership with ITOCHU Techno-Solutions Corporation, Japan's premier technology reseller. This collaboration highlights Aviz's ambition to expand its global footprint, focusing on integrating artificial intelligence into networking frameworks.</w:t>
      </w:r>
      <w:r/>
    </w:p>
    <w:p>
      <w:r/>
      <w:r>
        <w:t>In this landmark agreement, ITOCHU Techno-Solutions Corporation will take on the role of reselling Aviz Networks' advanced AI networking stack across Japan. This move aims to empower Japanese enterprises by enabling them to enhance their networking infrastructures with sophisticated AI capacities, thus meeting the evolving demands of modern AI applications.</w:t>
      </w:r>
      <w:r/>
    </w:p>
    <w:p>
      <w:r/>
      <w:r>
        <w:t>Vishal Shukla, CEO of Aviz Networks, expressed the significance of the partnership by highlighting how ITOCHU Techno-Solutions Corporation's established presence and respected reputation within Japan make them an ideal collaborator. This partnership is expected to not only broaden the reach of Aviz’s solutions but also optimize network performance for AI tasks, a futuristic goal that Aviz pursues globally.</w:t>
      </w:r>
      <w:r/>
    </w:p>
    <w:p>
      <w:r/>
      <w:r>
        <w:t>Hirohito Ohashi, Managing Executive Officer and COO of ITOCHU Techno-Solutions Corporation's Telecommunication Group, articulated enthusiasm in offering their clientele the unique benefits of Aviz's AI networking systems. Ohashi noted that the partnership would enable ITOCHU to deliver cutting-edge technology solutions designed to tackle complex industrial challenges, reflecting both companies' commitment to technological excellence and innovation.</w:t>
      </w:r>
      <w:r/>
    </w:p>
    <w:p>
      <w:r/>
      <w:r>
        <w:t>The announcement was closely followed by Aviz Networks' unveiling of the "Aviz One Box" solution on 7 October 2024. This product, developed in collaboration with Edgecore Networks and EPS Global, combines Edgecore's advanced switching technology with Aviz's Open Networking Enterprise Suite (ONES). The Aviz One Box aims to facilitate the seamless integration of hardware and software, delivering superior performance while being easy to deploy. Designed for enterprises seeking robust, scalable, and cost-effective network infrastructures, it stands as a testament to the synergy between ‘Networks for AI’ and ‘AI for Networks'.</w:t>
      </w:r>
      <w:r/>
    </w:p>
    <w:p>
      <w:r/>
      <w:r>
        <w:t>Calvin Chow, Vice President of Sales at Edgecore Networks, commented on the collaboration, stating that the integration of ONES with Edgecore’s solutions will drive networking technology forward, ensuring customers receive state-of-the-art, cost-efficient solutions. This collaboration between Edgecore Networks and Aviz Networks is expected to enhance open networking capabilities, aligning with their shared vision of a connected and interoperable network landscape.</w:t>
      </w:r>
      <w:r/>
    </w:p>
    <w:p>
      <w:r/>
      <w:r>
        <w:t>ITOCHU Techno-Solutions Corporation, renowned for providing comprehensive IT services and solutions across various industries such as finance, logistics, life sciences, and more, now embarks on this new chapter with Aviz to push the boundaries of what is possible in enterprise networking.</w:t>
      </w:r>
      <w:r/>
    </w:p>
    <w:p>
      <w:r/>
      <w:r>
        <w:t>Aviz Networks continues to lead innovations in enterprise networking by leveraging AI technologies to offer unprecedented choice, control, and cost-effectiveness. Its strategy focuses on delivering vendor-neutral, open-source technologies that promise substantial returns on investment and advance the overall functionality and efficiency of networking systems.</w:t>
      </w:r>
      <w:r/>
    </w:p>
    <w:p>
      <w:r/>
      <w:r>
        <w:t>The partnership and product launch signify a notable advancement in networking technology, potentially transforming how enterprises in Japan and beyond integrate AI into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https://aviznetworks.com/newsroom/aviz-and-itochu-techno-solutions-corporation-partner-for-ai-networking-in-japan/</w:t>
        </w:r>
      </w:hyperlink>
      <w:r>
        <w:t xml:space="preserve"> - Corroborates the strategic partnership between Aviz Networks and ITOCHU Techno-Solutions Corporation, and the role of ITOCHU in reselling Aviz's AI networking stack in Japan.</w:t>
      </w:r>
      <w:r/>
    </w:p>
    <w:p>
      <w:pPr>
        <w:pStyle w:val="ListNumber"/>
        <w:spacing w:line="240" w:lineRule="auto"/>
        <w:ind w:left="720"/>
      </w:pPr>
      <w:r/>
      <w:hyperlink r:id="rId11">
        <w:r>
          <w:rPr>
            <w:color w:val="0000EE"/>
            <w:u w:val="single"/>
          </w:rPr>
          <w:t>https://www.marketwatch.com/press-release/aviz-and-itochu-techno-solutions-corporation-partner-for-ai-networking-in-japan-d0f58289</w:t>
        </w:r>
      </w:hyperlink>
      <w:r>
        <w:t xml:space="preserve"> - Supports the partnership announcement and the distribution of Aviz Networks' AI networking stack by ITOCHU Techno-Solutions Corporation in Japan.</w:t>
      </w:r>
      <w:r/>
    </w:p>
    <w:p>
      <w:pPr>
        <w:pStyle w:val="ListNumber"/>
        <w:spacing w:line="240" w:lineRule="auto"/>
        <w:ind w:left="720"/>
      </w:pPr>
      <w:r/>
      <w:hyperlink r:id="rId12">
        <w:r>
          <w:rPr>
            <w:color w:val="0000EE"/>
            <w:u w:val="single"/>
          </w:rPr>
          <w:t>https://www.techdogs.com/tech-news/business-wire/aviz-and-itochu-techno-solutions-corporation-partner-for-ai-networking-in-japan</w:t>
        </w:r>
      </w:hyperlink>
      <w:r>
        <w:t xml:space="preserve"> - Confirms the partnership and the reselling of Aviz Networks' AI networking solutions by ITOCHU Techno-Solutions Corporation.</w:t>
      </w:r>
      <w:r/>
    </w:p>
    <w:p>
      <w:pPr>
        <w:pStyle w:val="ListNumber"/>
        <w:spacing w:line="240" w:lineRule="auto"/>
        <w:ind w:left="720"/>
      </w:pPr>
      <w:r/>
      <w:hyperlink r:id="rId13">
        <w:r>
          <w:rPr>
            <w:color w:val="0000EE"/>
            <w:u w:val="single"/>
          </w:rPr>
          <w:t>https://www.marketscreener.com/quote/stock/ITOCHU-CORPORATION-6491311/news/Aviz-Networks-and-ITOCHU-Techno-Solutions-Corporation-Partner-for-Ai-Networking-in-Japan-48048506/</w:t>
        </w:r>
      </w:hyperlink>
      <w:r>
        <w:t xml:space="preserve"> - Details the partnership and the focus on distributing core components of Aviz Networks' technology, including the Open Networking Enterprise Suite (ONES).</w:t>
      </w:r>
      <w:r/>
    </w:p>
    <w:p>
      <w:pPr>
        <w:pStyle w:val="ListNumber"/>
        <w:spacing w:line="240" w:lineRule="auto"/>
        <w:ind w:left="720"/>
      </w:pPr>
      <w:r/>
      <w:hyperlink r:id="rId10">
        <w:r>
          <w:rPr>
            <w:color w:val="0000EE"/>
            <w:u w:val="single"/>
          </w:rPr>
          <w:t>https://aviznetworks.com/newsroom/aviz-and-itochu-techno-solutions-corporation-partner-for-ai-networking-in-japan/</w:t>
        </w:r>
      </w:hyperlink>
      <w:r>
        <w:t xml:space="preserve"> - Quotes from company representatives, including Vishal Shukla and Hirohito Ohashi, highlighting the significance and benefits of the partnership.</w:t>
      </w:r>
      <w:r/>
    </w:p>
    <w:p>
      <w:pPr>
        <w:pStyle w:val="ListNumber"/>
        <w:spacing w:line="240" w:lineRule="auto"/>
        <w:ind w:left="720"/>
      </w:pPr>
      <w:r/>
      <w:hyperlink r:id="rId11">
        <w:r>
          <w:rPr>
            <w:color w:val="0000EE"/>
            <w:u w:val="single"/>
          </w:rPr>
          <w:t>https://www.marketwatch.com/press-release/aviz-and-itochu-techno-solutions-corporation-partner-for-ai-networking-in-japan-d0f58289</w:t>
        </w:r>
      </w:hyperlink>
      <w:r>
        <w:t xml:space="preserve"> - Mentions the established presence and reputation of ITOCHU Techno-Solutions Corporation in Japan, making them an ideal collaborator for Aviz Networks.</w:t>
      </w:r>
      <w:r/>
    </w:p>
    <w:p>
      <w:pPr>
        <w:pStyle w:val="ListNumber"/>
        <w:spacing w:line="240" w:lineRule="auto"/>
        <w:ind w:left="720"/>
      </w:pPr>
      <w:r/>
      <w:hyperlink r:id="rId12">
        <w:r>
          <w:rPr>
            <w:color w:val="0000EE"/>
            <w:u w:val="single"/>
          </w:rPr>
          <w:t>https://www.techdogs.com/tech-news/business-wire/aviz-and-itochu-techno-solutions-corporation-partner-for-ai-networking-in-japan</w:t>
        </w:r>
      </w:hyperlink>
      <w:r>
        <w:t xml:space="preserve"> - Highlights the partnership's goal to optimize network performance for AI tasks and broaden the reach of Aviz’s solutions.</w:t>
      </w:r>
      <w:r/>
    </w:p>
    <w:p>
      <w:pPr>
        <w:pStyle w:val="ListNumber"/>
        <w:spacing w:line="240" w:lineRule="auto"/>
        <w:ind w:left="720"/>
      </w:pPr>
      <w:r/>
      <w:hyperlink r:id="rId10">
        <w:r>
          <w:rPr>
            <w:color w:val="0000EE"/>
            <w:u w:val="single"/>
          </w:rPr>
          <w:t>https://aviznetworks.com/newsroom/aviz-and-itochu-techno-solutions-corporation-partner-for-ai-networking-in-japan/</w:t>
        </w:r>
      </w:hyperlink>
      <w:r>
        <w:t xml:space="preserve"> - Describes ITOCHU Techno-Solutions Corporation's role in delivering cutting-edge technology solutions to tackle complex industrial challenges.</w:t>
      </w:r>
      <w:r/>
    </w:p>
    <w:p>
      <w:pPr>
        <w:pStyle w:val="ListNumber"/>
        <w:spacing w:line="240" w:lineRule="auto"/>
        <w:ind w:left="720"/>
      </w:pPr>
      <w:r/>
      <w:hyperlink r:id="rId13">
        <w:r>
          <w:rPr>
            <w:color w:val="0000EE"/>
            <w:u w:val="single"/>
          </w:rPr>
          <w:t>https://www.marketscreener.com/quote/stock/ITOCHU-CORPORATION-6491311/news/Aviz-Networks-and-ITOCHU-Techno-Solutions-Corporation-Partner-for-Ai-Networking-in-Japan-48048506/</w:t>
        </w:r>
      </w:hyperlink>
      <w:r>
        <w:t xml:space="preserve"> - Mentions the commitment of both companies to technological excellence and innovation in the networking industry.</w:t>
      </w:r>
      <w:r/>
    </w:p>
    <w:p>
      <w:pPr>
        <w:pStyle w:val="ListNumber"/>
        <w:spacing w:line="240" w:lineRule="auto"/>
        <w:ind w:left="720"/>
      </w:pPr>
      <w:r/>
      <w:hyperlink r:id="rId10">
        <w:r>
          <w:rPr>
            <w:color w:val="0000EE"/>
            <w:u w:val="single"/>
          </w:rPr>
          <w:t>https://aviznetworks.com/newsroom/aviz-and-itochu-techno-solutions-corporation-partner-for-ai-networking-in-japan/</w:t>
        </w:r>
      </w:hyperlink>
      <w:r>
        <w:t xml:space="preserve"> - Announcement of the 'Aviz One Box' solution, developed in collaboration with Edgecore Networks and EPS Global, combining Edgecore's switching technology with Aviz's Open Networking Enterprise Suite (ONES).</w:t>
      </w:r>
      <w:r/>
    </w:p>
    <w:p>
      <w:pPr>
        <w:pStyle w:val="ListNumber"/>
        <w:spacing w:line="240" w:lineRule="auto"/>
        <w:ind w:left="720"/>
      </w:pPr>
      <w:r/>
      <w:hyperlink r:id="rId13">
        <w:r>
          <w:rPr>
            <w:color w:val="0000EE"/>
            <w:u w:val="single"/>
          </w:rPr>
          <w:t>https://www.marketscreener.com/quote/stock/ITOCHU-CORPORATION-6491311/news/Aviz-Networks-and-ITOCHU-Techno-Solutions-Corporation-Partner-for-Ai-Networking-in-Japan-48048506/</w:t>
        </w:r>
      </w:hyperlink>
      <w:r>
        <w:t xml:space="preserve"> - Details the collaboration between Edgecore Networks and Aviz Networks to enhance open networking capabilities and deliver cost-efficient solutions.</w:t>
      </w:r>
      <w:r/>
    </w:p>
    <w:p>
      <w:pPr>
        <w:pStyle w:val="ListNumber"/>
        <w:spacing w:line="240" w:lineRule="auto"/>
        <w:ind w:left="720"/>
      </w:pPr>
      <w:r/>
      <w:hyperlink r:id="rId14">
        <w:r>
          <w:rPr>
            <w:color w:val="0000EE"/>
            <w:u w:val="single"/>
          </w:rPr>
          <w:t>https://techbullion.com/aviz-partners-with-itochu-techno-solutions-corporation-ai-networking-in-japan/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iznetworks.com/newsroom/aviz-and-itochu-techno-solutions-corporation-partner-for-ai-networking-in-japan/" TargetMode="External"/><Relationship Id="rId11" Type="http://schemas.openxmlformats.org/officeDocument/2006/relationships/hyperlink" Target="https://www.marketwatch.com/press-release/aviz-and-itochu-techno-solutions-corporation-partner-for-ai-networking-in-japan-d0f58289" TargetMode="External"/><Relationship Id="rId12" Type="http://schemas.openxmlformats.org/officeDocument/2006/relationships/hyperlink" Target="https://www.techdogs.com/tech-news/business-wire/aviz-and-itochu-techno-solutions-corporation-partner-for-ai-networking-in-japan" TargetMode="External"/><Relationship Id="rId13" Type="http://schemas.openxmlformats.org/officeDocument/2006/relationships/hyperlink" Target="https://www.marketscreener.com/quote/stock/ITOCHU-CORPORATION-6491311/news/Aviz-Networks-and-ITOCHU-Techno-Solutions-Corporation-Partner-for-Ai-Networking-in-Japan-48048506/" TargetMode="External"/><Relationship Id="rId14" Type="http://schemas.openxmlformats.org/officeDocument/2006/relationships/hyperlink" Target="https://techbullion.com/aviz-partners-with-itochu-techno-solutions-corporation-ai-networking-in-jap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