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Beware the grandparent scam: Billings woman falls victim to AI voice impersonation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disturbing development in the realm of fraudulent activities, a Billings woman recently became a victim of a sophisticated "grandparent scam," exploiting advanced AI technology to create highly convincing voice imitations of family members. Juel Graham recounts the harrowing experience she faced when she received a distressing call impersonating her daughter in danger, which led to her parting with an undisclosed sum of money sent to a bank in Mexico.</w:t>
      </w:r>
      <w:r/>
    </w:p>
    <w:p>
      <w:r/>
      <w:r>
        <w:t>Graham was initially contacted during her lunch break by her daughter's former partner, who relayed a message about her daughter's supposed involvement in a car accident. Simultaneously, Graham received a call from an unrecognized number, which upon answering, leveraged AI to convince her that her daughter was in grave trouble. The voice on the line pleaded, "Mom, I really messed up. Please help me," followed by a man claiming to have kidnapped her daughter, demanding Graham's compliance if she wished to see her daughter safe.</w:t>
      </w:r>
      <w:r/>
    </w:p>
    <w:p>
      <w:r/>
      <w:r>
        <w:t>Manipulated by fear and urgency, Graham was instructed to disconnect the call from any device that might be overheard and compelled to follow a series of directives. Initially, she was directed to a Walmart on King Avenue West to withdraw funds, which were then wired via a local business to a foreign bank.</w:t>
      </w:r>
      <w:r/>
    </w:p>
    <w:p>
      <w:r/>
      <w:r>
        <w:t>The scam left Graham feeling helpless and manipulated, as the perpetrators skilfully used her emotions against her. It was only when she began receiving numerous calls from her children that the illusion was shattered, revealing the terrifying charade for what it was—an elaborate scam. Her daughter's former boyfriend had also been initially targeted, and inadvertently provided Graham's contact details when questioned by the scammers.</w:t>
      </w:r>
      <w:r/>
    </w:p>
    <w:p>
      <w:r/>
      <w:r>
        <w:t>The use of AI voice technology has been highlighted as a major contributor to the success of such frauds, with experts warning that easily accessible tools like ElevenLabs can mimic voices with high accuracy by using small samples of real voice data. Dale Dixon, chief innovation officer at Better Business Bureau's Great West Pacific Region, stressed the increased ease with which personal information and digital recordings can be misused, enhancing the capability of scammers.</w:t>
      </w:r>
      <w:r/>
    </w:p>
    <w:p>
      <w:r/>
      <w:r>
        <w:t>Dixon remarked on the psychology behind such scams, revealing the scammers' adeptness at exploiting human vulnerabilities and the fight-or-flight response to manipulate victims into acting against their better judgment. Statistics from the Better Business Bureau indicate that young adults, aged 18-24, report the highest financial losses in such scams, largely perpetuated via social media.</w:t>
      </w:r>
      <w:r/>
    </w:p>
    <w:p>
      <w:r/>
      <w:r>
        <w:t>In an attempt to prevent others from facing similar situations, experts recommend certain precautionary measures. Regularly updating passwords, avoiding engagement with unknown callers, and establishing familial safety protocols, such as code words for verifying identity during emergencies, are strongly urged. Moreover, the importance of maintaining composure and verifying the situation through alternate communication channels was emphasized.</w:t>
      </w:r>
      <w:r/>
    </w:p>
    <w:p>
      <w:r/>
      <w:r>
        <w:t>Despite the traumatic experience, Graham's case serves to increase awareness about the evolution of scams harnessing AI, urging the public to remain vigilant in safeguarding personal and familial security. While it remains unlikely she will recover the financial loss, Graham's narrative highlights the need for increased vigilance in today's digitally manipulated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https://globalnews.ca/news/10733685/ai-grandparent-scam-warning-alberta/</w:t>
        </w:r>
      </w:hyperlink>
      <w:r>
        <w:t xml:space="preserve"> - Corroborates the use of AI in grandparent scams, where scammers mimic the voices of grandchildren to deceive seniors into sending money.</w:t>
      </w:r>
      <w:r/>
    </w:p>
    <w:p>
      <w:pPr>
        <w:pStyle w:val="ListNumber"/>
        <w:spacing w:line="240" w:lineRule="auto"/>
        <w:ind w:left="720"/>
      </w:pPr>
      <w:r/>
      <w:hyperlink r:id="rId11">
        <w:r>
          <w:rPr>
            <w:color w:val="0000EE"/>
            <w:u w:val="single"/>
          </w:rPr>
          <w:t>https://consumer.ftc.gov/consumer-alerts/2023/03/scammers-use-ai-enhance-their-family-emergency-schemes</w:t>
        </w:r>
      </w:hyperlink>
      <w:r>
        <w:t xml:space="preserve"> - Explains how scammers use AI to clone voices and the importance of verifying the identity of the caller through other means.</w:t>
      </w:r>
      <w:r/>
    </w:p>
    <w:p>
      <w:pPr>
        <w:pStyle w:val="ListNumber"/>
        <w:spacing w:line="240" w:lineRule="auto"/>
        <w:ind w:left="720"/>
      </w:pPr>
      <w:r/>
      <w:hyperlink r:id="rId12">
        <w:r>
          <w:rPr>
            <w:color w:val="0000EE"/>
            <w:u w:val="single"/>
          </w:rPr>
          <w:t>https://fox59.com/news/a-i-bringing-back-the-grandparent-scam/</w:t>
        </w:r>
      </w:hyperlink>
      <w:r>
        <w:t xml:space="preserve"> - Details the resurgence of the grandparent scam using AI voice cloning technology and suggests protective measures like using a 'safe word'.</w:t>
      </w:r>
      <w:r/>
    </w:p>
    <w:p>
      <w:pPr>
        <w:pStyle w:val="ListNumber"/>
        <w:spacing w:line="240" w:lineRule="auto"/>
        <w:ind w:left="720"/>
      </w:pPr>
      <w:r/>
      <w:hyperlink r:id="rId13">
        <w:r>
          <w:rPr>
            <w:color w:val="0000EE"/>
            <w:u w:val="single"/>
          </w:rPr>
          <w:t>https://www.ktvq.com/news/crime-watch/grandparent-scam-fooled-by-ai-falsehood-a-billings-woman-issues-warning</w:t>
        </w:r>
      </w:hyperlink>
      <w:r>
        <w:t xml:space="preserve"> - Provides the specific case of Juel Graham, a Billings woman who fell victim to an AI-powered grandparent scam, and highlights the psychological tactics used by scammers.</w:t>
      </w:r>
      <w:r/>
    </w:p>
    <w:p>
      <w:pPr>
        <w:pStyle w:val="ListNumber"/>
        <w:spacing w:line="240" w:lineRule="auto"/>
        <w:ind w:left="720"/>
      </w:pPr>
      <w:r/>
      <w:hyperlink r:id="rId14">
        <w:r>
          <w:rPr>
            <w:color w:val="0000EE"/>
            <w:u w:val="single"/>
          </w:rPr>
          <w:t>https://calgaryherald.com/news/crime/lethbridge-police-issue-caution-after-ai-being-used-in-new-twist-on-grandparent-scam</w:t>
        </w:r>
      </w:hyperlink>
      <w:r>
        <w:t xml:space="preserve"> - Describes how AI is used to mimic grandchildren's voices in grandparent scams, and the involvement of couriers in these scams.</w:t>
      </w:r>
      <w:r/>
    </w:p>
    <w:p>
      <w:pPr>
        <w:pStyle w:val="ListNumber"/>
        <w:spacing w:line="240" w:lineRule="auto"/>
        <w:ind w:left="720"/>
      </w:pPr>
      <w:r/>
      <w:hyperlink r:id="rId10">
        <w:r>
          <w:rPr>
            <w:color w:val="0000EE"/>
            <w:u w:val="single"/>
          </w:rPr>
          <w:t>https://globalnews.ca/news/10733685/ai-grandparent-scam-warning-alberta/</w:t>
        </w:r>
      </w:hyperlink>
      <w:r>
        <w:t xml:space="preserve"> - Mentions the arrests of individuals involved in AI-powered grandparent scams and the role of social media in providing scammers with necessary information.</w:t>
      </w:r>
      <w:r/>
    </w:p>
    <w:p>
      <w:pPr>
        <w:pStyle w:val="ListNumber"/>
        <w:spacing w:line="240" w:lineRule="auto"/>
        <w:ind w:left="720"/>
      </w:pPr>
      <w:r/>
      <w:hyperlink r:id="rId11">
        <w:r>
          <w:rPr>
            <w:color w:val="0000EE"/>
            <w:u w:val="single"/>
          </w:rPr>
          <w:t>https://consumer.ftc.gov/consumer-alerts/2023/03/scammers-use-ai-enhance-their-family-emergency-schemes</w:t>
        </w:r>
      </w:hyperlink>
      <w:r>
        <w:t xml:space="preserve"> - Warns about the urgency and emotional manipulation tactics used by scammers and advises on how to verify the authenticity of such calls.</w:t>
      </w:r>
      <w:r/>
    </w:p>
    <w:p>
      <w:pPr>
        <w:pStyle w:val="ListNumber"/>
        <w:spacing w:line="240" w:lineRule="auto"/>
        <w:ind w:left="720"/>
      </w:pPr>
      <w:r/>
      <w:hyperlink r:id="rId12">
        <w:r>
          <w:rPr>
            <w:color w:val="0000EE"/>
            <w:u w:val="single"/>
          </w:rPr>
          <w:t>https://fox59.com/news/a-i-bringing-back-the-grandparent-scam/</w:t>
        </w:r>
      </w:hyperlink>
      <w:r>
        <w:t xml:space="preserve"> - Discusses the ease with which scammers can obtain voice samples from social media and use AI to create convincing voice simulations.</w:t>
      </w:r>
      <w:r/>
    </w:p>
    <w:p>
      <w:pPr>
        <w:pStyle w:val="ListNumber"/>
        <w:spacing w:line="240" w:lineRule="auto"/>
        <w:ind w:left="720"/>
      </w:pPr>
      <w:r/>
      <w:hyperlink r:id="rId13">
        <w:r>
          <w:rPr>
            <w:color w:val="0000EE"/>
            <w:u w:val="single"/>
          </w:rPr>
          <w:t>https://www.ktvq.com/news/crime-watch/grandparent-scam-fooled-by-ai-falsehood-a-billings-woman-issues-warning</w:t>
        </w:r>
      </w:hyperlink>
      <w:r>
        <w:t xml:space="preserve"> - Highlights Dale Dixon's comments on the psychological aspects of these scams and the importance of maintaining composure and verifying information.</w:t>
      </w:r>
      <w:r/>
    </w:p>
    <w:p>
      <w:pPr>
        <w:pStyle w:val="ListNumber"/>
        <w:spacing w:line="240" w:lineRule="auto"/>
        <w:ind w:left="720"/>
      </w:pPr>
      <w:r/>
      <w:hyperlink r:id="rId14">
        <w:r>
          <w:rPr>
            <w:color w:val="0000EE"/>
            <w:u w:val="single"/>
          </w:rPr>
          <w:t>https://calgaryherald.com/news/crime/lethbridge-police-issue-caution-after-ai-being-used-in-new-twist-on-grandparent-scam</w:t>
        </w:r>
      </w:hyperlink>
      <w:r>
        <w:t xml:space="preserve"> - Details the financial losses and the difficulty in tracing the scammers due to the use of advanced technology.</w:t>
      </w:r>
      <w:r/>
    </w:p>
    <w:p>
      <w:pPr>
        <w:pStyle w:val="ListNumber"/>
        <w:spacing w:line="240" w:lineRule="auto"/>
        <w:ind w:left="720"/>
      </w:pPr>
      <w:r/>
      <w:hyperlink r:id="rId11">
        <w:r>
          <w:rPr>
            <w:color w:val="0000EE"/>
            <w:u w:val="single"/>
          </w:rPr>
          <w:t>https://consumer.ftc.gov/consumer-alerts/2023/03/scammers-use-ai-enhance-their-family-emergency-schemes</w:t>
        </w:r>
      </w:hyperlink>
      <w:r>
        <w:t xml:space="preserve"> - Provides recommendations for protecting oneself, such as using code words and avoiding certain payment methods that are hard to trace.</w:t>
      </w:r>
      <w:r/>
    </w:p>
    <w:p>
      <w:pPr>
        <w:pStyle w:val="ListNumber"/>
        <w:spacing w:line="240" w:lineRule="auto"/>
        <w:ind w:left="720"/>
      </w:pPr>
      <w:r/>
      <w:hyperlink r:id="rId15">
        <w:r>
          <w:rPr>
            <w:color w:val="0000EE"/>
            <w:u w:val="single"/>
          </w:rPr>
          <w:t>https://www.kpax.com/news/crime-and-courts/grandparent-scam-fooled-by-ai-falsehood-a-montana-woman-issues-warning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lobalnews.ca/news/10733685/ai-grandparent-scam-warning-alberta/" TargetMode="External"/><Relationship Id="rId11" Type="http://schemas.openxmlformats.org/officeDocument/2006/relationships/hyperlink" Target="https://consumer.ftc.gov/consumer-alerts/2023/03/scammers-use-ai-enhance-their-family-emergency-schemes" TargetMode="External"/><Relationship Id="rId12" Type="http://schemas.openxmlformats.org/officeDocument/2006/relationships/hyperlink" Target="https://fox59.com/news/a-i-bringing-back-the-grandparent-scam/" TargetMode="External"/><Relationship Id="rId13" Type="http://schemas.openxmlformats.org/officeDocument/2006/relationships/hyperlink" Target="https://www.ktvq.com/news/crime-watch/grandparent-scam-fooled-by-ai-falsehood-a-billings-woman-issues-warning" TargetMode="External"/><Relationship Id="rId14" Type="http://schemas.openxmlformats.org/officeDocument/2006/relationships/hyperlink" Target="https://calgaryherald.com/news/crime/lethbridge-police-issue-caution-after-ai-being-used-in-new-twist-on-grandparent-scam" TargetMode="External"/><Relationship Id="rId15" Type="http://schemas.openxmlformats.org/officeDocument/2006/relationships/hyperlink" Target="https://www.kpax.com/news/crime-and-courts/grandparent-scam-fooled-by-ai-falsehood-a-montana-woman-issues-war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