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Bossjob launches AI Photo Generator to enhance job seekers' profiles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enhance its portfolio of innovative hiring solutions, Bossjob, a prominent Southeast Asian recruitment platform, has unveiled a new feature aimed at facilitating job seekers' presentation in the competitive employment market. On 7 October 2024, the Manila-based company announced the launch of its AI Photo Generator, a tool designed to create professional-quality headshots swiftly and efficiently.</w:t>
      </w:r>
      <w:r/>
    </w:p>
    <w:p>
      <w:r/>
      <w:r>
        <w:t>The AI Photo Generator provides users with the ability to craft multiple professional-grade images within a brief span of ten seconds. This user-friendly feature allows job seekers to update their profile pictures by choosing from a range of templates catered to various genders, skin tones, and racial backgrounds. To generate a new photo, users simply upload an existing image or take a fresh, clear front-facing selfie. The system can store up to five AI-generated images for each user, facilitating easy access and flexibility.</w:t>
      </w:r>
      <w:r/>
    </w:p>
    <w:p>
      <w:r/>
      <w:r>
        <w:t>Using advanced machine learning techniques, the AI Photo Generator analyzes facial features of the user and optimizes aspects such as lighting and composition to produce high-quality images. This tool is particularly valuable in a modern job market where the visual impact of a professional photo can significantly influence hiring decisions, as initial impressions frequently guide recruiters' evaluations.</w:t>
      </w:r>
      <w:r/>
    </w:p>
    <w:p>
      <w:r/>
      <w:r>
        <w:t>Kimberly Chen, Country Manager of Bossjob, highlighted the strategic importance of the new feature, stating, "This new feature aims to help job seekers build a strong personal brand. Research shows that hiring managers often make snap judgments based on first impressions. We provide our users with the tools to create standout headshots that can make all the difference in capturing attention."</w:t>
      </w:r>
      <w:r/>
    </w:p>
    <w:p>
      <w:r/>
      <w:r>
        <w:t>The introduction of the AI Photo Generator aligns with current industry trends where hiring managers are increasingly accepting AI-generated resumes as part of the recruitment process. By enabling job seekers to develop a compelling digital presence, Bossjob supports them in standing out and actively engaging with potential employers.</w:t>
      </w:r>
      <w:r/>
    </w:p>
    <w:p>
      <w:r/>
      <w:r>
        <w:t>Founded in 2018, Bossjob has been a pioneer in integrating artificial intelligence and direct chat capabilities within its recruitment platform, further enhanced by data-driven insights. The platform has cultivated a significant user base, having recently surpassed 4 million registered users across the Philippines. Bossjob has consistently evolved, adding features that cater to shifting market dynamics, such as enabling access to international and remote job opportunities earlier this year. This move has allowed employers from various countries to connect with talent across Asia, broadening the scope for job seekers looking for both local and international career paths.</w:t>
      </w:r>
      <w:r/>
    </w:p>
    <w:p>
      <w:r/>
      <w:r>
        <w:t>With the addition of the AI Photo Generator, Bossjob continues to demonstrate its commitment to harnessing cutting-edge technology to optimise recruitment processes, offering job seekers tools to improve their professional branding and potential career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https://www.bastillepost.com/global/article/4225793-bossjob-introduces-ai-photo-generator-to-elevate-career-profiles-for-job-seekers</w:t>
        </w:r>
      </w:hyperlink>
      <w:r>
        <w:t xml:space="preserve"> - Corroborates the launch of Bossjob's AI Photo Generator and its features, including the ability to create professional-grade headshots in ten seconds and the use of machine learning to optimize images.</w:t>
      </w:r>
      <w:r/>
    </w:p>
    <w:p>
      <w:pPr>
        <w:pStyle w:val="ListNumber"/>
        <w:spacing w:line="240" w:lineRule="auto"/>
        <w:ind w:left="720"/>
      </w:pPr>
      <w:r/>
      <w:hyperlink r:id="rId11">
        <w:r>
          <w:rPr>
            <w:color w:val="0000EE"/>
            <w:u w:val="single"/>
          </w:rPr>
          <w:t>https://www.bworldonline.com/technology/2024/10/09/626785/filipino-hr-practitioners-starting-to-embrace-ai/</w:t>
        </w:r>
      </w:hyperlink>
      <w:r>
        <w:t xml:space="preserve"> - Supports the integration of AI in recruitment processes, including Bossjob's AI Photo Generator, and the acceptance of AI-generated content by hiring managers.</w:t>
      </w:r>
      <w:r/>
    </w:p>
    <w:p>
      <w:pPr>
        <w:pStyle w:val="ListNumber"/>
        <w:spacing w:line="240" w:lineRule="auto"/>
        <w:ind w:left="720"/>
      </w:pPr>
      <w:r/>
      <w:hyperlink r:id="rId12">
        <w:r>
          <w:rPr>
            <w:color w:val="0000EE"/>
            <w:u w:val="single"/>
          </w:rPr>
          <w:t>https://www.cbinsights.com/company/bossjob</w:t>
        </w:r>
      </w:hyperlink>
      <w:r>
        <w:t xml:space="preserve"> - Provides information on Bossjob's founding year, its AI-powered recruitment platform, and its recent milestones, including the introduction of new features.</w:t>
      </w:r>
      <w:r/>
    </w:p>
    <w:p>
      <w:pPr>
        <w:pStyle w:val="ListNumber"/>
        <w:spacing w:line="240" w:lineRule="auto"/>
        <w:ind w:left="720"/>
      </w:pPr>
      <w:r/>
      <w:hyperlink r:id="rId13">
        <w:r>
          <w:rPr>
            <w:color w:val="0000EE"/>
            <w:u w:val="single"/>
          </w:rPr>
          <w:t>https://www.macaubusiness.com/ai-recruitment-platform-bossjob-surpasses-4-million-registered-users-in-the-philippines/</w:t>
        </w:r>
      </w:hyperlink>
      <w:r>
        <w:t xml:space="preserve"> - Confirms Bossjob's user base growth, the launch of the AI Photo Generator, and the platform's global expansion and marketing efforts.</w:t>
      </w:r>
      <w:r/>
    </w:p>
    <w:p>
      <w:pPr>
        <w:pStyle w:val="ListNumber"/>
        <w:spacing w:line="240" w:lineRule="auto"/>
        <w:ind w:left="720"/>
      </w:pPr>
      <w:r/>
      <w:hyperlink r:id="rId14">
        <w:r>
          <w:rPr>
            <w:color w:val="0000EE"/>
            <w:u w:val="single"/>
          </w:rPr>
          <w:t>https://www.passionateinmarketing.com/bossjob-introduces-ai-photo-generator-to-elevate-career-profiles-for-job-seekers/</w:t>
        </w:r>
      </w:hyperlink>
      <w:r>
        <w:t xml:space="preserve"> - Details the AI Photo Generator's functionality, including template selection and image storage, and quotes from Kimberly Chen on its strategic importance.</w:t>
      </w:r>
      <w:r/>
    </w:p>
    <w:p>
      <w:pPr>
        <w:pStyle w:val="ListNumber"/>
        <w:spacing w:line="240" w:lineRule="auto"/>
        <w:ind w:left="720"/>
      </w:pPr>
      <w:r/>
      <w:hyperlink r:id="rId10">
        <w:r>
          <w:rPr>
            <w:color w:val="0000EE"/>
            <w:u w:val="single"/>
          </w:rPr>
          <w:t>https://www.bastillepost.com/global/article/4225793-bossjob-introduces-ai-photo-generator-to-elevate-career-profiles-for-job-seekers</w:t>
        </w:r>
      </w:hyperlink>
      <w:r>
        <w:t xml:space="preserve"> - Explains how the AI Photo Generator aligns with industry trends of accepting AI-generated resumes and enhances job seekers' digital presence.</w:t>
      </w:r>
      <w:r/>
    </w:p>
    <w:p>
      <w:pPr>
        <w:pStyle w:val="ListNumber"/>
        <w:spacing w:line="240" w:lineRule="auto"/>
        <w:ind w:left="720"/>
      </w:pPr>
      <w:r/>
      <w:hyperlink r:id="rId11">
        <w:r>
          <w:rPr>
            <w:color w:val="0000EE"/>
            <w:u w:val="single"/>
          </w:rPr>
          <w:t>https://www.bworldonline.com/technology/2024/10/09/626785/filipino-hr-practitioners-starting-to-embrace-ai/</w:t>
        </w:r>
      </w:hyperlink>
      <w:r>
        <w:t xml:space="preserve"> - Discusses the broader industry shift towards AI in recruitment and the importance of authenticity in AI-generated photos.</w:t>
      </w:r>
      <w:r/>
    </w:p>
    <w:p>
      <w:pPr>
        <w:pStyle w:val="ListNumber"/>
        <w:spacing w:line="240" w:lineRule="auto"/>
        <w:ind w:left="720"/>
      </w:pPr>
      <w:r/>
      <w:hyperlink r:id="rId12">
        <w:r>
          <w:rPr>
            <w:color w:val="0000EE"/>
            <w:u w:val="single"/>
          </w:rPr>
          <w:t>https://www.cbinsights.com/company/bossjob</w:t>
        </w:r>
      </w:hyperlink>
      <w:r>
        <w:t xml:space="preserve"> - Outlines Bossjob's history, its innovative 'mobile + direct chat + AI-matching' model, and its recent funding and user growth.</w:t>
      </w:r>
      <w:r/>
    </w:p>
    <w:p>
      <w:pPr>
        <w:pStyle w:val="ListNumber"/>
        <w:spacing w:line="240" w:lineRule="auto"/>
        <w:ind w:left="720"/>
      </w:pPr>
      <w:r/>
      <w:hyperlink r:id="rId13">
        <w:r>
          <w:rPr>
            <w:color w:val="0000EE"/>
            <w:u w:val="single"/>
          </w:rPr>
          <w:t>https://www.macaubusiness.com/ai-recruitment-platform-bossjob-surpasses-4-million-registered-users-in-the-philippines/</w:t>
        </w:r>
      </w:hyperlink>
      <w:r>
        <w:t xml:space="preserve"> - Highlights Bossjob's global strategy, including access to international and remote job opportunities, and its marketing efforts to increase user engagement.</w:t>
      </w:r>
      <w:r/>
    </w:p>
    <w:p>
      <w:pPr>
        <w:pStyle w:val="ListNumber"/>
        <w:spacing w:line="240" w:lineRule="auto"/>
        <w:ind w:left="720"/>
      </w:pPr>
      <w:r/>
      <w:hyperlink r:id="rId14">
        <w:r>
          <w:rPr>
            <w:color w:val="0000EE"/>
            <w:u w:val="single"/>
          </w:rPr>
          <w:t>https://www.passionateinmarketing.com/bossjob-introduces-ai-photo-generator-to-elevate-career-profiles-for-job-seekers/</w:t>
        </w:r>
      </w:hyperlink>
      <w:r>
        <w:t xml:space="preserve"> - Mentions the significance of the AI Photo Generator in enhancing job seekers' professional branding and career outcomes.</w:t>
      </w:r>
      <w:r/>
    </w:p>
    <w:p>
      <w:pPr>
        <w:pStyle w:val="ListNumber"/>
        <w:spacing w:line="240" w:lineRule="auto"/>
        <w:ind w:left="720"/>
      </w:pPr>
      <w:r/>
      <w:hyperlink r:id="rId10">
        <w:r>
          <w:rPr>
            <w:color w:val="0000EE"/>
            <w:u w:val="single"/>
          </w:rPr>
          <w:t>https://www.bastillepost.com/global/article/4225793-bossjob-introduces-ai-photo-generator-to-elevate-career-profiles-for-job-seekers</w:t>
        </w:r>
      </w:hyperlink>
      <w:r>
        <w:t xml:space="preserve"> - Details Bossjob's commitment to leveraging cutting-edge technology to streamline recruitment processes and improve user experience.</w:t>
      </w:r>
      <w:r/>
    </w:p>
    <w:p>
      <w:pPr>
        <w:pStyle w:val="ListNumber"/>
        <w:spacing w:line="240" w:lineRule="auto"/>
        <w:ind w:left="720"/>
      </w:pPr>
      <w:r/>
      <w:hyperlink r:id="rId14">
        <w:r>
          <w:rPr>
            <w:color w:val="0000EE"/>
            <w:u w:val="single"/>
          </w:rPr>
          <w:t>https://www.passionateinmarketing.com/bossjob-introduces-ai-photo-generator-to-elevate-career-profiles-for-job-seekers/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stillepost.com/global/article/4225793-bossjob-introduces-ai-photo-generator-to-elevate-career-profiles-for-job-seekers" TargetMode="External"/><Relationship Id="rId11" Type="http://schemas.openxmlformats.org/officeDocument/2006/relationships/hyperlink" Target="https://www.bworldonline.com/technology/2024/10/09/626785/filipino-hr-practitioners-starting-to-embrace-ai/" TargetMode="External"/><Relationship Id="rId12" Type="http://schemas.openxmlformats.org/officeDocument/2006/relationships/hyperlink" Target="https://www.cbinsights.com/company/bossjob" TargetMode="External"/><Relationship Id="rId13" Type="http://schemas.openxmlformats.org/officeDocument/2006/relationships/hyperlink" Target="https://www.macaubusiness.com/ai-recruitment-platform-bossjob-surpasses-4-million-registered-users-in-the-philippines/" TargetMode="External"/><Relationship Id="rId14" Type="http://schemas.openxmlformats.org/officeDocument/2006/relationships/hyperlink" Target="https://www.passionateinmarketing.com/bossjob-introduces-ai-photo-generator-to-elevate-career-profiles-for-job-see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