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ChatGPT's new Advanced Voice Mode transforms AI conversation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release of ChatGPT's new Advanced Voice Mode has marked a significant development in the field of artificial intelligence, making strides in voice recognition and response capabilities. OpenAI, the company responsible for ChatGPT, rolled out this feature to users last week, offering an audio-enhanced version of its conversational AI. Through Advanced Voice Mode, users engage with the system by speaking directly into the app, which in turn responds using one of the nine customizable voices available.</w:t>
      </w:r>
      <w:r/>
    </w:p>
    <w:p>
      <w:r/>
      <w:r>
        <w:t>This advancement reflects how far AI has come in mimicking human speech patterns. Unlike previous iterations that often produced robotic-sounding responses, this latest feature captures and replicates human-like inflections, speeds, and emotional tones with impressive accuracy. This allows the AI to respond in a manner that more closely mirrors natural human conversation.</w:t>
      </w:r>
      <w:r/>
    </w:p>
    <w:p>
      <w:r/>
      <w:r>
        <w:t>Celia Quillian, an expert in artificial intelligence, elaborates on the functionality, explaining that the AI interprets not just the spoken words but also the inflections and emotional contexts, and generates responses based on predictive modelling. “It recognizes from both the words you are using, as well as the inflections in your tone, but also informed by the context of the words that you’re leveraging, to respond in a way that best makes sense,” she notes. ChatGPT's core mechanism remains its ability to predict appropriate responses based on user input, now enhanced with audio interaction.</w:t>
      </w:r>
      <w:r/>
    </w:p>
    <w:p>
      <w:r/>
      <w:r>
        <w:t>The potential implications of this technology have prompted OpenAI to issue a safety advisory. The company expresses concern that users may develop emotional dependencies on this interactive feature, given its capability to simulate nuanced human conversation. The ability to personalise and teach the AI to communicate in ways that align with individual preferences could blur lines for some users between machine interaction and actual human dialogue.</w:t>
      </w:r>
      <w:r/>
    </w:p>
    <w:p>
      <w:r/>
      <w:r>
        <w:t>As this technology continues to evolve, experts and developers alike are looking cautiously towards its future applications. While the expansion of AI capabilities presents numerous possibilities, it also necessitates ongoing considerations regarding its impact on users’ emotional well-being and social interactions. The launch of Advanced Voice Mode signifies a notable moment in AI development, demonstrating both the technological advancements achieved and the broader societal conversations yet to unfold about these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https://www.willowtreeapps.com/insights/chatgpt-advanced-voice-mode</w:t>
        </w:r>
      </w:hyperlink>
      <w:r>
        <w:t xml:space="preserve"> - Corroborates the advancement in voice recognition and response capabilities, and the ability of ChatGPT's Advanced Voice Mode to capture and replicate human-like inflections, speeds, and emotional tones.</w:t>
      </w:r>
      <w:r/>
    </w:p>
    <w:p>
      <w:pPr>
        <w:pStyle w:val="ListNumber"/>
        <w:spacing w:line="240" w:lineRule="auto"/>
        <w:ind w:left="720"/>
      </w:pPr>
      <w:r/>
      <w:hyperlink r:id="rId11">
        <w:r>
          <w:rPr>
            <w:color w:val="0000EE"/>
            <w:u w:val="single"/>
          </w:rPr>
          <w:t>https://www.maginative.com/article/chatgpt-advanced-voice-mode-what-you-need-to-know</w:t>
        </w:r>
      </w:hyperlink>
      <w:r>
        <w:t xml:space="preserve"> - Supports the information about the rollout of Advanced Voice Mode to ChatGPT Plus and Teams users, and the feature's ability to understand speech elements and respond with appropriate emotion.</w:t>
      </w:r>
      <w:r/>
    </w:p>
    <w:p>
      <w:pPr>
        <w:pStyle w:val="ListNumber"/>
        <w:spacing w:line="240" w:lineRule="auto"/>
        <w:ind w:left="720"/>
      </w:pPr>
      <w:r/>
      <w:hyperlink r:id="rId12">
        <w:r>
          <w:rPr>
            <w:color w:val="0000EE"/>
            <w:u w:val="single"/>
          </w:rPr>
          <w:t>https://www.polyglossic.com/chatgpt-advanced-voice-mode-is-finally-here-for-most-of-us/</w:t>
        </w:r>
      </w:hyperlink>
      <w:r>
        <w:t xml:space="preserve"> - Confirms the improved flexibility and emotiveness of the voices, as well as the ability to mimic slow, deliberate speech and regional accents.</w:t>
      </w:r>
      <w:r/>
    </w:p>
    <w:p>
      <w:pPr>
        <w:pStyle w:val="ListNumber"/>
        <w:spacing w:line="240" w:lineRule="auto"/>
        <w:ind w:left="720"/>
      </w:pPr>
      <w:r/>
      <w:hyperlink r:id="rId13">
        <w:r>
          <w:rPr>
            <w:color w:val="0000EE"/>
            <w:u w:val="single"/>
          </w:rPr>
          <w:t>https://www.theainavigator.com/blog/what-is-chatgpt-s-advanced-voice-mode</w:t>
        </w:r>
      </w:hyperlink>
      <w:r>
        <w:t xml:space="preserve"> - Explains the use of the Omni model for real-time voice recognition and response generation, enhancing the speed and fluidity of interactions.</w:t>
      </w:r>
      <w:r/>
    </w:p>
    <w:p>
      <w:pPr>
        <w:pStyle w:val="ListNumber"/>
        <w:spacing w:line="240" w:lineRule="auto"/>
        <w:ind w:left="720"/>
      </w:pPr>
      <w:r/>
      <w:hyperlink r:id="rId14">
        <w:r>
          <w:rPr>
            <w:color w:val="0000EE"/>
            <w:u w:val="single"/>
          </w:rPr>
          <w:t>https://venturebeat.com/ai/openai-finally-brings-humanlike-chatgpt-advanced-voice-mode-to-u-s-plus-team-users/</w:t>
        </w:r>
      </w:hyperlink>
      <w:r>
        <w:t xml:space="preserve"> - Details the availability of Advanced Voice Mode to paying subscribers of ChatGPT Plus and Team plans, and the addition of new voices and features like custom instructions and memory.</w:t>
      </w:r>
      <w:r/>
    </w:p>
    <w:p>
      <w:pPr>
        <w:pStyle w:val="ListNumber"/>
        <w:spacing w:line="240" w:lineRule="auto"/>
        <w:ind w:left="720"/>
      </w:pPr>
      <w:r/>
      <w:hyperlink r:id="rId10">
        <w:r>
          <w:rPr>
            <w:color w:val="0000EE"/>
            <w:u w:val="single"/>
          </w:rPr>
          <w:t>https://www.willowtreeapps.com/insights/chatgpt-advanced-voice-mode</w:t>
        </w:r>
      </w:hyperlink>
      <w:r>
        <w:t xml:space="preserve"> - Discusses the potential implications and safety concerns, including the risk of users developing emotional dependencies on the interactive feature.</w:t>
      </w:r>
      <w:r/>
    </w:p>
    <w:p>
      <w:pPr>
        <w:pStyle w:val="ListNumber"/>
        <w:spacing w:line="240" w:lineRule="auto"/>
        <w:ind w:left="720"/>
      </w:pPr>
      <w:r/>
      <w:hyperlink r:id="rId11">
        <w:r>
          <w:rPr>
            <w:color w:val="0000EE"/>
            <w:u w:val="single"/>
          </w:rPr>
          <w:t>https://www.maginative.com/article/chatgpt-advanced-voice-mode-what-you-need-to-know</w:t>
        </w:r>
      </w:hyperlink>
      <w:r>
        <w:t xml:space="preserve"> - Mentions the privacy measures implemented by OpenAI for voice interactions, such as the storage and retention of audio clips.</w:t>
      </w:r>
      <w:r/>
    </w:p>
    <w:p>
      <w:pPr>
        <w:pStyle w:val="ListNumber"/>
        <w:spacing w:line="240" w:lineRule="auto"/>
        <w:ind w:left="720"/>
      </w:pPr>
      <w:r/>
      <w:hyperlink r:id="rId14">
        <w:r>
          <w:rPr>
            <w:color w:val="0000EE"/>
            <w:u w:val="single"/>
          </w:rPr>
          <w:t>https://venturebeat.com/ai/openai-finally-brings-humanlike-chatgpt-advanced-voice-mode-to-u-s-plus-team-users/</w:t>
        </w:r>
      </w:hyperlink>
      <w:r>
        <w:t xml:space="preserve"> - Addresses the concerns and controversies surrounding the launch, including delays and safety testing to avoid potential misuse.</w:t>
      </w:r>
      <w:r/>
    </w:p>
    <w:p>
      <w:pPr>
        <w:pStyle w:val="ListNumber"/>
        <w:spacing w:line="240" w:lineRule="auto"/>
        <w:ind w:left="720"/>
      </w:pPr>
      <w:r/>
      <w:hyperlink r:id="rId12">
        <w:r>
          <w:rPr>
            <w:color w:val="0000EE"/>
            <w:u w:val="single"/>
          </w:rPr>
          <w:t>https://www.polyglossic.com/chatgpt-advanced-voice-mode-is-finally-here-for-most-of-us/</w:t>
        </w:r>
      </w:hyperlink>
      <w:r>
        <w:t xml:space="preserve"> - Highlights the improved multilingual capabilities and user language detection, making the platform more adaptive for language learning.</w:t>
      </w:r>
      <w:r/>
    </w:p>
    <w:p>
      <w:pPr>
        <w:pStyle w:val="ListNumber"/>
        <w:spacing w:line="240" w:lineRule="auto"/>
        <w:ind w:left="720"/>
      </w:pPr>
      <w:r/>
      <w:hyperlink r:id="rId13">
        <w:r>
          <w:rPr>
            <w:color w:val="0000EE"/>
            <w:u w:val="single"/>
          </w:rPr>
          <w:t>https://www.theainavigator.com/blog/what-is-chatgpt-s-advanced-voice-mode</w:t>
        </w:r>
      </w:hyperlink>
      <w:r>
        <w:t xml:space="preserve"> - Emphasizes the goal of making AI interactions more natural and accessible, enhancing user engagement and usability.</w:t>
      </w:r>
      <w:r/>
    </w:p>
    <w:p>
      <w:pPr>
        <w:pStyle w:val="ListNumber"/>
        <w:spacing w:line="240" w:lineRule="auto"/>
        <w:ind w:left="720"/>
      </w:pPr>
      <w:r/>
      <w:hyperlink r:id="rId14">
        <w:r>
          <w:rPr>
            <w:color w:val="0000EE"/>
            <w:u w:val="single"/>
          </w:rPr>
          <w:t>https://venturebeat.com/ai/openai-finally-brings-humanlike-chatgpt-advanced-voice-mode-to-u-s-plus-team-users/</w:t>
        </w:r>
      </w:hyperlink>
      <w:r>
        <w:t xml:space="preserve"> - Discusses the broader societal conversations and future applications of this technology, including its impact on users’ emotional well-being and social interactions.</w:t>
      </w:r>
      <w:r/>
    </w:p>
    <w:p>
      <w:pPr>
        <w:pStyle w:val="ListNumber"/>
        <w:spacing w:line="240" w:lineRule="auto"/>
        <w:ind w:left="720"/>
      </w:pPr>
      <w:r/>
      <w:hyperlink r:id="rId15">
        <w:r>
          <w:rPr>
            <w:color w:val="0000EE"/>
            <w:u w:val="single"/>
          </w:rPr>
          <w:t>https://www.nytimes.com/2024/10/13/style/chatgpt-voice-mode.html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llowtreeapps.com/insights/chatgpt-advanced-voice-mode" TargetMode="External"/><Relationship Id="rId11" Type="http://schemas.openxmlformats.org/officeDocument/2006/relationships/hyperlink" Target="https://www.maginative.com/article/chatgpt-advanced-voice-mode-what-you-need-to-know" TargetMode="External"/><Relationship Id="rId12" Type="http://schemas.openxmlformats.org/officeDocument/2006/relationships/hyperlink" Target="https://www.polyglossic.com/chatgpt-advanced-voice-mode-is-finally-here-for-most-of-us/" TargetMode="External"/><Relationship Id="rId13" Type="http://schemas.openxmlformats.org/officeDocument/2006/relationships/hyperlink" Target="https://www.theainavigator.com/blog/what-is-chatgpt-s-advanced-voice-mode" TargetMode="External"/><Relationship Id="rId14" Type="http://schemas.openxmlformats.org/officeDocument/2006/relationships/hyperlink" Target="https://venturebeat.com/ai/openai-finally-brings-humanlike-chatgpt-advanced-voice-mode-to-u-s-plus-team-users/" TargetMode="External"/><Relationship Id="rId15" Type="http://schemas.openxmlformats.org/officeDocument/2006/relationships/hyperlink" Target="https://www.nytimes.com/2024/10/13/style/chatgpt-voice-mod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