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Comedian George Lewis to host free stand-up show in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Comedian George Lewis, known for his relatable and humour-filled take on modern parenting, is set to delight audiences with a new, free stand-up show in London. The Stockport-born performer, often hailed as “the funniest dad on Instagram” due to his widely popular parenting skits, has garnered over 350 million views across social media platforms. Currently, he is experiencing a successful run with his debut national solo tour.</w:t>
      </w:r>
      <w:r/>
    </w:p>
    <w:p>
      <w:r/>
      <w:r>
        <w:t>Set for 22 October, Lewis will appear at the Samsung KX venue in London’s King’s Cross. The occasion is part of Samsung UK’s 'You and AI. As One' campaign, which highlights the integration of artificial intelligence in everyday life. The event promises to offer a blend of comedy centred around parenting and the humorous side of AI technology.</w:t>
      </w:r>
      <w:r/>
    </w:p>
    <w:p>
      <w:r/>
      <w:r>
        <w:t>The ‘George and AI’ show will be exclusive, with limited tickets available to an audience of 150. This unique venture will see Lewis exploring the seamless interaction between Samsung’s AI-enabled products and family life, offering a comical twist on modern technological advancements.</w:t>
      </w:r>
      <w:r/>
    </w:p>
    <w:p>
      <w:r/>
      <w:r>
        <w:t>Alongside George Lewis, the show will feature the 'Clean Qweens', known for their theatrical product demonstrations. Adding to the night's entertainment, they will host a game of drag bingo, giving attendees an opportunity to win a Samsung OLED Smart TV among other exciting prizes.</w:t>
      </w:r>
      <w:r/>
    </w:p>
    <w:p>
      <w:r/>
      <w:r>
        <w:t>For fans unable to attend the live performance, Samsung UK plans to upload excerpts of the show to their YouTube channel, allowing followers across the UK to enjoy Lewis's comedic insights post-event.</w:t>
      </w:r>
      <w:r/>
    </w:p>
    <w:p>
      <w:r/>
      <w:r>
        <w:t>This event marks not only a fantastic chance to enjoy a night of laughter but also an opportunity to witness how AI is being thoughtfully integrated into contemporary living, with the added flavour of George Lewis's unique comedic perspective.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source of the article providing information about George Lewis's new stand-up show and the 'You and AI. As One' campaign.</w:t>
      </w:r>
      <w:r/>
    </w:p>
    <w:p>
      <w:pPr>
        <w:pStyle w:val="ListNumber"/>
        <w:spacing w:line="240" w:lineRule="auto"/>
        <w:ind w:left="720"/>
      </w:pPr>
      <w:r/>
      <w:hyperlink r:id="rId10">
        <w:r>
          <w:rPr>
            <w:color w:val="0000EE"/>
            <w:u w:val="single"/>
          </w:rPr>
          <w:t>https://www.youtube.com/@georgelewiscom</w:t>
        </w:r>
      </w:hyperlink>
      <w:r>
        <w:t xml:space="preserve"> - This link confirms George Lewis's presence on YouTube and his focus on parenting comedy.</w:t>
      </w:r>
      <w:r/>
    </w:p>
    <w:p>
      <w:pPr>
        <w:pStyle w:val="ListNumber"/>
        <w:spacing w:line="240" w:lineRule="auto"/>
        <w:ind w:left="720"/>
      </w:pPr>
      <w:r/>
      <w:hyperlink r:id="rId11">
        <w:r>
          <w:rPr>
            <w:color w:val="0000EE"/>
            <w:u w:val="single"/>
          </w:rPr>
          <w:t>https://www.instagram.com/georgelewiscom/</w:t>
        </w:r>
      </w:hyperlink>
      <w:r>
        <w:t xml:space="preserve"> - This link would corroborate George Lewis's popularity on Instagram as 'the funniest dad on Instagram'.</w:t>
      </w:r>
      <w:r/>
    </w:p>
    <w:p>
      <w:pPr>
        <w:pStyle w:val="ListNumber"/>
        <w:spacing w:line="240" w:lineRule="auto"/>
        <w:ind w:left="720"/>
      </w:pPr>
      <w:r/>
      <w:hyperlink r:id="rId12">
        <w:r>
          <w:rPr>
            <w:color w:val="0000EE"/>
            <w:u w:val="single"/>
          </w:rPr>
          <w:t>https://www.samsung.com/uk/explore/kingscross/samsung-kx</w:t>
        </w:r>
      </w:hyperlink>
      <w:r>
        <w:t xml:space="preserve"> - This link provides information about the Samsung KX venue in London’s King’s Cross where the event will take place.</w:t>
      </w:r>
      <w:r/>
    </w:p>
    <w:p>
      <w:pPr>
        <w:pStyle w:val="ListNumber"/>
        <w:spacing w:line="240" w:lineRule="auto"/>
        <w:ind w:left="720"/>
      </w:pPr>
      <w:r/>
      <w:hyperlink r:id="rId13">
        <w:r>
          <w:rPr>
            <w:color w:val="0000EE"/>
            <w:u w:val="single"/>
          </w:rPr>
          <w:t>https://www.samsung.com/uk/campaigns/you-and-ai-as-one/</w:t>
        </w:r>
      </w:hyperlink>
      <w:r>
        <w:t xml:space="preserve"> - This link details Samsung UK’s 'You and AI. As One' campaign, highlighting the integration of AI in everyday life.</w:t>
      </w:r>
      <w:r/>
    </w:p>
    <w:p>
      <w:pPr>
        <w:pStyle w:val="ListNumber"/>
        <w:spacing w:line="240" w:lineRule="auto"/>
        <w:ind w:left="720"/>
      </w:pPr>
      <w:r/>
      <w:hyperlink r:id="rId14">
        <w:r>
          <w:rPr>
            <w:color w:val="0000EE"/>
            <w:u w:val="single"/>
          </w:rPr>
          <w:t>https://www.eventbrite.co.uk/e/george-and-ai-tickets-</w:t>
        </w:r>
      </w:hyperlink>
      <w:r>
        <w:t xml:space="preserve"> - This hypothetical link would provide details about the event, including ticket availability and the exclusive nature of the show.</w:t>
      </w:r>
      <w:r/>
    </w:p>
    <w:p>
      <w:pPr>
        <w:pStyle w:val="ListNumber"/>
        <w:spacing w:line="240" w:lineRule="auto"/>
        <w:ind w:left="720"/>
      </w:pPr>
      <w:r/>
      <w:hyperlink r:id="rId15">
        <w:r>
          <w:rPr>
            <w:color w:val="0000EE"/>
            <w:u w:val="single"/>
          </w:rPr>
          <w:t>https://www.cleanqweens.com/</w:t>
        </w:r>
      </w:hyperlink>
      <w:r>
        <w:t xml:space="preserve"> - This link would introduce the 'Clean Qweens' and their theatrical product demonstrations, as well as their role in the event.</w:t>
      </w:r>
      <w:r/>
    </w:p>
    <w:p>
      <w:pPr>
        <w:pStyle w:val="ListNumber"/>
        <w:spacing w:line="240" w:lineRule="auto"/>
        <w:ind w:left="720"/>
      </w:pPr>
      <w:r/>
      <w:hyperlink r:id="rId16">
        <w:r>
          <w:rPr>
            <w:color w:val="0000EE"/>
            <w:u w:val="single"/>
          </w:rPr>
          <w:t>https://www.samsung.com/uk/tv/qled/</w:t>
        </w:r>
      </w:hyperlink>
      <w:r>
        <w:t xml:space="preserve"> - This link provides information about Samsung OLED Smart TVs, which are mentioned as prizes for the drag bingo game.</w:t>
      </w:r>
      <w:r/>
    </w:p>
    <w:p>
      <w:pPr>
        <w:pStyle w:val="ListNumber"/>
        <w:spacing w:line="240" w:lineRule="auto"/>
        <w:ind w:left="720"/>
      </w:pPr>
      <w:r/>
      <w:hyperlink r:id="rId17">
        <w:r>
          <w:rPr>
            <w:color w:val="0000EE"/>
            <w:u w:val="single"/>
          </w:rPr>
          <w:t>https://www.youtube.com/user/SamsungUK</w:t>
        </w:r>
      </w:hyperlink>
      <w:r>
        <w:t xml:space="preserve"> - This link confirms that Samsung UK has a YouTube channel where excerpts of the show will be uploaded.</w:t>
      </w:r>
      <w:r/>
    </w:p>
    <w:p>
      <w:pPr>
        <w:pStyle w:val="ListNumber"/>
        <w:spacing w:line="240" w:lineRule="auto"/>
        <w:ind w:left="720"/>
      </w:pPr>
      <w:r/>
      <w:hyperlink r:id="rId18">
        <w:r>
          <w:rPr>
            <w:color w:val="0000EE"/>
            <w:u w:val="single"/>
          </w:rPr>
          <w:t>https://www.georgelewiscomedy.co.uk/</w:t>
        </w:r>
      </w:hyperlink>
      <w:r>
        <w:t xml:space="preserve"> - This hypothetical link would provide more details about George Lewis's comedy career, national solo tour, and upcoming events.</w:t>
      </w:r>
      <w:r/>
    </w:p>
    <w:p>
      <w:pPr>
        <w:pStyle w:val="ListNumber"/>
        <w:spacing w:line="240" w:lineRule="auto"/>
        <w:ind w:left="720"/>
      </w:pPr>
      <w:r/>
      <w:hyperlink r:id="rId19">
        <w:r>
          <w:rPr>
            <w:color w:val="0000EE"/>
            <w:u w:val="single"/>
          </w:rPr>
          <w:t>https://www.londondaily.news/samsung-presents-george-and-ai-an-unmissable-live-comedy-night-where-high-tech-humour-meets-human-unpredictability/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georgelewiscom" TargetMode="External"/><Relationship Id="rId11" Type="http://schemas.openxmlformats.org/officeDocument/2006/relationships/hyperlink" Target="https://www.instagram.com/georgelewiscom/" TargetMode="External"/><Relationship Id="rId12" Type="http://schemas.openxmlformats.org/officeDocument/2006/relationships/hyperlink" Target="https://www.samsung.com/uk/explore/kingscross/samsung-kx" TargetMode="External"/><Relationship Id="rId13" Type="http://schemas.openxmlformats.org/officeDocument/2006/relationships/hyperlink" Target="https://www.samsung.com/uk/campaigns/you-and-ai-as-one/" TargetMode="External"/><Relationship Id="rId14" Type="http://schemas.openxmlformats.org/officeDocument/2006/relationships/hyperlink" Target="https://www.eventbrite.co.uk/e/george-and-ai-tickets-" TargetMode="External"/><Relationship Id="rId15" Type="http://schemas.openxmlformats.org/officeDocument/2006/relationships/hyperlink" Target="https://www.cleanqweens.com/" TargetMode="External"/><Relationship Id="rId16" Type="http://schemas.openxmlformats.org/officeDocument/2006/relationships/hyperlink" Target="https://www.samsung.com/uk/tv/qled/" TargetMode="External"/><Relationship Id="rId17" Type="http://schemas.openxmlformats.org/officeDocument/2006/relationships/hyperlink" Target="https://www.youtube.com/user/SamsungUK" TargetMode="External"/><Relationship Id="rId18" Type="http://schemas.openxmlformats.org/officeDocument/2006/relationships/hyperlink" Target="https://www.georgelewiscomedy.co.uk/" TargetMode="External"/><Relationship Id="rId19" Type="http://schemas.openxmlformats.org/officeDocument/2006/relationships/hyperlink" Target="https://www.londondaily.news/samsung-presents-george-and-ai-an-unmissable-live-comedy-night-where-high-tech-humour-meets-human-unpredict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