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Reports evaluates AI chatbots on health and safety advice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Consumer Reports Evaluates AI Chatbots on Health and Safety Advice</w:t>
      </w:r>
      <w:r/>
    </w:p>
    <w:p>
      <w:r/>
      <w:r>
        <w:t>With the increasing integration of artificial intelligence (AI) chatbots into daily life, questions about their reliability and accuracy, particularly in providing health and safety advice, have come to the forefront. In an effort to assess these AI systems, Consumer Reports undertook a thorough examination of five popular general-purpose AI chatbots to determine whether their advice aligns with expert recommendations.</w:t>
      </w:r>
      <w:r/>
    </w:p>
    <w:p>
      <w:r/>
      <w:r>
        <w:t>The investigation centred around three significant health and safety topics: appropriate placement of carbon monoxide detectors, effective methods for filtering PFAS from tap water, and the safety of water beads for children.</w:t>
      </w:r>
      <w:r/>
    </w:p>
    <w:p>
      <w:r/>
      <w:r>
        <w:rPr>
          <w:b/>
        </w:rPr>
        <w:t>Carbon Monoxide Detector Placement</w:t>
      </w:r>
      <w:r/>
    </w:p>
    <w:p>
      <w:r/>
      <w:r>
        <w:t>In terms of safety precautions against carbon monoxide (CO) poisoning, Consumer Reports provides specific guidelines: detectors should be placed on each level of a home, outside each sleeping area, in the basement, and near, but not inside, an attached garage. This guidance is due to the potential damage that non-temperature-controlled environments can inflict on CO alarm batteries and sensors. When Google Gemini was tested with this question, it offered advice that was almost correct but recommended alarm placement inside an attached garage, which could lead to sensor or battery failure due to temperature instability.</w:t>
      </w:r>
      <w:r/>
    </w:p>
    <w:p>
      <w:r/>
      <w:r>
        <w:rPr>
          <w:b/>
        </w:rPr>
        <w:t>PFAS Filtration in Tap Water</w:t>
      </w:r>
      <w:r/>
    </w:p>
    <w:p>
      <w:r/>
      <w:r>
        <w:t>For filtering hazardous PFAS (per- and polyfluoroalkyl substances) from tap water, Consumer Reports advises using water filtration systems that have the NSF/ANSI 53 certification. Additionally, it's crucial to ensure the manufacturer states that their product is specifically designed to remove PFAS. When Microsoft Copilot's guidance on this matter was checked, it proposed using any activated carbon or reverse osmosis filter, missing the critical detail that not all such filters are effective for PFAS removal.</w:t>
      </w:r>
      <w:r/>
    </w:p>
    <w:p>
      <w:r/>
      <w:r>
        <w:rPr>
          <w:b/>
        </w:rPr>
        <w:t>Water Beads Safety for Children</w:t>
      </w:r>
      <w:r/>
    </w:p>
    <w:p>
      <w:r/>
      <w:r>
        <w:t>On the topic of water beads, a popular toy among children, Consumer Reports strongly cautions against their use due to substantial safety risks. Ingesting these beads can lead to severe health issues including bowel obstruction, blocked airways, and infections. There have been instances of fatalities and numerous emergency room visits attributed to water bead ingestion. However, Meta AI provided advice that understated these risks and merely suggested parental supervision, neglecting to stress the high safety concerns associated with these toys.</w:t>
      </w:r>
      <w:r/>
    </w:p>
    <w:p>
      <w:r/>
      <w:r>
        <w:rPr>
          <w:b/>
        </w:rPr>
        <w:t>Discoveries and Implications</w:t>
      </w:r>
      <w:r/>
    </w:p>
    <w:p>
      <w:r/>
      <w:r>
        <w:t>The investigation by Consumer Reports highlights significant discrepancies between AI chatbot responses and expert recommendations, underlining the limitations of AI in providing reliable health and safety information. The report suggests that while AI chatbots are useful tools for initiating research, they should not be relied upon exclusively for expert advice. Users are encouraged to consult comprehensive and certified sources to validate AI-provided information.</w:t>
      </w:r>
      <w:r/>
    </w:p>
    <w:p>
      <w:r/>
      <w:r>
        <w:t>The study sheds light on the ongoing need to refine and improve AI chatbot algorithms to enhance their reliability and precision, especially when dealing with critical health and safety topics. As AI continues to permeate various aspects of life, ensuring the accuracy of its guidance remains a vital concern for developers and 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https://www.consumerreports.org/electronics/artificial-intelligence/we-quizzed-ai-chatbots-for-health-and-safety-advice-a1164538940/</w:t>
        </w:r>
      </w:hyperlink>
      <w:r>
        <w:t xml:space="preserve"> - Corroborates the investigation by Consumer Reports on AI chatbots' advice on health and safety topics, including carbon monoxide detector placement, PFAS filtration, and water beads safety.</w:t>
      </w:r>
      <w:r/>
    </w:p>
    <w:p>
      <w:pPr>
        <w:pStyle w:val="ListNumber"/>
        <w:spacing w:line="240" w:lineRule="auto"/>
        <w:ind w:left="720"/>
      </w:pPr>
      <w:r/>
      <w:hyperlink r:id="rId11">
        <w:r>
          <w:rPr>
            <w:color w:val="0000EE"/>
            <w:u w:val="single"/>
          </w:rPr>
          <w:t>https://www.youtube.com/watch?v=aZC_Xch7k7I</w:t>
        </w:r>
      </w:hyperlink>
      <w:r>
        <w:t xml:space="preserve"> - Supports the findings on the inaccuracies and dangers in AI chatbot responses, particularly regarding water beads and carbon monoxide detectors.</w:t>
      </w:r>
      <w:r/>
    </w:p>
    <w:p>
      <w:pPr>
        <w:pStyle w:val="ListNumber"/>
        <w:spacing w:line="240" w:lineRule="auto"/>
        <w:ind w:left="720"/>
      </w:pPr>
      <w:r/>
      <w:hyperlink r:id="rId12">
        <w:r>
          <w:rPr>
            <w:color w:val="0000EE"/>
            <w:u w:val="single"/>
          </w:rPr>
          <w:t>https://www.clickondetroit.com/news/local/2024/08/21/consumer-reports-ai-chatbots-give-risky-health-recommendations/</w:t>
        </w:r>
      </w:hyperlink>
      <w:r>
        <w:t xml:space="preserve"> - Details the specific questions asked to AI chatbots, such as carbon monoxide detector placement and PFAS filtration, and the discrepancies found in their responses.</w:t>
      </w:r>
      <w:r/>
    </w:p>
    <w:p>
      <w:pPr>
        <w:pStyle w:val="ListNumber"/>
        <w:spacing w:line="240" w:lineRule="auto"/>
        <w:ind w:left="720"/>
      </w:pPr>
      <w:r/>
      <w:hyperlink r:id="rId13">
        <w:r>
          <w:rPr>
            <w:color w:val="0000EE"/>
            <w:u w:val="single"/>
          </w:rPr>
          <w:t>https://www.newschannel5.com/money/consumer/consumer-reports/consumer-reports-experts-put-ai-chatbots-to-the-test</w:t>
        </w:r>
      </w:hyperlink>
      <w:r>
        <w:t xml:space="preserve"> - Provides additional details on the testing of AI chatbots by Consumer Reports, including the specific advice given by Google Gemini and Microsoft Copilot.</w:t>
      </w:r>
      <w:r/>
    </w:p>
    <w:p>
      <w:pPr>
        <w:pStyle w:val="ListNumber"/>
        <w:spacing w:line="240" w:lineRule="auto"/>
        <w:ind w:left="720"/>
      </w:pPr>
      <w:r/>
      <w:hyperlink r:id="rId10">
        <w:r>
          <w:rPr>
            <w:color w:val="0000EE"/>
            <w:u w:val="single"/>
          </w:rPr>
          <w:t>https://www.consumerreports.org/electronics/artificial-intelligence/we-quizzed-ai-chatbots-for-health-and-safety-advice-a1164538940/</w:t>
        </w:r>
      </w:hyperlink>
      <w:r>
        <w:t xml:space="preserve"> - Highlights the importance of verifying AI-provided information with credible sources and the limitations of AI in providing reliable health and safety advice.</w:t>
      </w:r>
      <w:r/>
    </w:p>
    <w:p>
      <w:pPr>
        <w:pStyle w:val="ListNumber"/>
        <w:spacing w:line="240" w:lineRule="auto"/>
        <w:ind w:left="720"/>
      </w:pPr>
      <w:r/>
      <w:hyperlink r:id="rId11">
        <w:r>
          <w:rPr>
            <w:color w:val="0000EE"/>
            <w:u w:val="single"/>
          </w:rPr>
          <w:t>https://www.youtube.com/watch?v=aZC_Xch7k7I</w:t>
        </w:r>
      </w:hyperlink>
      <w:r>
        <w:t xml:space="preserve"> - Emphasizes the need to treat AI chatbots as assistants rather than experts and to cross-check their advice with other sources.</w:t>
      </w:r>
      <w:r/>
    </w:p>
    <w:p>
      <w:pPr>
        <w:pStyle w:val="ListNumber"/>
        <w:spacing w:line="240" w:lineRule="auto"/>
        <w:ind w:left="720"/>
      </w:pPr>
      <w:r/>
      <w:hyperlink r:id="rId12">
        <w:r>
          <w:rPr>
            <w:color w:val="0000EE"/>
            <w:u w:val="single"/>
          </w:rPr>
          <w:t>https://www.clickondetroit.com/news/local/2024/08/21/consumer-reports-ai-chatbots-give-risky-health-recommendations/</w:t>
        </w:r>
      </w:hyperlink>
      <w:r>
        <w:t xml:space="preserve"> - Discusses the critical safety risks associated with water beads and the inadequate response from Meta AI regarding these risks.</w:t>
      </w:r>
      <w:r/>
    </w:p>
    <w:p>
      <w:pPr>
        <w:pStyle w:val="ListNumber"/>
        <w:spacing w:line="240" w:lineRule="auto"/>
        <w:ind w:left="720"/>
      </w:pPr>
      <w:r/>
      <w:hyperlink r:id="rId13">
        <w:r>
          <w:rPr>
            <w:color w:val="0000EE"/>
            <w:u w:val="single"/>
          </w:rPr>
          <w:t>https://www.newschannel5.com/money/consumer/consumer-reports/consumer-reports-experts-put-ai-chatbots-to-the-test</w:t>
        </w:r>
      </w:hyperlink>
      <w:r>
        <w:t xml:space="preserve"> - Reiterates the necessity of ensuring AI chatbot algorithms are refined to improve their reliability, especially for health and safety advice.</w:t>
      </w:r>
      <w:r/>
    </w:p>
    <w:p>
      <w:pPr>
        <w:pStyle w:val="ListNumber"/>
        <w:spacing w:line="240" w:lineRule="auto"/>
        <w:ind w:left="720"/>
      </w:pPr>
      <w:r/>
      <w:hyperlink r:id="rId10">
        <w:r>
          <w:rPr>
            <w:color w:val="0000EE"/>
            <w:u w:val="single"/>
          </w:rPr>
          <w:t>https://www.consumerreports.org/electronics/artificial-intelligence/we-quizzed-ai-chatbots-for-health-and-safety-advice-a1164538940/</w:t>
        </w:r>
      </w:hyperlink>
      <w:r>
        <w:t xml:space="preserve"> - Mentions the practice of asking follow-up questions to AI chatbots to verify the accuracy and sources of their information.</w:t>
      </w:r>
      <w:r/>
    </w:p>
    <w:p>
      <w:pPr>
        <w:pStyle w:val="ListNumber"/>
        <w:spacing w:line="240" w:lineRule="auto"/>
        <w:ind w:left="720"/>
      </w:pPr>
      <w:r/>
      <w:hyperlink r:id="rId12">
        <w:r>
          <w:rPr>
            <w:color w:val="0000EE"/>
            <w:u w:val="single"/>
          </w:rPr>
          <w:t>https://www.clickondetroit.com/news/local/2024/08/21/consumer-reports-ai-chatbots-give-risky-health-recommendations/</w:t>
        </w:r>
      </w:hyperlink>
      <w:r>
        <w:t xml:space="preserve"> - Supports the recommendation to use AI as a starting point but not to rely exclusively on it for expert advice on health and safety topics.</w:t>
      </w:r>
      <w:r/>
    </w:p>
    <w:p>
      <w:pPr>
        <w:pStyle w:val="ListNumber"/>
        <w:spacing w:line="240" w:lineRule="auto"/>
        <w:ind w:left="720"/>
      </w:pPr>
      <w:r/>
      <w:hyperlink r:id="rId13">
        <w:r>
          <w:rPr>
            <w:color w:val="0000EE"/>
            <w:u w:val="single"/>
          </w:rPr>
          <w:t>https://www.newschannel5.com/money/consumer/consumer-reports/consumer-reports-experts-put-ai-chatbots-to-the-test</w:t>
        </w:r>
      </w:hyperlink>
      <w:r>
        <w:t xml:space="preserve"> - Highlights the discrepancies in AI chatbot responses and the importance of consulting comprehensive and certified sources to validate AI-provided information.</w:t>
      </w:r>
      <w:r/>
    </w:p>
    <w:p>
      <w:pPr>
        <w:pStyle w:val="ListNumber"/>
        <w:spacing w:line="240" w:lineRule="auto"/>
        <w:ind w:left="720"/>
      </w:pPr>
      <w:r/>
      <w:hyperlink r:id="rId14">
        <w:r>
          <w:rPr>
            <w:color w:val="0000EE"/>
            <w:u w:val="single"/>
          </w:rPr>
          <w:t>https://www.kcra.com/article/consumer-reports-should-you-ask-ai-about-your-health/62570392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merreports.org/electronics/artificial-intelligence/we-quizzed-ai-chatbots-for-health-and-safety-advice-a1164538940/" TargetMode="External"/><Relationship Id="rId11" Type="http://schemas.openxmlformats.org/officeDocument/2006/relationships/hyperlink" Target="https://www.youtube.com/watch?v=aZC_Xch7k7I" TargetMode="External"/><Relationship Id="rId12" Type="http://schemas.openxmlformats.org/officeDocument/2006/relationships/hyperlink" Target="https://www.clickondetroit.com/news/local/2024/08/21/consumer-reports-ai-chatbots-give-risky-health-recommendations/" TargetMode="External"/><Relationship Id="rId13" Type="http://schemas.openxmlformats.org/officeDocument/2006/relationships/hyperlink" Target="https://www.newschannel5.com/money/consumer/consumer-reports/consumer-reports-experts-put-ai-chatbots-to-the-test" TargetMode="External"/><Relationship Id="rId14" Type="http://schemas.openxmlformats.org/officeDocument/2006/relationships/hyperlink" Target="https://www.kcra.com/article/consumer-reports-should-you-ask-ai-about-your-health/625703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