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CoreLogic launches Araya, an AI-driven platform for real estate insights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CoreLogic, a leading global property information, analytics, and data-enabled solutions provider, has recently unveiled a sophisticated new platform named Araya. This platform amalgamates housing data with artificial intelligence (AI)-driven analytics, offering comprehensive insights into property, market, and portfolio metrics.</w:t>
      </w:r>
      <w:r/>
    </w:p>
    <w:p>
      <w:r/>
      <w:r>
        <w:t>Araya is tailored to cater to a broad range of needs within the housing industry, supporting both day-to-day operations and long-term strategic planning. The platform's offerings are categorised into several core areas: property intelligence, market intelligence, precision marketing, and climate risk analytics. By combining historical data with predictive modelling, Araya aims to provide nuanced information that can aid professionals in making well-informed decisions. This is particularly significant in the context of the United States' expansive housing market, valued at over $40 trillion.</w:t>
      </w:r>
      <w:r/>
    </w:p>
    <w:p>
      <w:r/>
      <w:r>
        <w:t>CoreLogic has positioned Araya as an essential tool for the contemporary real estate industry, which is characterised by its fast-paced and ever-evolving nature. In a statement regarding the platform, Devi Mateti, CoreLogic's President of Enterprise Digital Solutions, highlighted the company’s commitment to innovation and adaptability. “CoreLogic’s investment in Araya reflects its vision to make an impact, delivering the critical property, portfolio and market insights that empower professionals to make confident, informed decisions in the $40-plus trillion US housing industry," she noted. Mateti further emphasised the company's extensive experience in serving real estate professionals and its understanding of the pressing need for reliable, cutting-edge data and AI technologies in navigating the modern real estate environment.</w:t>
      </w:r>
      <w:r/>
    </w:p>
    <w:p>
      <w:r/>
      <w:r>
        <w:t>This development arises at a time when the real estate industry increasingly relies on data analytics to drive decision-making processes. With real estate professionals seeking innovative solutions to maintain a competitive edge and efficiently manage risk, platforms like Araya are becoming indispensable. By integrating advanced AI capabilities with extensive datasets, Araya seeks to enhance the accuracy and efficiency of analytical processes within the housing sector.</w:t>
      </w:r>
      <w:r/>
    </w:p>
    <w:p>
      <w:r/>
      <w:r>
        <w:t>The introduction of Araya marks another step by CoreLogic in leveraging technology to revolutionise the delivery of real estate solutions, ensuring that industry professionals are equipped with the insights necessary to thrive in a dynamic and complex market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https://www.nationalmortgagenews.com/news/corelogic-rolls-out-ai-analytics-platform</w:t>
        </w:r>
      </w:hyperlink>
      <w:r>
        <w:t xml:space="preserve"> - Corroborates the introduction of Araya, its AI analytics capabilities, and its application across various lines of business in the housing industry.</w:t>
      </w:r>
      <w:r/>
    </w:p>
    <w:p>
      <w:pPr>
        <w:pStyle w:val="ListNumber"/>
        <w:spacing w:line="240" w:lineRule="auto"/>
        <w:ind w:left="720"/>
      </w:pPr>
      <w:r/>
      <w:hyperlink r:id="rId11">
        <w:r>
          <w:rPr>
            <w:color w:val="0000EE"/>
            <w:u w:val="single"/>
          </w:rPr>
          <w:t>https://noteservicingcenter.com/corelogic-introduces-araya-a-new-ai-powered-housing-data-platform/</w:t>
        </w:r>
      </w:hyperlink>
      <w:r>
        <w:t xml:space="preserve"> - Supports the description of Araya as an AI-enabled housing data platform designed for strategic planning and decision-making in the mortgage industry.</w:t>
      </w:r>
      <w:r/>
    </w:p>
    <w:p>
      <w:pPr>
        <w:pStyle w:val="ListNumber"/>
        <w:spacing w:line="240" w:lineRule="auto"/>
        <w:ind w:left="720"/>
      </w:pPr>
      <w:r/>
      <w:hyperlink r:id="rId12">
        <w:r>
          <w:rPr>
            <w:color w:val="0000EE"/>
            <w:u w:val="single"/>
          </w:rPr>
          <w:t>https://wrenews.com/corelogic-debuts-araya-ai-enabled-housing-data-platform/</w:t>
        </w:r>
      </w:hyperlink>
      <w:r>
        <w:t xml:space="preserve"> - Details the integration of housing data with AI-enabled analytics in Araya, including property, market, and portfolio insights.</w:t>
      </w:r>
      <w:r/>
    </w:p>
    <w:p>
      <w:pPr>
        <w:pStyle w:val="ListNumber"/>
        <w:spacing w:line="240" w:lineRule="auto"/>
        <w:ind w:left="720"/>
      </w:pPr>
      <w:r/>
      <w:hyperlink r:id="rId13">
        <w:r>
          <w:rPr>
            <w:color w:val="0000EE"/>
            <w:u w:val="single"/>
          </w:rPr>
          <w:t>https://www.corelogic.com/press-releases/corelogic-announces-araya-a-platform-for-advanced-property-portfolio-and-market-insights/</w:t>
        </w:r>
      </w:hyperlink>
      <w:r>
        <w:t xml:space="preserve"> - Provides information on Araya's comprehensive property information, AI-enabled analytics, and its target user base of over 5 million property professionals.</w:t>
      </w:r>
      <w:r/>
    </w:p>
    <w:p>
      <w:pPr>
        <w:pStyle w:val="ListNumber"/>
        <w:spacing w:line="240" w:lineRule="auto"/>
        <w:ind w:left="720"/>
      </w:pPr>
      <w:r/>
      <w:hyperlink r:id="rId14">
        <w:r>
          <w:rPr>
            <w:color w:val="0000EE"/>
            <w:u w:val="single"/>
          </w:rPr>
          <w:t>https://www.housingwire.com/articles/corelogic-ai-araya-advanced-property-data/</w:t>
        </w:r>
      </w:hyperlink>
      <w:r>
        <w:t xml:space="preserve"> - Explains Araya's features, including property intelligence, market intelligence, precision marketing, and climate risk analytics, and its significance in the $40 trillion US housing market.</w:t>
      </w:r>
      <w:r/>
    </w:p>
    <w:p>
      <w:pPr>
        <w:pStyle w:val="ListNumber"/>
        <w:spacing w:line="240" w:lineRule="auto"/>
        <w:ind w:left="720"/>
      </w:pPr>
      <w:r/>
      <w:hyperlink r:id="rId10">
        <w:r>
          <w:rPr>
            <w:color w:val="0000EE"/>
            <w:u w:val="single"/>
          </w:rPr>
          <w:t>https://www.nationalmortgagenews.com/news/corelogic-rolls-out-ai-analytics-platform</w:t>
        </w:r>
      </w:hyperlink>
      <w:r>
        <w:t xml:space="preserve"> - Quotes Devi Mateti on CoreLogic’s vision and commitment to delivering critical property, portfolio, and market insights through Araya.</w:t>
      </w:r>
      <w:r/>
    </w:p>
    <w:p>
      <w:pPr>
        <w:pStyle w:val="ListNumber"/>
        <w:spacing w:line="240" w:lineRule="auto"/>
        <w:ind w:left="720"/>
      </w:pPr>
      <w:r/>
      <w:hyperlink r:id="rId11">
        <w:r>
          <w:rPr>
            <w:color w:val="0000EE"/>
            <w:u w:val="single"/>
          </w:rPr>
          <w:t>https://noteservicingcenter.com/corelogic-introduces-araya-a-new-ai-powered-housing-data-platform/</w:t>
        </w:r>
      </w:hyperlink>
      <w:r>
        <w:t xml:space="preserve"> - Highlights the platform's role in day-to-day decision-making and long-term strategic planning for housing professionals.</w:t>
      </w:r>
      <w:r/>
    </w:p>
    <w:p>
      <w:pPr>
        <w:pStyle w:val="ListNumber"/>
        <w:spacing w:line="240" w:lineRule="auto"/>
        <w:ind w:left="720"/>
      </w:pPr>
      <w:r/>
      <w:hyperlink r:id="rId12">
        <w:r>
          <w:rPr>
            <w:color w:val="0000EE"/>
            <w:u w:val="single"/>
          </w:rPr>
          <w:t>https://wrenews.com/corelogic-debuts-araya-ai-enabled-housing-data-platform/</w:t>
        </w:r>
      </w:hyperlink>
      <w:r>
        <w:t xml:space="preserve"> - Describes how Araya combines historical data with predictive models to provide nuanced insights for professionals.</w:t>
      </w:r>
      <w:r/>
    </w:p>
    <w:p>
      <w:pPr>
        <w:pStyle w:val="ListNumber"/>
        <w:spacing w:line="240" w:lineRule="auto"/>
        <w:ind w:left="720"/>
      </w:pPr>
      <w:r/>
      <w:hyperlink r:id="rId13">
        <w:r>
          <w:rPr>
            <w:color w:val="0000EE"/>
            <w:u w:val="single"/>
          </w:rPr>
          <w:t>https://www.corelogic.com/press-releases/corelogic-announces-araya-a-platform-for-advanced-property-portfolio-and-market-insights/</w:t>
        </w:r>
      </w:hyperlink>
      <w:r>
        <w:t xml:space="preserve"> - Details CoreLogic’s extensive experience in serving property professionals and the need for trusted, top-tier data and AI technology in the real estate industry.</w:t>
      </w:r>
      <w:r/>
    </w:p>
    <w:p>
      <w:pPr>
        <w:pStyle w:val="ListNumber"/>
        <w:spacing w:line="240" w:lineRule="auto"/>
        <w:ind w:left="720"/>
      </w:pPr>
      <w:r/>
      <w:hyperlink r:id="rId14">
        <w:r>
          <w:rPr>
            <w:color w:val="0000EE"/>
            <w:u w:val="single"/>
          </w:rPr>
          <w:t>https://www.housingwire.com/articles/corelogic-ai-araya-advanced-property-data/</w:t>
        </w:r>
      </w:hyperlink>
      <w:r>
        <w:t xml:space="preserve"> - Explains the increasing reliance on data analytics in the real estate industry and how platforms like Araya are becoming essential for maintaining a competitive edge.</w:t>
      </w:r>
      <w:r/>
    </w:p>
    <w:p>
      <w:pPr>
        <w:pStyle w:val="ListNumber"/>
        <w:spacing w:line="240" w:lineRule="auto"/>
        <w:ind w:left="720"/>
      </w:pPr>
      <w:r/>
      <w:hyperlink r:id="rId13">
        <w:r>
          <w:rPr>
            <w:color w:val="0000EE"/>
            <w:u w:val="single"/>
          </w:rPr>
          <w:t>https://www.corelogic.com/press-releases/corelogic-announces-araya-a-platform-for-advanced-property-portfolio-and-market-insights/</w:t>
        </w:r>
      </w:hyperlink>
      <w:r>
        <w:t xml:space="preserve"> - Discusses the integration of advanced AI capabilities with extensive datasets to enhance analytical processes in the housing sector.</w:t>
      </w:r>
      <w:r/>
    </w:p>
    <w:p>
      <w:pPr>
        <w:pStyle w:val="ListNumber"/>
        <w:spacing w:line="240" w:lineRule="auto"/>
        <w:ind w:left="720"/>
      </w:pPr>
      <w:r/>
      <w:hyperlink r:id="rId15">
        <w:r>
          <w:rPr>
            <w:color w:val="0000EE"/>
            <w:u w:val="single"/>
          </w:rPr>
          <w:t>https://wrenews.com/corelogic-debuts-araya-ai-enabled-housing-data-platform/?utm_source=rss&amp;utm_medium=rss&amp;utm_campaign=corelogic-debuts-araya-ai-enabled-housing-data-platform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ionalmortgagenews.com/news/corelogic-rolls-out-ai-analytics-platform" TargetMode="External"/><Relationship Id="rId11" Type="http://schemas.openxmlformats.org/officeDocument/2006/relationships/hyperlink" Target="https://noteservicingcenter.com/corelogic-introduces-araya-a-new-ai-powered-housing-data-platform/" TargetMode="External"/><Relationship Id="rId12" Type="http://schemas.openxmlformats.org/officeDocument/2006/relationships/hyperlink" Target="https://wrenews.com/corelogic-debuts-araya-ai-enabled-housing-data-platform/" TargetMode="External"/><Relationship Id="rId13" Type="http://schemas.openxmlformats.org/officeDocument/2006/relationships/hyperlink" Target="https://www.corelogic.com/press-releases/corelogic-announces-araya-a-platform-for-advanced-property-portfolio-and-market-insights/" TargetMode="External"/><Relationship Id="rId14" Type="http://schemas.openxmlformats.org/officeDocument/2006/relationships/hyperlink" Target="https://www.housingwire.com/articles/corelogic-ai-araya-advanced-property-data/" TargetMode="External"/><Relationship Id="rId15" Type="http://schemas.openxmlformats.org/officeDocument/2006/relationships/hyperlink" Target="https://wrenews.com/corelogic-debuts-araya-ai-enabled-housing-data-platform/?utm_source=rss&amp;utm_medium=rss&amp;utm_campaign=corelogic-debuts-araya-ai-enabled-housing-data-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