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Cyclist's accident highlights Strava's new AI tool amid controversy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incident in Brooklyn, a cyclist named Nash Consing found himself at the intersection of technology and reality when he was involved in a biking accident. Consing, a 25-year-old video editor, was riding his bicycle when he collided with a car door that was suddenly opened by a passenger exiting an Uber vehicle. The accident resulted in injuries sufficient to require medical attention, leading to him being taken to the hospital by ambulance. Despite the mishap, Consing managed to update his followers using Strava, a popular fitness app, noting the incident with a mix of humour and resignation.</w:t>
      </w:r>
      <w:r/>
    </w:p>
    <w:p>
      <w:r/>
      <w:r>
        <w:t>On the same day as Consing's accident, Strava was rolling out a new artificial intelligence feature known as “Athlete Intelligence.” This tool is designed to provide users with personalized feedback on their workouts. Strava, which was founded in 2009 and has become a leading platform for fitness enthusiasts with its robust performance tracking, introduced this feature to help users digest extensive workout data more easily. The new AI tool reviewed Consing's incomplete bike ride and, in a robotic yet comically empathetic tone, acknowledged the accident while praising his athletic consistency.</w:t>
      </w:r>
      <w:r/>
    </w:p>
    <w:p>
      <w:r/>
      <w:r>
        <w:t>Strava’s decision to implement artificial intelligence comes amid a broader trend of incorporating AI into various digital platforms. The company, which boasts over 125 million users worldwide and substantial venture funding, began testing “Athlete Intelligence” internally before releasing it to subscribers for beta testing. Strava’s Chief Product Officer, Matt Salazar, explained that the AI feature was developed to assist newer app users in navigating and understanding the wealth of data the app provides.</w:t>
      </w:r>
      <w:r/>
    </w:p>
    <w:p>
      <w:r/>
      <w:r>
        <w:t>The introduction of the AI has sparked a mixture of reactions from Strava’s community. While some users have enjoyed the humorous aspect of AI-generated responses, others have expressed scepticism, labelling it as gimmicky. Salazar noted that the feedback has generally been positive, acknowledging the feature's element of humour as users experiment with creative descriptions of their workouts. He insisted, however, that the tool's ultimate aim is to simplify complex data for less experienced athletes.</w:t>
      </w:r>
      <w:r/>
    </w:p>
    <w:p>
      <w:r/>
      <w:r>
        <w:t>Despite its success, Strava faces stiff competition in the fitness app market. Rival apps like Nike Run Club and Runna offer more personalized workout plans, while giants like Garmin and Coros provide similar AI-enhanced features. Salazar emphasized that Strava's focus on technological advancements, such as improved mapping capabilities through the acquisition of Fatmap, is in line with the company's commitment to solving genuine user problems rather than chasing trends.</w:t>
      </w:r>
      <w:r/>
    </w:p>
    <w:p>
      <w:r/>
      <w:r>
        <w:t>The broader AI landscape continues to evolve, exemplified by companies leveraging AI technologies in varied and often contentious ways. With the fast-paced integration of AI since the launch of tools like OpenAI’s ChatGPT, the tech industry has seen both breakthroughs and missteps. Salazar stressed that Strava’s adoption of AI is tailored to enhance user experience and tackle real-world issues faced by athletes of all levels, rather than simply jumping on the AI bandwagon.</w:t>
      </w:r>
      <w:r/>
    </w:p>
    <w:p>
      <w:r/>
      <w:r>
        <w:t>As AI continues to permeate everyday life, it remains to be seen how these tools will reshape user interactions and the utility of platforms like Strava as they strive to balance technological innovation with practical user benefits.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https://finance.yahoo.com/news/fitness-app-strava-ai-coach-110000542.html</w:t>
        </w:r>
      </w:hyperlink>
      <w:r>
        <w:t xml:space="preserve"> - Corroborates the incident involving Nash Consing and his biking accident, as well as the introduction of Strava's 'Athlete Intelligence' AI feature.</w:t>
      </w:r>
      <w:r/>
    </w:p>
    <w:p>
      <w:pPr>
        <w:pStyle w:val="ListNumber"/>
        <w:spacing w:line="240" w:lineRule="auto"/>
        <w:ind w:left="720"/>
      </w:pPr>
      <w:r/>
      <w:hyperlink r:id="rId10">
        <w:r>
          <w:rPr>
            <w:color w:val="0000EE"/>
            <w:u w:val="single"/>
          </w:rPr>
          <w:t>https://finance.yahoo.com/news/fitness-app-strava-ai-coach-110000542.html</w:t>
        </w:r>
      </w:hyperlink>
      <w:r>
        <w:t xml:space="preserve"> - Details Strava's decision to implement AI, the testing process, and the reactions from the user community.</w:t>
      </w:r>
      <w:r/>
    </w:p>
    <w:p>
      <w:pPr>
        <w:pStyle w:val="ListNumber"/>
        <w:spacing w:line="240" w:lineRule="auto"/>
        <w:ind w:left="720"/>
      </w:pPr>
      <w:r/>
      <w:hyperlink r:id="rId10">
        <w:r>
          <w:rPr>
            <w:color w:val="0000EE"/>
            <w:u w:val="single"/>
          </w:rPr>
          <w:t>https://finance.yahoo.com/news/fitness-app-strava-ai-coach-110000542.html</w:t>
        </w:r>
      </w:hyperlink>
      <w:r>
        <w:t xml:space="preserve"> - Explains the purpose of the 'Athlete Intelligence' feature and its target audience, as stated by Matt Salazar.</w:t>
      </w:r>
      <w:r/>
    </w:p>
    <w:p>
      <w:pPr>
        <w:pStyle w:val="ListNumber"/>
        <w:spacing w:line="240" w:lineRule="auto"/>
        <w:ind w:left="720"/>
      </w:pPr>
      <w:r/>
      <w:hyperlink r:id="rId10">
        <w:r>
          <w:rPr>
            <w:color w:val="0000EE"/>
            <w:u w:val="single"/>
          </w:rPr>
          <w:t>https://finance.yahoo.com/news/fitness-app-strava-ai-coach-110000542.html</w:t>
        </w:r>
      </w:hyperlink>
      <w:r>
        <w:t xml:space="preserve"> - Discusses the broader trend of incorporating AI into digital platforms and Strava's position in the market.</w:t>
      </w:r>
      <w:r/>
    </w:p>
    <w:p>
      <w:pPr>
        <w:pStyle w:val="ListNumber"/>
        <w:spacing w:line="240" w:lineRule="auto"/>
        <w:ind w:left="720"/>
      </w:pPr>
      <w:r/>
      <w:hyperlink r:id="rId10">
        <w:r>
          <w:rPr>
            <w:color w:val="0000EE"/>
            <w:u w:val="single"/>
          </w:rPr>
          <w:t>https://finance.yahoo.com/news/fitness-app-strava-ai-coach-110000542.html</w:t>
        </w:r>
      </w:hyperlink>
      <w:r>
        <w:t xml:space="preserve"> - Mentions the competition Strava faces from other fitness apps like Nike Run Club and Runna, and smartwatch brands like Garmin and Coros.</w:t>
      </w:r>
      <w:r/>
    </w:p>
    <w:p>
      <w:pPr>
        <w:pStyle w:val="ListNumber"/>
        <w:spacing w:line="240" w:lineRule="auto"/>
        <w:ind w:left="720"/>
      </w:pPr>
      <w:r/>
      <w:hyperlink r:id="rId10">
        <w:r>
          <w:rPr>
            <w:color w:val="0000EE"/>
            <w:u w:val="single"/>
          </w:rPr>
          <w:t>https://finance.yahoo.com/news/fitness-app-strava-ai-coach-110000542.html</w:t>
        </w:r>
      </w:hyperlink>
      <w:r>
        <w:t xml:space="preserve"> - Highlights Strava's focus on technological advancements, including improved mapping capabilities through the acquisition of Fatmap.</w:t>
      </w:r>
      <w:r/>
    </w:p>
    <w:p>
      <w:pPr>
        <w:pStyle w:val="ListNumber"/>
        <w:spacing w:line="240" w:lineRule="auto"/>
        <w:ind w:left="720"/>
      </w:pPr>
      <w:r/>
      <w:hyperlink r:id="rId10">
        <w:r>
          <w:rPr>
            <w:color w:val="0000EE"/>
            <w:u w:val="single"/>
          </w:rPr>
          <w:t>https://finance.yahoo.com/news/fitness-app-strava-ai-coach-110000542.html</w:t>
        </w:r>
      </w:hyperlink>
      <w:r>
        <w:t xml:space="preserve"> - Addresses the broader AI landscape and the integration of AI technologies since the launch of tools like OpenAI’s ChatGPT.</w:t>
      </w:r>
      <w:r/>
    </w:p>
    <w:p>
      <w:pPr>
        <w:pStyle w:val="ListNumber"/>
        <w:spacing w:line="240" w:lineRule="auto"/>
        <w:ind w:left="720"/>
      </w:pPr>
      <w:r/>
      <w:hyperlink r:id="rId10">
        <w:r>
          <w:rPr>
            <w:color w:val="0000EE"/>
            <w:u w:val="single"/>
          </w:rPr>
          <w:t>https://finance.yahoo.com/news/fitness-app-strava-ai-coach-110000542.html</w:t>
        </w:r>
      </w:hyperlink>
      <w:r>
        <w:t xml:space="preserve"> - Quotes Matt Salazar on Strava’s commitment to using AI to enhance user experience and solve real-world issues.</w:t>
      </w:r>
      <w:r/>
    </w:p>
    <w:p>
      <w:pPr>
        <w:pStyle w:val="ListNumber"/>
        <w:spacing w:line="240" w:lineRule="auto"/>
        <w:ind w:left="720"/>
      </w:pPr>
      <w:r/>
      <w:hyperlink r:id="rId10">
        <w:r>
          <w:rPr>
            <w:color w:val="0000EE"/>
            <w:u w:val="single"/>
          </w:rPr>
          <w:t>https://finance.yahoo.com/news/fitness-app-strava-ai-coach-110000542.html</w:t>
        </w:r>
      </w:hyperlink>
      <w:r>
        <w:t xml:space="preserve"> - Describes the mixed reactions from users, including those who find the AI feature humorous and those who label it as gimmicky.</w:t>
      </w:r>
      <w:r/>
    </w:p>
    <w:p>
      <w:pPr>
        <w:pStyle w:val="ListNumber"/>
        <w:spacing w:line="240" w:lineRule="auto"/>
        <w:ind w:left="720"/>
      </w:pPr>
      <w:r/>
      <w:hyperlink r:id="rId10">
        <w:r>
          <w:rPr>
            <w:color w:val="0000EE"/>
            <w:u w:val="single"/>
          </w:rPr>
          <w:t>https://finance.yahoo.com/news/fitness-app-strava-ai-coach-110000542.html</w:t>
        </w:r>
      </w:hyperlink>
      <w:r>
        <w:t xml:space="preserve"> - Details the initial reception and feedback on the 'Athlete Intelligence' feature, including its beta testing phase.</w:t>
      </w:r>
      <w:r/>
    </w:p>
    <w:p>
      <w:pPr>
        <w:pStyle w:val="ListNumber"/>
        <w:spacing w:line="240" w:lineRule="auto"/>
        <w:ind w:left="720"/>
      </w:pPr>
      <w:r/>
      <w:hyperlink r:id="rId10">
        <w:r>
          <w:rPr>
            <w:color w:val="0000EE"/>
            <w:u w:val="single"/>
          </w:rPr>
          <w:t>https://finance.yahoo.com/news/fitness-app-strava-ai-coach-110000542.html</w:t>
        </w:r>
      </w:hyperlink>
      <w:r>
        <w:t xml:space="preserve"> - Provides context on Strava's user base and its financial backing, highlighting its position as a leading fitness app.</w:t>
      </w:r>
      <w:r/>
    </w:p>
    <w:p>
      <w:pPr>
        <w:pStyle w:val="ListNumber"/>
        <w:spacing w:line="240" w:lineRule="auto"/>
        <w:ind w:left="720"/>
      </w:pPr>
      <w:r/>
      <w:hyperlink r:id="rId11">
        <w:r>
          <w:rPr>
            <w:color w:val="0000EE"/>
            <w:u w:val="single"/>
          </w:rPr>
          <w:t>https://fortune.com/2024/10/11/strava-app-artificial-intelligence-fitness-athletic-memes/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fitness-app-strava-ai-coach-110000542.html" TargetMode="External"/><Relationship Id="rId11" Type="http://schemas.openxmlformats.org/officeDocument/2006/relationships/hyperlink" Target="https://fortune.com/2024/10/11/strava-app-artificial-intelligence-fitness-athletic-mem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