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Dario Amodei outlines a hopeful future for AI in expansive essay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Dario Amodei, CEO of the artificial intelligence research company Anthropic, recently articulated an optimistic vision for the future of AI in a lengthy essay. Published on his personal blog, the essay outlines his predictions and expectations for AI's impact on the world, positioning them within a framework of a transformative but beneficial technological evolution.</w:t>
      </w:r>
      <w:r/>
    </w:p>
    <w:p>
      <w:r/>
      <w:r>
        <w:t>In his 15,000-word missive, Amodei dismissed the notion of being an AI "doomer," a label suggesting a pessimistic outlook on AI's impact on society. Instead, he envisions a future where AI risks are mitigated, and the technology brings unprecedented prosperity and societal advancement. Although he acknowledges the current limitations of AI, he forecasts a near-future where AI becomes capable of performing complex tasks better than humans in various fields such as biology, engineering, and the arts.</w:t>
      </w:r>
      <w:r/>
    </w:p>
    <w:p>
      <w:r/>
      <w:r>
        <w:t>Amodei predicts that by 2026, "powerful AI" will emerge, capable of executing tasks ranging from solving unsolved mathematical theorems to performing complex industrial functions. He anticipates that this technology will have the ability to control diverse hardware and software, effectively fulfilling many roles currently held by humans, with greater efficiency.</w:t>
      </w:r>
      <w:r/>
    </w:p>
    <w:p>
      <w:r/>
      <w:r>
        <w:t>Despite this optimistic outlook, the current state of AI technology presents significant challenges. Present-day AI lacks genuine human-like reasoning abilities and primarily replicates patterns from pre-existing data. The essay presupposes significant advances in both AI and robotics within a short timeframe, a leap that many see as ambitious given the complexities involved.</w:t>
      </w:r>
      <w:r/>
    </w:p>
    <w:p>
      <w:r/>
      <w:r>
        <w:t>Amodei also projects that AI will revolutionise the medical field within the next decade. He foresees AI playing a pivotal role in treating infectious diseases, eradicating most cancers, curing genetic disorders, and addressing neurological conditions like Alzheimer's at early stages. Additionally, he speculates that AI could be instrumental in devising treatments for mental health issues such as PTSD and depression, or even in the controversial practice of genetic screening of embryos to prevent such disorders. If these advances come to fruition, Amodei believes the average human lifespan could extend to 150 years.</w:t>
      </w:r>
      <w:r/>
    </w:p>
    <w:p>
      <w:r/>
      <w:r>
        <w:t>His vision is that AI-driven progress in biology and medicine could compress a century's worth of advancements into just a few years. However, this view contrasts sharply with the current reality where AI has yet to deliver significant transformative impacts in healthcare.</w:t>
      </w:r>
      <w:r/>
    </w:p>
    <w:p>
      <w:r/>
      <w:r>
        <w:t>Extending beyond the realm of medicine, Amodei's essay ventures into global socioeconomic challenges. He posits that AI could solve world hunger, combat climate change, and dramatically enhance economic conditions in developing regions. He envisions a scenario where AI could rapidly elevate the GDP per capita in regions like sub-Saharan Africa to levels comparable to those of more economically developed countries within a decade.</w:t>
      </w:r>
      <w:r/>
    </w:p>
    <w:p>
      <w:r/>
      <w:r>
        <w:t>However, Amodei acknowledges that achieving these ambitious goals would require comprehensive efforts in global health advocacy, politics, and philanthropy, recognising that economic interests often drive technological advancements rather than altruistic motivations. Notably, the essential role of low-paid data workers in the AI industry is acknowledged, pointing to the disparities in wealth they often experience compared to the economic gains achieved by AI companies.</w:t>
      </w:r>
      <w:r/>
    </w:p>
    <w:p>
      <w:r/>
      <w:r>
        <w:t>Amodei's discourse does touch upon the potential societal challenges posed by AI. He warns of economic disruption if AI assumes a majority of human roles, necessitating discussions on new economic paradigms and societal structures. While he suggests that humans will continue to pursue complex personal challenges and accomplishments, he offers no detailed solution for the potential economic dislocation.</w:t>
      </w:r>
      <w:r/>
    </w:p>
    <w:p>
      <w:r/>
      <w:r>
        <w:t>The essay also touches on the geopolitical and security implications of AI, suggesting coalitions of democratic societies secure AI technologies to prevent their misuse. However, the argument that AI will inherently reduce societal biases is questionable, given its history of exacerbating existing biases, particularly within judicial systems.</w:t>
      </w:r>
      <w:r/>
    </w:p>
    <w:p>
      <w:r/>
      <w:r>
        <w:t>While Amodei’s essay predominantly draws on the optimistic potential of AI, it also serves as a broader context for Anthropic's current strategic goals. It coincides with efforts by the company, reportedly valued at around $40 billion, to secure additional funding. Critics may view this timing as a strategic attempt to mobilize investment interest by projecting a future where AI not only revolutionises industry but addresses broad societal challenges.</w:t>
      </w:r>
      <w:r/>
    </w:p>
    <w:p>
      <w:r/>
      <w:r>
        <w:t>Amodei's reflections thus open a window into the broader discourse on AI's role in future societies, reflecting both the potential and complexities of harnessing AI as a force for global advancement.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https://www.aibase.com/news/12317</w:t>
        </w:r>
      </w:hyperlink>
      <w:r>
        <w:t xml:space="preserve"> - Corroborates Dario Amodei's optimistic vision for AI, including predictions of AI curing most diseases, extending human lifespan, and solving global issues like hunger and climate change.</w:t>
      </w:r>
      <w:r/>
    </w:p>
    <w:p>
      <w:pPr>
        <w:pStyle w:val="ListNumber"/>
        <w:spacing w:line="240" w:lineRule="auto"/>
        <w:ind w:left="720"/>
      </w:pPr>
      <w:r/>
      <w:hyperlink r:id="rId11">
        <w:r>
          <w:rPr>
            <w:color w:val="0000EE"/>
            <w:u w:val="single"/>
          </w:rPr>
          <w:t>https://www.reddit.com/r/ezraklein/comments/1c24h7u/what_if_dario_amodei_is_right_about_ai/</w:t>
        </w:r>
      </w:hyperlink>
      <w:r>
        <w:t xml:space="preserve"> - Discusses Amodei's background and his beliefs about AI's exponential growth, including its potential to revolutionize various fields and the challenges associated with these predictions.</w:t>
      </w:r>
      <w:r/>
    </w:p>
    <w:p>
      <w:pPr>
        <w:pStyle w:val="ListNumber"/>
        <w:spacing w:line="240" w:lineRule="auto"/>
        <w:ind w:left="720"/>
      </w:pPr>
      <w:r/>
      <w:hyperlink r:id="rId12">
        <w:r>
          <w:rPr>
            <w:color w:val="0000EE"/>
            <w:u w:val="single"/>
          </w:rPr>
          <w:t>https://techcrunch.com/2024/10/11/anthropic-ceo-goes-full-techno-optimist-in-15000-word-paean-to-ai/</w:t>
        </w:r>
      </w:hyperlink>
      <w:r>
        <w:t xml:space="preserve"> - Details Amodei's 15,000-word essay, his predictions for 'powerful AI' by 2026, and the potential for AI to solve complex problems in biology, engineering, and other fields.</w:t>
      </w:r>
      <w:r/>
    </w:p>
    <w:p>
      <w:pPr>
        <w:pStyle w:val="ListNumber"/>
        <w:spacing w:line="240" w:lineRule="auto"/>
        <w:ind w:left="720"/>
      </w:pPr>
      <w:r/>
      <w:hyperlink r:id="rId13">
        <w:r>
          <w:rPr>
            <w:color w:val="0000EE"/>
            <w:u w:val="single"/>
          </w:rPr>
          <w:t>https://www.therundown.ai/p/anthropic-ceo-predicts-ai-utopia</w:t>
        </w:r>
      </w:hyperlink>
      <w:r>
        <w:t xml:space="preserve"> - Supports Amodei's forecasts of AI achieving human-level capabilities by 2026, compressing 100 years of scientific progress into 10 years, and addressing global issues like disease and poverty.</w:t>
      </w:r>
      <w:r/>
    </w:p>
    <w:p>
      <w:pPr>
        <w:pStyle w:val="ListNumber"/>
        <w:spacing w:line="240" w:lineRule="auto"/>
        <w:ind w:left="720"/>
      </w:pPr>
      <w:r/>
      <w:hyperlink r:id="rId14">
        <w:r>
          <w:rPr>
            <w:color w:val="0000EE"/>
            <w:u w:val="single"/>
          </w:rPr>
          <w:t>https://autoblogging.ai/anthropic-ceo-dario-amodei-champions-ai-predicts-agi-by-2026-amidst-cautious-optimism/</w:t>
        </w:r>
      </w:hyperlink>
      <w:r>
        <w:t xml:space="preserve"> - Corroborates Amodei's predictions of achieving artificial general intelligence (AGI) by 2026 and its potential impact on healthcare, climate change, and economic inequality.</w:t>
      </w:r>
      <w:r/>
    </w:p>
    <w:p>
      <w:pPr>
        <w:pStyle w:val="ListNumber"/>
        <w:spacing w:line="240" w:lineRule="auto"/>
        <w:ind w:left="720"/>
      </w:pPr>
      <w:r/>
      <w:hyperlink r:id="rId10">
        <w:r>
          <w:rPr>
            <w:color w:val="0000EE"/>
            <w:u w:val="single"/>
          </w:rPr>
          <w:t>https://www.aibase.com/news/12317</w:t>
        </w:r>
      </w:hyperlink>
      <w:r>
        <w:t xml:space="preserve"> - Highlights the current limitations of AI, such as the lack of genuine human-like reasoning abilities and the replication of patterns from pre-existing data.</w:t>
      </w:r>
      <w:r/>
    </w:p>
    <w:p>
      <w:pPr>
        <w:pStyle w:val="ListNumber"/>
        <w:spacing w:line="240" w:lineRule="auto"/>
        <w:ind w:left="720"/>
      </w:pPr>
      <w:r/>
      <w:hyperlink r:id="rId12">
        <w:r>
          <w:rPr>
            <w:color w:val="0000EE"/>
            <w:u w:val="single"/>
          </w:rPr>
          <w:t>https://techcrunch.com/2024/10/11/anthropic-ceo-goes-full-techno-optimist-in-15000-word-paean-to-ai/</w:t>
        </w:r>
      </w:hyperlink>
      <w:r>
        <w:t xml:space="preserve"> - Details Amodei's vision for AI's role in medicine, including treating infectious diseases, eradicating cancers, and addressing neurological conditions.</w:t>
      </w:r>
      <w:r/>
    </w:p>
    <w:p>
      <w:pPr>
        <w:pStyle w:val="ListNumber"/>
        <w:spacing w:line="240" w:lineRule="auto"/>
        <w:ind w:left="720"/>
      </w:pPr>
      <w:r/>
      <w:hyperlink r:id="rId13">
        <w:r>
          <w:rPr>
            <w:color w:val="0000EE"/>
            <w:u w:val="single"/>
          </w:rPr>
          <w:t>https://www.therundown.ai/p/anthropic-ceo-predicts-ai-utopia</w:t>
        </w:r>
      </w:hyperlink>
      <w:r>
        <w:t xml:space="preserve"> - Supports Amodei's predictions of AI solving world hunger, combating climate change, and enhancing economic conditions in developing regions.</w:t>
      </w:r>
      <w:r/>
    </w:p>
    <w:p>
      <w:pPr>
        <w:pStyle w:val="ListNumber"/>
        <w:spacing w:line="240" w:lineRule="auto"/>
        <w:ind w:left="720"/>
      </w:pPr>
      <w:r/>
      <w:hyperlink r:id="rId11">
        <w:r>
          <w:rPr>
            <w:color w:val="0000EE"/>
            <w:u w:val="single"/>
          </w:rPr>
          <w:t>https://www.reddit.com/r/ezraklein/comments/1c24h7u/what_if_dario_amodei_is_right_about_ai/</w:t>
        </w:r>
      </w:hyperlink>
      <w:r>
        <w:t xml:space="preserve"> - Discusses the potential societal challenges posed by AI, including economic disruption and the need for new economic paradigms.</w:t>
      </w:r>
      <w:r/>
    </w:p>
    <w:p>
      <w:pPr>
        <w:pStyle w:val="ListNumber"/>
        <w:spacing w:line="240" w:lineRule="auto"/>
        <w:ind w:left="720"/>
      </w:pPr>
      <w:r/>
      <w:hyperlink r:id="rId12">
        <w:r>
          <w:rPr>
            <w:color w:val="0000EE"/>
            <w:u w:val="single"/>
          </w:rPr>
          <w:t>https://techcrunch.com/2024/10/11/anthropic-ceo-goes-full-techno-optimist-in-15000-word-paean-to-ai/</w:t>
        </w:r>
      </w:hyperlink>
      <w:r>
        <w:t xml:space="preserve"> - Mentions the geopolitical and security implications of AI, including the need for democratic societies to secure AI technologies to prevent misuse.</w:t>
      </w:r>
      <w:r/>
    </w:p>
    <w:p>
      <w:pPr>
        <w:pStyle w:val="ListNumber"/>
        <w:spacing w:line="240" w:lineRule="auto"/>
        <w:ind w:left="720"/>
      </w:pPr>
      <w:r/>
      <w:hyperlink r:id="rId14">
        <w:r>
          <w:rPr>
            <w:color w:val="0000EE"/>
            <w:u w:val="single"/>
          </w:rPr>
          <w:t>https://autoblogging.ai/anthropic-ceo-dario-amodei-champions-ai-predicts-agi-by-2026-amidst-cautious-optimism/</w:t>
        </w:r>
      </w:hyperlink>
      <w:r>
        <w:t xml:space="preserve"> - Notes the timing of Amodei's essay in relation to Anthropic's efforts to secure additional funding, which some critics view as a strategic move to attract investment.</w:t>
      </w:r>
      <w:r/>
    </w:p>
    <w:p>
      <w:pPr>
        <w:pStyle w:val="ListNumber"/>
        <w:spacing w:line="240" w:lineRule="auto"/>
        <w:ind w:left="720"/>
      </w:pPr>
      <w:r/>
      <w:hyperlink r:id="rId12">
        <w:r>
          <w:rPr>
            <w:color w:val="0000EE"/>
            <w:u w:val="single"/>
          </w:rPr>
          <w:t>https://techcrunch.com/2024/10/11/anthropic-ceo-goes-full-techno-optimist-in-15000-word-paean-to-ai/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ibase.com/news/12317" TargetMode="External"/><Relationship Id="rId11" Type="http://schemas.openxmlformats.org/officeDocument/2006/relationships/hyperlink" Target="https://www.reddit.com/r/ezraklein/comments/1c24h7u/what_if_dario_amodei_is_right_about_ai/" TargetMode="External"/><Relationship Id="rId12" Type="http://schemas.openxmlformats.org/officeDocument/2006/relationships/hyperlink" Target="https://techcrunch.com/2024/10/11/anthropic-ceo-goes-full-techno-optimist-in-15000-word-paean-to-ai/" TargetMode="External"/><Relationship Id="rId13" Type="http://schemas.openxmlformats.org/officeDocument/2006/relationships/hyperlink" Target="https://www.therundown.ai/p/anthropic-ceo-predicts-ai-utopia" TargetMode="External"/><Relationship Id="rId14" Type="http://schemas.openxmlformats.org/officeDocument/2006/relationships/hyperlink" Target="https://autoblogging.ai/anthropic-ceo-dario-amodei-champions-ai-predicts-agi-by-2026-amidst-cautious-optimis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