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Ecovacs Deebot X2 Omni: A comprehensive robot vacuum review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Ecovacs Deebot X2 Omni, a high-end robot vacuum and mop, is currently available for $900, a significant markdown from its original price of $1,500. This advanced device was meticulously tested for several months and has been noted for many standout features despite some areas for improvement.</w:t>
      </w:r>
      <w:r/>
    </w:p>
    <w:p>
      <w:r/>
      <w:r>
        <w:t>One of the most distinctive aspects of the Deebot X2 Omni is its square design, which isn’t just an aesthetic choice but contributes to its ability to manoeuvre deftly around tight spaces like the legs of furniture. At 12.6 inches wide, it is marginally narrower than some of its competitors, such as the Eufy X9 Pro, making it more adept at navigating under and around household obstacles. This is particularly beneficial in homes with complex layouts and multiple types of flooring.</w:t>
      </w:r>
      <w:r/>
    </w:p>
    <w:p>
      <w:r/>
      <w:r>
        <w:t>The Deebot X2 Omni comes equipped with a robust 8,000Pa suction power. This surpasses its competitor, the Roborock S8 Pro Ultra, which offers 6,000Pa, making the Deebot a formidable option for cleaning needs that demand more suction capability. The device also integrates sophisticated artificial intelligence to seamlessly detect and avoid common obstructions like socks or stray cables and can adjust its mopping pad height automatically when it senses carpets, preventing moisture damage.</w:t>
      </w:r>
      <w:r/>
    </w:p>
    <w:p>
      <w:r/>
      <w:r>
        <w:t>Its charging station doubles as a multi-functional hub, handling the emptying of the device's dustbin and the washing and drying of its mop pads. Users are primarily tasked with maintaining the clean and dirty water tanks in the base, which require attention only every few cleaning cycles.</w:t>
      </w:r>
      <w:r/>
    </w:p>
    <w:p>
      <w:r/>
      <w:r>
        <w:t>However, it is not without its drawbacks. The Deebot X2 Omni’s obstacle avoidance power, whilst impressive, is not infallible and may occasionally lead to complications. Over several months of testing, the vacuum exhibited some navigational hiccups, potentially due to software issues. These problems temporarily hampered its operation but could be alleviated somewhat by remapping the device's navigation paths.</w:t>
      </w:r>
      <w:r/>
    </w:p>
    <w:p>
      <w:r/>
      <w:r>
        <w:t>One particular convenience is the integration of the ‘YIKO’ voice control, setting it apart from others reliant on third-party virtual assistants like Amazon Alexa or Google Assistant. The onboard voice assistant enables direct communication with the device to undertake complex cleaning commands without needing the app.</w:t>
      </w:r>
      <w:r/>
    </w:p>
    <w:p>
      <w:r/>
      <w:r>
        <w:t>Overall, the Deebot X2 Omni is positioned as a comprehensive cleaning solution adaptable to a wide array of household conditions, thanks to its robust design and versatile features. Despite a few minor issues, which are characteristic of most tech devices on the market, it stands out in its ability to accommodate varied cleaning environments and demands.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https://www.techradar.com/homes/smart-home/robot-vacuums/ecovacs-deebot-x2-omni-review</w:t>
        </w:r>
      </w:hyperlink>
      <w:r>
        <w:t xml:space="preserve"> - Corroborates the square design and its ability to maneuver around tight spaces, as well as the device's robust suction power and obstacle avoidance features.</w:t>
      </w:r>
      <w:r/>
    </w:p>
    <w:p>
      <w:pPr>
        <w:pStyle w:val="ListNumber"/>
        <w:spacing w:line="240" w:lineRule="auto"/>
        <w:ind w:left="720"/>
      </w:pPr>
      <w:r/>
      <w:hyperlink r:id="rId11">
        <w:r>
          <w:rPr>
            <w:color w:val="0000EE"/>
            <w:u w:val="single"/>
          </w:rPr>
          <w:t>https://moderncastle.com/robot-vacuums/ecovacs-deebot-x2-omni-review/</w:t>
        </w:r>
      </w:hyperlink>
      <w:r>
        <w:t xml:space="preserve"> - Supports the device's ability to navigate complex layouts and multiple types of flooring, and its sophisticated artificial intelligence for obstacle avoidance.</w:t>
      </w:r>
      <w:r/>
    </w:p>
    <w:p>
      <w:pPr>
        <w:pStyle w:val="ListNumber"/>
        <w:spacing w:line="240" w:lineRule="auto"/>
        <w:ind w:left="720"/>
      </w:pPr>
      <w:r/>
      <w:hyperlink r:id="rId12">
        <w:r>
          <w:rPr>
            <w:color w:val="0000EE"/>
            <w:u w:val="single"/>
          </w:rPr>
          <w:t>https://gizmodo.com.au/2024/03/ecovacs-deebot-x2-omni-review/</w:t>
        </w:r>
      </w:hyperlink>
      <w:r>
        <w:t xml:space="preserve"> - Details the charging station's multi-functional capabilities, including emptying the dustbin and washing and drying the mop pads.</w:t>
      </w:r>
      <w:r/>
    </w:p>
    <w:p>
      <w:pPr>
        <w:pStyle w:val="ListNumber"/>
        <w:spacing w:line="240" w:lineRule="auto"/>
        <w:ind w:left="720"/>
      </w:pPr>
      <w:r/>
      <w:hyperlink r:id="rId10">
        <w:r>
          <w:rPr>
            <w:color w:val="0000EE"/>
            <w:u w:val="single"/>
          </w:rPr>
          <w:t>https://www.techradar.com/homes/smart-home/robot-vacuums/ecovacs-deebot-x2-omni-review</w:t>
        </w:r>
      </w:hyperlink>
      <w:r>
        <w:t xml:space="preserve"> - Discusses the navigational hiccups and software issues that may temporarily hamper the device's operation.</w:t>
      </w:r>
      <w:r/>
    </w:p>
    <w:p>
      <w:pPr>
        <w:pStyle w:val="ListNumber"/>
        <w:spacing w:line="240" w:lineRule="auto"/>
        <w:ind w:left="720"/>
      </w:pPr>
      <w:r/>
      <w:hyperlink r:id="rId13">
        <w:r>
          <w:rPr>
            <w:color w:val="0000EE"/>
            <w:u w:val="single"/>
          </w:rPr>
          <w:t>https://www.reddit.com/r/RobotVacuums/comments/1byekos/ecovacs_x2_omni_review/</w:t>
        </w:r>
      </w:hyperlink>
      <w:r>
        <w:t xml:space="preserve"> - Mentions user experiences with navigational issues and the need for remapping the device's navigation paths.</w:t>
      </w:r>
      <w:r/>
    </w:p>
    <w:p>
      <w:pPr>
        <w:pStyle w:val="ListNumber"/>
        <w:spacing w:line="240" w:lineRule="auto"/>
        <w:ind w:left="720"/>
      </w:pPr>
      <w:r/>
      <w:hyperlink r:id="rId12">
        <w:r>
          <w:rPr>
            <w:color w:val="0000EE"/>
            <w:u w:val="single"/>
          </w:rPr>
          <w:t>https://gizmodo.com.au/2024/03/ecovacs-deebot-x2-omni-review/</w:t>
        </w:r>
      </w:hyperlink>
      <w:r>
        <w:t xml:space="preserve"> - Highlights the device's integration with voice control and its ability to undertake complex cleaning commands without the app.</w:t>
      </w:r>
      <w:r/>
    </w:p>
    <w:p>
      <w:pPr>
        <w:pStyle w:val="ListNumber"/>
        <w:spacing w:line="240" w:lineRule="auto"/>
        <w:ind w:left="720"/>
      </w:pPr>
      <w:r/>
      <w:hyperlink r:id="rId11">
        <w:r>
          <w:rPr>
            <w:color w:val="0000EE"/>
            <w:u w:val="single"/>
          </w:rPr>
          <w:t>https://moderncastle.com/robot-vacuums/ecovacs-deebot-x2-omni-review/</w:t>
        </w:r>
      </w:hyperlink>
      <w:r>
        <w:t xml:space="preserve"> - Supports the device's robust design and versatile features, including its ability to adjust mopping pad height automatically when sensing carpets.</w:t>
      </w:r>
      <w:r/>
    </w:p>
    <w:p>
      <w:pPr>
        <w:pStyle w:val="ListNumber"/>
        <w:spacing w:line="240" w:lineRule="auto"/>
        <w:ind w:left="720"/>
      </w:pPr>
      <w:r/>
      <w:hyperlink r:id="rId10">
        <w:r>
          <w:rPr>
            <w:color w:val="0000EE"/>
            <w:u w:val="single"/>
          </w:rPr>
          <w:t>https://www.techradar.com/homes/smart-home/robot-vacuums/ecovacs-deebot-x2-omni-review</w:t>
        </w:r>
      </w:hyperlink>
      <w:r>
        <w:t xml:space="preserve"> - Details the maintenance requirements, such as maintaining the clean and dirty water tanks in the base.</w:t>
      </w:r>
      <w:r/>
    </w:p>
    <w:p>
      <w:pPr>
        <w:pStyle w:val="ListNumber"/>
        <w:spacing w:line="240" w:lineRule="auto"/>
        <w:ind w:left="720"/>
      </w:pPr>
      <w:r/>
      <w:hyperlink r:id="rId12">
        <w:r>
          <w:rPr>
            <w:color w:val="0000EE"/>
            <w:u w:val="single"/>
          </w:rPr>
          <w:t>https://gizmodo.com.au/2024/03/ecovacs-deebot-x2-omni-review/</w:t>
        </w:r>
      </w:hyperlink>
      <w:r>
        <w:t xml:space="preserve"> - Corroborates the device's ability to fully clean large areas on a single charge and its smart return-to-charge feature.</w:t>
      </w:r>
      <w:r/>
    </w:p>
    <w:p>
      <w:pPr>
        <w:pStyle w:val="ListNumber"/>
        <w:spacing w:line="240" w:lineRule="auto"/>
        <w:ind w:left="720"/>
      </w:pPr>
      <w:r/>
      <w:hyperlink r:id="rId14">
        <w:r>
          <w:rPr>
            <w:color w:val="0000EE"/>
            <w:u w:val="single"/>
          </w:rPr>
          <w:t>https://www.bestbuy.com/site/reviews/ecovacs-robotics-deebot-x2-omni-robot-vacuum-mop-with-self-cleaning-auto-empty-station-black/6557074</w:t>
        </w:r>
      </w:hyperlink>
      <w:r>
        <w:t xml:space="preserve"> - Supports the device's elegant design, superior build quality, and the convenience of its self-cleaning feature.</w:t>
      </w:r>
      <w:r/>
    </w:p>
    <w:p>
      <w:pPr>
        <w:pStyle w:val="ListNumber"/>
        <w:spacing w:line="240" w:lineRule="auto"/>
        <w:ind w:left="720"/>
      </w:pPr>
      <w:r/>
      <w:hyperlink r:id="rId11">
        <w:r>
          <w:rPr>
            <w:color w:val="0000EE"/>
            <w:u w:val="single"/>
          </w:rPr>
          <w:t>https://moderncastle.com/robot-vacuums/ecovacs-deebot-x2-omni-review/</w:t>
        </w:r>
      </w:hyperlink>
      <w:r>
        <w:t xml:space="preserve"> - Highlights the device's exceptional cleaning performance, including its ability to remove small and large debris effectively.</w:t>
      </w:r>
      <w:r/>
    </w:p>
    <w:p>
      <w:pPr>
        <w:pStyle w:val="ListNumber"/>
        <w:spacing w:line="240" w:lineRule="auto"/>
        <w:ind w:left="720"/>
      </w:pPr>
      <w:r/>
      <w:hyperlink r:id="rId15">
        <w:r>
          <w:rPr>
            <w:color w:val="0000EE"/>
            <w:u w:val="single"/>
          </w:rPr>
          <w:t>https://www.zdnet.com/home-and-office/kitchen-household/save-600-on-the-robot-vacuum-that-kept-my-floors-free-of-muddy-paw-prints-this-summer/#ftag=RSSbaffb68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homes/smart-home/robot-vacuums/ecovacs-deebot-x2-omni-review" TargetMode="External"/><Relationship Id="rId11" Type="http://schemas.openxmlformats.org/officeDocument/2006/relationships/hyperlink" Target="https://moderncastle.com/robot-vacuums/ecovacs-deebot-x2-omni-review/" TargetMode="External"/><Relationship Id="rId12" Type="http://schemas.openxmlformats.org/officeDocument/2006/relationships/hyperlink" Target="https://gizmodo.com.au/2024/03/ecovacs-deebot-x2-omni-review/" TargetMode="External"/><Relationship Id="rId13" Type="http://schemas.openxmlformats.org/officeDocument/2006/relationships/hyperlink" Target="https://www.reddit.com/r/RobotVacuums/comments/1byekos/ecovacs_x2_omni_review/" TargetMode="External"/><Relationship Id="rId14" Type="http://schemas.openxmlformats.org/officeDocument/2006/relationships/hyperlink" Target="https://www.bestbuy.com/site/reviews/ecovacs-robotics-deebot-x2-omni-robot-vacuum-mop-with-self-cleaning-auto-empty-station-black/6557074" TargetMode="External"/><Relationship Id="rId15" Type="http://schemas.openxmlformats.org/officeDocument/2006/relationships/hyperlink" Target="https://www.zdnet.com/home-and-office/kitchen-household/save-600-on-the-robot-vacuum-that-kept-my-floors-free-of-muddy-paw-prints-this-summer/#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