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Ex-Binance CEO raises alarm over deepfake scams in cryptocurrency sector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Ex-Binance CEO Raises Alarm Over Deepfake Scams in Cryptocurrency Sector</w:t>
      </w:r>
      <w:r/>
    </w:p>
    <w:p>
      <w:r/>
      <w:r>
        <w:t>Changpeng Zhao, the co-founder and former CEO of the major cryptocurrency exchange Binance, has cautioned the public and the cryptocurrency community about an increasing trend of deepfake videos. These videos are being created using advanced artificial intelligence technologies with the intention of scamming unsuspecting individuals into making false or fraudulent investments in cryptocurrencies.</w:t>
      </w:r>
      <w:r/>
    </w:p>
    <w:p>
      <w:r/>
      <w:r>
        <w:rPr>
          <w:b/>
        </w:rPr>
        <w:t>AI Impersonations Emerge as Rising Threat</w:t>
      </w:r>
      <w:r/>
    </w:p>
    <w:p>
      <w:r/>
      <w:r>
        <w:t>Zhao shared his concerns over social media about the growing threat of AI-facilitated impersonations and cyber fraud. This warning aligns with a broader trend of artificial intelligence scams affecting not only the crypto industry but also targeting figures outside of it, including Ripple CEO Brad Garlinghouse and notable celebrities such as Taylor Swift. These deepfake scams have the potential to mislead individuals into investing in perilous financial schemes, potentially leading to significant financial losses and the exposure of personal identities.</w:t>
      </w:r>
      <w:r/>
    </w:p>
    <w:p>
      <w:r/>
      <w:r>
        <w:rPr>
          <w:b/>
        </w:rPr>
        <w:t>Social Media Warning</w:t>
      </w:r>
      <w:r/>
    </w:p>
    <w:p>
      <w:r/>
      <w:r>
        <w:t>Posting on the platform X, Zhao specifically highlighted the circulation of deepfake videos of him on various social media channels. He urged the public to remain vigilant and exercise caution regarding scams linked to these fabricated videos. The urgency of Zhao's message underscores the necessity for enhanced awareness and education about artificial intelligence and its applications, particularly concerning its misuse in fraudulent operations.</w:t>
      </w:r>
      <w:r/>
    </w:p>
    <w:p>
      <w:r/>
      <w:r>
        <w:rPr>
          <w:b/>
        </w:rPr>
        <w:t>Zhao’s Return to the Blockchain Scene</w:t>
      </w:r>
      <w:r/>
    </w:p>
    <w:p>
      <w:r/>
      <w:r>
        <w:t>In a recent development, Zhao has disclosed his strategic intentions to reintegrate into the blockchain sector. He is slated to participate in Binance Blockchain Week, an event to be held in Dubai, marking his first major public engagement following a temporary retreat from his executive role. Zhao's absence was due to serving a four-month prison sentence after admitting to breaching U.S. regulations on money laundering within the operations of Binance.</w:t>
      </w:r>
      <w:r/>
    </w:p>
    <w:p>
      <w:r/>
      <w:r>
        <w:t>His return is significant, signalling a commitment to rekindling his leadership in blockchain innovation. Zhao's involvement suggests that under his guidance, Binance will persist in its endeavours in the research and development of blockchain technology. This comes even as the exchange navigates the complex landscape of regulatory challenges and aims to solidify its stature as a leading entity in the crypto industry.</w:t>
      </w:r>
      <w:r/>
    </w:p>
    <w:p>
      <w:r/>
      <w:r>
        <w:rPr>
          <w:b/>
        </w:rPr>
        <w:t>Challenges and Opportunities with AI in Blockchain</w:t>
      </w:r>
      <w:r/>
    </w:p>
    <w:p>
      <w:r/>
      <w:r>
        <w:t>The dual nature of AI's impact on the blockchain domain is evident. While AI can bolster the security and efficacy of blockchain technologies, it simultaneously poses new risks, as highlighted by the growing emergence of deepfake scams. Zhao's warning emphasises the ongoing need for responsible development and informed use of AI. As blockchain projects mature, achieving a balance between fostering innovation and ensuring security is crucial.</w:t>
      </w:r>
      <w:r/>
    </w:p>
    <w:p>
      <w:r/>
      <w:r>
        <w:t>Successful integration of AI in the industry has the potential to reshape sectors dramatically. However, unchecked exploitation of AI technologies can have severe repercussions, prompting calls for concerted efforts from developers and the broader community to mitigate such risks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https://www.thestreet.com/crypto/markets/binances-changpeng-cz-zhao-beware-ai-generated-deepfakes-peddling-crypto-scams</w:t>
        </w:r>
      </w:hyperlink>
      <w:r>
        <w:t xml:space="preserve"> - Corroborates the warning by Changpeng Zhao about AI-generated deepfakes peddling crypto scams.</w:t>
      </w:r>
      <w:r/>
    </w:p>
    <w:p>
      <w:pPr>
        <w:pStyle w:val="ListNumber"/>
        <w:spacing w:line="240" w:lineRule="auto"/>
        <w:ind w:left="720"/>
      </w:pPr>
      <w:r/>
      <w:hyperlink r:id="rId11">
        <w:r>
          <w:rPr>
            <w:color w:val="0000EE"/>
            <w:u w:val="single"/>
          </w:rPr>
          <w:t>https://www.binance.com/en/square/post/14797838384882</w:t>
        </w:r>
      </w:hyperlink>
      <w:r>
        <w:t xml:space="preserve"> - Supports the warning by Zhao about misused AI in deepfake creation and the need for responsible AI development.</w:t>
      </w:r>
      <w:r/>
    </w:p>
    <w:p>
      <w:pPr>
        <w:pStyle w:val="ListNumber"/>
        <w:spacing w:line="240" w:lineRule="auto"/>
        <w:ind w:left="720"/>
      </w:pPr>
      <w:r/>
      <w:hyperlink r:id="rId12">
        <w:r>
          <w:rPr>
            <w:color w:val="0000EE"/>
            <w:u w:val="single"/>
          </w:rPr>
          <w:t>https://www.mitrade.com/insights/news/live-news/article-3-407882-20241013</w:t>
        </w:r>
      </w:hyperlink>
      <w:r>
        <w:t xml:space="preserve"> - Details Zhao's warning about deepfake videos and the potential for fraud in cyberspace, including impacts on other figures like Ripple CEO Brad Garlinghouse and Taylor Swift.</w:t>
      </w:r>
      <w:r/>
    </w:p>
    <w:p>
      <w:pPr>
        <w:pStyle w:val="ListNumber"/>
        <w:spacing w:line="240" w:lineRule="auto"/>
        <w:ind w:left="720"/>
      </w:pPr>
      <w:r/>
      <w:hyperlink r:id="rId13">
        <w:r>
          <w:rPr>
            <w:color w:val="0000EE"/>
            <w:u w:val="single"/>
          </w:rPr>
          <w:t>https://coinmarketcap.com/community/articles/670a2d896dd7346ee70a8816/</w:t>
        </w:r>
      </w:hyperlink>
      <w:r>
        <w:t xml:space="preserve"> - Provides information on Zhao's warning about deepfake videos promoting unknown cryptocurrencies and the broader threat of AI scams.</w:t>
      </w:r>
      <w:r/>
    </w:p>
    <w:p>
      <w:pPr>
        <w:pStyle w:val="ListNumber"/>
        <w:spacing w:line="240" w:lineRule="auto"/>
        <w:ind w:left="720"/>
      </w:pPr>
      <w:r/>
      <w:hyperlink r:id="rId14">
        <w:r>
          <w:rPr>
            <w:color w:val="0000EE"/>
            <w:u w:val="single"/>
          </w:rPr>
          <w:t>https://u.today/crucial-warning-about-crypto-deepfakes-comes-from-cz-of-binance</w:t>
        </w:r>
      </w:hyperlink>
      <w:r>
        <w:t xml:space="preserve"> - Corroborates Zhao's social media post warning about deepfake videos of him and the need for vigilance against such scams.</w:t>
      </w:r>
      <w:r/>
    </w:p>
    <w:p>
      <w:pPr>
        <w:pStyle w:val="ListNumber"/>
        <w:spacing w:line="240" w:lineRule="auto"/>
        <w:ind w:left="720"/>
      </w:pPr>
      <w:r/>
      <w:hyperlink r:id="rId12">
        <w:r>
          <w:rPr>
            <w:color w:val="0000EE"/>
            <w:u w:val="single"/>
          </w:rPr>
          <w:t>https://www.mitrade.com/insights/news/live-news/article-3-407882-20241013</w:t>
        </w:r>
      </w:hyperlink>
      <w:r>
        <w:t xml:space="preserve"> - Explains Zhao's return to the blockchain scene, including his participation in Binance Blockchain Week in Dubai after serving a prison sentence.</w:t>
      </w:r>
      <w:r/>
    </w:p>
    <w:p>
      <w:pPr>
        <w:pStyle w:val="ListNumber"/>
        <w:spacing w:line="240" w:lineRule="auto"/>
        <w:ind w:left="720"/>
      </w:pPr>
      <w:r/>
      <w:hyperlink r:id="rId14">
        <w:r>
          <w:rPr>
            <w:color w:val="0000EE"/>
            <w:u w:val="single"/>
          </w:rPr>
          <w:t>https://u.today/crucial-warning-about-crypto-deepfakes-comes-from-cz-of-binance</w:t>
        </w:r>
      </w:hyperlink>
      <w:r>
        <w:t xml:space="preserve"> - Details Zhao's prison sentence and his subsequent return to the blockchain sector, highlighting his commitment to innovation and leadership.</w:t>
      </w:r>
      <w:r/>
    </w:p>
    <w:p>
      <w:pPr>
        <w:pStyle w:val="ListNumber"/>
        <w:spacing w:line="240" w:lineRule="auto"/>
        <w:ind w:left="720"/>
      </w:pPr>
      <w:r/>
      <w:hyperlink r:id="rId10">
        <w:r>
          <w:rPr>
            <w:color w:val="0000EE"/>
            <w:u w:val="single"/>
          </w:rPr>
          <w:t>https://www.thestreet.com/crypto/markets/binances-changpeng-cz-zhao-beware-ai-generated-deepfakes-peddling-crypto-scams</w:t>
        </w:r>
      </w:hyperlink>
      <w:r>
        <w:t xml:space="preserve"> - Discusses the dual impact of AI on blockchain, including both benefits and risks, as emphasized by Zhao's warning.</w:t>
      </w:r>
      <w:r/>
    </w:p>
    <w:p>
      <w:pPr>
        <w:pStyle w:val="ListNumber"/>
        <w:spacing w:line="240" w:lineRule="auto"/>
        <w:ind w:left="720"/>
      </w:pPr>
      <w:r/>
      <w:hyperlink r:id="rId12">
        <w:r>
          <w:rPr>
            <w:color w:val="0000EE"/>
            <w:u w:val="single"/>
          </w:rPr>
          <w:t>https://www.mitrade.com/insights/news/live-news/article-3-407882-20241013</w:t>
        </w:r>
      </w:hyperlink>
      <w:r>
        <w:t xml:space="preserve"> - Highlights the need for a balance between innovation and security in blockchain projects and the potential consequences of unchecked AI misuse.</w:t>
      </w:r>
      <w:r/>
    </w:p>
    <w:p>
      <w:pPr>
        <w:pStyle w:val="ListNumber"/>
        <w:spacing w:line="240" w:lineRule="auto"/>
        <w:ind w:left="720"/>
      </w:pPr>
      <w:r/>
      <w:hyperlink r:id="rId11">
        <w:r>
          <w:rPr>
            <w:color w:val="0000EE"/>
            <w:u w:val="single"/>
          </w:rPr>
          <w:t>https://www.binance.com/en/square/post/14797838384882</w:t>
        </w:r>
      </w:hyperlink>
      <w:r>
        <w:t xml:space="preserve"> - Supports the importance of responsible AI development and education within the crypto community to mitigate risks associated with AI misuse.</w:t>
      </w:r>
      <w:r/>
    </w:p>
    <w:p>
      <w:pPr>
        <w:pStyle w:val="ListNumber"/>
        <w:spacing w:line="240" w:lineRule="auto"/>
        <w:ind w:left="720"/>
      </w:pPr>
      <w:r/>
      <w:hyperlink r:id="rId14">
        <w:r>
          <w:rPr>
            <w:color w:val="0000EE"/>
            <w:u w:val="single"/>
          </w:rPr>
          <w:t>https://u.today/crucial-warning-about-crypto-deepfakes-comes-from-cz-of-binance</w:t>
        </w:r>
      </w:hyperlink>
      <w:r>
        <w:t xml:space="preserve"> - Corroborates the broader trend of AI scams affecting various figures and the necessity for enhanced awareness and education about AI.</w:t>
      </w:r>
      <w:r/>
    </w:p>
    <w:p>
      <w:pPr>
        <w:pStyle w:val="ListNumber"/>
        <w:spacing w:line="240" w:lineRule="auto"/>
        <w:ind w:left="720"/>
      </w:pPr>
      <w:r/>
      <w:hyperlink r:id="rId15">
        <w:r>
          <w:rPr>
            <w:color w:val="0000EE"/>
            <w:u w:val="single"/>
          </w:rPr>
          <w:t>https://bitcoinist.com/cz-drops-major-ai-warning-what-binances-founder-wants-you-to-know/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treet.com/crypto/markets/binances-changpeng-cz-zhao-beware-ai-generated-deepfakes-peddling-crypto-scams" TargetMode="External"/><Relationship Id="rId11" Type="http://schemas.openxmlformats.org/officeDocument/2006/relationships/hyperlink" Target="https://www.binance.com/en/square/post/14797838384882" TargetMode="External"/><Relationship Id="rId12" Type="http://schemas.openxmlformats.org/officeDocument/2006/relationships/hyperlink" Target="https://www.mitrade.com/insights/news/live-news/article-3-407882-20241013" TargetMode="External"/><Relationship Id="rId13" Type="http://schemas.openxmlformats.org/officeDocument/2006/relationships/hyperlink" Target="https://coinmarketcap.com/community/articles/670a2d896dd7346ee70a8816/" TargetMode="External"/><Relationship Id="rId14" Type="http://schemas.openxmlformats.org/officeDocument/2006/relationships/hyperlink" Target="https://u.today/crucial-warning-about-crypto-deepfakes-comes-from-cz-of-binance" TargetMode="External"/><Relationship Id="rId15" Type="http://schemas.openxmlformats.org/officeDocument/2006/relationships/hyperlink" Target="https://bitcoinist.com/cz-drops-major-ai-warning-what-binances-founder-wants-you-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