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explore AI advancements in fleet management at upcoming seminar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Experts Explore AI Advancements in Fleet Management at Upcoming Seminar</w:t>
      </w:r>
      <w:r/>
    </w:p>
    <w:p>
      <w:r/>
      <w:r>
        <w:t>The ever-evolving landscape of artificial intelligence (AI) is poised to bring transformative changes to fleet management, and industry leaders are gearing up to discuss these advancements. The forthcoming seminar titled "Harnessing AI Productivity for Your Fleet" is set to serve as a knowledge-sharing platform where experts will dissect the potential of AI in enhancing fleet operations.</w:t>
      </w:r>
      <w:r/>
    </w:p>
    <w:p>
      <w:r/>
      <w:r>
        <w:t>Hosted by Merchants Fleet in collaboration with Geotab, the event is designed to guide fleets through the integration of AI technologies. The session is anticipated to provide attendees with strategic insights into how AI can effectively reduce operational costs, minimise downtime, and elevate both safety and efficiency within fleet operations.</w:t>
      </w:r>
      <w:r/>
    </w:p>
    <w:p>
      <w:r/>
      <w:r>
        <w:t>During the seminar, professionals from Merchants Fleet will share their expertise on how AI is reshaping fleet management protocols. In conjunction, Geotab, known for its telematics solutions, will contribute their innovative perspectives on leveraging AI for data-driven fleet operations.</w:t>
      </w:r>
      <w:r/>
    </w:p>
    <w:p>
      <w:r/>
      <w:r>
        <w:t>In a notable addition to the lineup, representatives from Taft Electric will discuss their practical experience with AI applications in their own fleet management system. This segment aims to provide real-world insights and best practices on the implementation of AI technologies, offering valuable learning opportunities for participants considering similar endeavours.</w:t>
      </w:r>
      <w:r/>
    </w:p>
    <w:p>
      <w:r/>
      <w:r>
        <w:t xml:space="preserve">The event promises to be an informative gathering for fleet managers seeking to optimise their systems by adopting AI technologies. By featuring seasoned professionals across various facets of the industry, the seminar provides a unique chance to understand the intricacies of AI integration and its impact on fleet productivity. </w:t>
      </w:r>
      <w:r/>
    </w:p>
    <w:p>
      <w:r/>
      <w:r>
        <w:t>Attendees can expect an in-depth exploration of AI's role in fleet operations, with a focus on practical advice and future trends. This seminar represents an opportunity to gain a competitive edge in the fleet management sector as AI continues to shape the future of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https://itfgroup.com/the-potential-of-ai-integration-in-fleet-management-itf-group-ll/</w:t>
        </w:r>
      </w:hyperlink>
      <w:r>
        <w:t xml:space="preserve"> - Corroborates the potential of AI in enhancing fleet operations, including reducing operational costs, minimizing downtime, and elevating safety and efficiency.</w:t>
      </w:r>
      <w:r/>
    </w:p>
    <w:p>
      <w:pPr>
        <w:pStyle w:val="ListNumber"/>
        <w:spacing w:line="240" w:lineRule="auto"/>
        <w:ind w:left="720"/>
      </w:pPr>
      <w:r/>
      <w:hyperlink r:id="rId11">
        <w:r>
          <w:rPr>
            <w:color w:val="0000EE"/>
            <w:u w:val="single"/>
          </w:rPr>
          <w:t>https://www.geotab.com/blog/ai-fleet-management-efficiency-safety/</w:t>
        </w:r>
      </w:hyperlink>
      <w:r>
        <w:t xml:space="preserve"> - Supports the integration of AI technologies in fleet management to reduce costs, improve safety, and enhance efficiency, aligning with Geotab's contributions to the seminar.</w:t>
      </w:r>
      <w:r/>
    </w:p>
    <w:p>
      <w:pPr>
        <w:pStyle w:val="ListNumber"/>
        <w:spacing w:line="240" w:lineRule="auto"/>
        <w:ind w:left="720"/>
      </w:pPr>
      <w:r/>
      <w:hyperlink r:id="rId12">
        <w:r>
          <w:rPr>
            <w:color w:val="0000EE"/>
            <w:u w:val="single"/>
          </w:rPr>
          <w:t>https://facilityexecutive.com/fleet-management-tapping-into-the-power-of-ai/</w:t>
        </w:r>
      </w:hyperlink>
      <w:r>
        <w:t xml:space="preserve"> - Provides insights into the transformative power of AI in fleet management, including predictive maintenance, route optimization, and driver behavior monitoring, which are likely topics at the seminar.</w:t>
      </w:r>
      <w:r/>
    </w:p>
    <w:p>
      <w:pPr>
        <w:pStyle w:val="ListNumber"/>
        <w:spacing w:line="240" w:lineRule="auto"/>
        <w:ind w:left="720"/>
      </w:pPr>
      <w:r/>
      <w:hyperlink r:id="rId13">
        <w:r>
          <w:rPr>
            <w:color w:val="0000EE"/>
            <w:u w:val="single"/>
          </w:rPr>
          <w:t>https://heavyvehicleinspection.com/blog/post/ai-transforming-fleet-management</w:t>
        </w:r>
      </w:hyperlink>
      <w:r>
        <w:t xml:space="preserve"> - Highlights how AI has significantly reduced operational costs, streamlined decision-making, and enhanced efficiency in fleet management, aligning with the seminar's focus on practical advice and future trends.</w:t>
      </w:r>
      <w:r/>
    </w:p>
    <w:p>
      <w:pPr>
        <w:pStyle w:val="ListNumber"/>
        <w:spacing w:line="240" w:lineRule="auto"/>
        <w:ind w:left="720"/>
      </w:pPr>
      <w:r/>
      <w:hyperlink r:id="rId14">
        <w:r>
          <w:rPr>
            <w:color w:val="0000EE"/>
            <w:u w:val="single"/>
          </w:rPr>
          <w:t>https://completeaitraining.com/blog/the-future-of-fleet-management-ai-with-the-right-resources-89669bcffa86/</w:t>
        </w:r>
      </w:hyperlink>
      <w:r>
        <w:t xml:space="preserve"> - Discusses the future of fleet management with AI, emphasizing the need for structured learning and practical tools, which is relevant to the seminar's goal of providing strategic insights.</w:t>
      </w:r>
      <w:r/>
    </w:p>
    <w:p>
      <w:pPr>
        <w:pStyle w:val="ListNumber"/>
        <w:spacing w:line="240" w:lineRule="auto"/>
        <w:ind w:left="720"/>
      </w:pPr>
      <w:r/>
      <w:hyperlink r:id="rId10">
        <w:r>
          <w:rPr>
            <w:color w:val="0000EE"/>
            <w:u w:val="single"/>
          </w:rPr>
          <w:t>https://itfgroup.com/the-potential-of-ai-integration-in-fleet-management-itf-group-ll/</w:t>
        </w:r>
      </w:hyperlink>
      <w:r>
        <w:t xml:space="preserve"> - Explains how AI can predict potential hazards and suggest preventive measures, enhancing safety protocols, a key aspect of the seminar's discussions.</w:t>
      </w:r>
      <w:r/>
    </w:p>
    <w:p>
      <w:pPr>
        <w:pStyle w:val="ListNumber"/>
        <w:spacing w:line="240" w:lineRule="auto"/>
        <w:ind w:left="720"/>
      </w:pPr>
      <w:r/>
      <w:hyperlink r:id="rId11">
        <w:r>
          <w:rPr>
            <w:color w:val="0000EE"/>
            <w:u w:val="single"/>
          </w:rPr>
          <w:t>https://www.geotab.com/blog/ai-fleet-management-efficiency-safety/</w:t>
        </w:r>
      </w:hyperlink>
      <w:r>
        <w:t xml:space="preserve"> - Details AI-powered route optimization and its impact on fuel and time savings, which is a critical area of focus for optimizing fleet operations.</w:t>
      </w:r>
      <w:r/>
    </w:p>
    <w:p>
      <w:pPr>
        <w:pStyle w:val="ListNumber"/>
        <w:spacing w:line="240" w:lineRule="auto"/>
        <w:ind w:left="720"/>
      </w:pPr>
      <w:r/>
      <w:hyperlink r:id="rId12">
        <w:r>
          <w:rPr>
            <w:color w:val="0000EE"/>
            <w:u w:val="single"/>
          </w:rPr>
          <w:t>https://facilityexecutive.com/fleet-management-tapping-into-the-power-of-ai/</w:t>
        </w:r>
      </w:hyperlink>
      <w:r>
        <w:t xml:space="preserve"> - Emphasizes the importance of data in AI-driven fleet management, aligning with the seminar's focus on data-driven fleet operations.</w:t>
      </w:r>
      <w:r/>
    </w:p>
    <w:p>
      <w:pPr>
        <w:pStyle w:val="ListNumber"/>
        <w:spacing w:line="240" w:lineRule="auto"/>
        <w:ind w:left="720"/>
      </w:pPr>
      <w:r/>
      <w:hyperlink r:id="rId13">
        <w:r>
          <w:rPr>
            <w:color w:val="0000EE"/>
            <w:u w:val="single"/>
          </w:rPr>
          <w:t>https://heavyvehicleinspection.com/blog/post/ai-transforming-fleet-management</w:t>
        </w:r>
      </w:hyperlink>
      <w:r>
        <w:t xml:space="preserve"> - Discusses the role of AI in predictive maintenance, reducing downtime and costs, a key benefit that will be explored during the seminar.</w:t>
      </w:r>
      <w:r/>
    </w:p>
    <w:p>
      <w:pPr>
        <w:pStyle w:val="ListNumber"/>
        <w:spacing w:line="240" w:lineRule="auto"/>
        <w:ind w:left="720"/>
      </w:pPr>
      <w:r/>
      <w:hyperlink r:id="rId14">
        <w:r>
          <w:rPr>
            <w:color w:val="0000EE"/>
            <w:u w:val="single"/>
          </w:rPr>
          <w:t>https://completeaitraining.com/blog/the-future-of-fleet-management-ai-with-the-right-resources-89669bcffa86/</w:t>
        </w:r>
      </w:hyperlink>
      <w:r>
        <w:t xml:space="preserve"> - Highlights the necessity of AI in future fleet management, including its impact on efficiency, safety, and sustainability, which are central themes of the seminar.</w:t>
      </w:r>
      <w:r/>
    </w:p>
    <w:p>
      <w:pPr>
        <w:pStyle w:val="ListNumber"/>
        <w:spacing w:line="240" w:lineRule="auto"/>
        <w:ind w:left="720"/>
      </w:pPr>
      <w:r/>
      <w:hyperlink r:id="rId11">
        <w:r>
          <w:rPr>
            <w:color w:val="0000EE"/>
            <w:u w:val="single"/>
          </w:rPr>
          <w:t>https://www.geotab.com/blog/ai-fleet-management-efficiency-safety/</w:t>
        </w:r>
      </w:hyperlink>
      <w:r>
        <w:t xml:space="preserve"> - Explains how AI can improve driver safety by monitoring and analyzing driving patterns, a topic that will be covered by experts during the seminar.</w:t>
      </w:r>
      <w:r/>
    </w:p>
    <w:p>
      <w:pPr>
        <w:pStyle w:val="ListNumber"/>
        <w:spacing w:line="240" w:lineRule="auto"/>
        <w:ind w:left="720"/>
      </w:pPr>
      <w:r/>
      <w:hyperlink r:id="rId15">
        <w:r>
          <w:rPr>
            <w:color w:val="0000EE"/>
            <w:u w:val="single"/>
          </w:rPr>
          <w:t>https://www.automotive-fleet.com/webinars/harnessing-ai-productivity-for-your-fleet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fgroup.com/the-potential-of-ai-integration-in-fleet-management-itf-group-ll/" TargetMode="External"/><Relationship Id="rId11" Type="http://schemas.openxmlformats.org/officeDocument/2006/relationships/hyperlink" Target="https://www.geotab.com/blog/ai-fleet-management-efficiency-safety/" TargetMode="External"/><Relationship Id="rId12" Type="http://schemas.openxmlformats.org/officeDocument/2006/relationships/hyperlink" Target="https://facilityexecutive.com/fleet-management-tapping-into-the-power-of-ai/" TargetMode="External"/><Relationship Id="rId13" Type="http://schemas.openxmlformats.org/officeDocument/2006/relationships/hyperlink" Target="https://heavyvehicleinspection.com/blog/post/ai-transforming-fleet-management" TargetMode="External"/><Relationship Id="rId14" Type="http://schemas.openxmlformats.org/officeDocument/2006/relationships/hyperlink" Target="https://completeaitraining.com/blog/the-future-of-fleet-management-ai-with-the-right-resources-89669bcffa86/" TargetMode="External"/><Relationship Id="rId15" Type="http://schemas.openxmlformats.org/officeDocument/2006/relationships/hyperlink" Target="https://www.automotive-fleet.com/webinars/harnessing-ai-productivity-for-your-fle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