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the future of digital payments: A groundbreaking study by Pritam Bhattacherjee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Pritam Bhattacherjee, a seasoned Fintech Digital Product Researcher based in Bangalore, has embarked on a groundbreaking study titled “Exploring the Influence of Market Trends on the Evolution of Digital Payments.” Hosted by the Swiss School of Management in Rome, Italy, this research delves deeply into the future of digital payments, focusing on the transformative roles of cryptocurrencies and artificial intelligence (AI). </w:t>
      </w:r>
      <w:r/>
    </w:p>
    <w:p>
      <w:r/>
      <w:r>
        <w:t>Bhattacherjee's study explores how these innovations are set to redefine the digital payment landscape, impacting consumer behaviour, operational efficiencies, and transaction security. Through comprehensive interviews with industry experts alongside a synthesis of existing literature, the research aims to furnish strategic insights to help payment platforms integrate and optimize these technologies effectively.</w:t>
      </w:r>
      <w:r/>
    </w:p>
    <w:p>
      <w:r/>
      <w:r>
        <w:t>According to Bhattacherjee, the digital payment sphere is undergoing a significant transformation with the increasing integration of cryptocurrencies and AI. He underscores the associated challenges, particularly around security, regulatory compliance, and consumer trust, as being substantial but surmountable. "I'm investigating these risks: from algorithmic biases introduced by AI to legal uncertainties of cryptocurrencies," he notes, aiming to develop solutions that align with the needs of both consumers and financial institutions.</w:t>
      </w:r>
      <w:r/>
    </w:p>
    <w:p>
      <w:r/>
      <w:r>
        <w:t>This research not only addresses critical questions regarding the long-term implications of these technologies for financial stability and regulatory frameworks but also offers a blueprint for the adoption of such innovations. It serves as a valuable resource for financial institutions, policymakers, fintech innovators, and consumers alike, helping them understand and navigate the challenges and opportunities these technologies present.</w:t>
      </w:r>
      <w:r/>
    </w:p>
    <w:p>
      <w:r/>
      <w:r>
        <w:t>One of the pressing challenges identified by Bhattacherjee is the difficulty financial institutions face in incorporating new technologies without disrupting existing infrastructures. Meanwhile, consumers are often left grappling with the complexities of these innovations, leading to mistrust and hesitancy.</w:t>
      </w:r>
      <w:r/>
    </w:p>
    <w:p>
      <w:r/>
      <w:r>
        <w:t>Bhattacherjee, whose career as a Digital Product Manager spans over 17 years, is driven by a dedication to advancing digital payment methods. His research is poised to impact the fintech landscape significantly, providing data-driven insights into how cryptocurrencies and AI can be securely and efficiently integrated into global financial ecosystems.</w:t>
      </w:r>
      <w:r/>
    </w:p>
    <w:p>
      <w:r/>
      <w:r>
        <w:t>The study arrives at a pivotal moment as digital finance becomes increasingly prevalent, and its findings are expected to hold wide-reaching implications for future financial strategies. With cryptocurrencies gaining global traction and AI technologies advancing rapidly, Bhattacherjee’s work may guide the development of more secure, efficient, and innovative digital payment solutions.</w:t>
      </w:r>
      <w:r/>
    </w:p>
    <w:p>
      <w:r/>
      <w:r>
        <w:t>Currently pursuing a Doctorate in Business Administration with a focus on digital FinTech products, Bhattacherjee blends academic rigor with practical experience to push the boundaries of what's possible in the digital finance sector. His expertise and commitment to staying ahead of industry trends ensure that his insights will be invaluable for the future development of digital payment systems.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https://techbullion.com/fintech-digital-product-researcher-pritam-bhattacherjee-explores-the-impact-of-cryptocurrencies-and-ai-on-digital-payments-in-groundbreaking-study/</w:t>
        </w:r>
      </w:hyperlink>
      <w:r>
        <w:t xml:space="preserve"> - Corroborates Pritam Bhattacherjee's study on the influence of cryptocurrencies and AI on digital payments, hosted by the Swiss School of Management in Rome, Italy.</w:t>
      </w:r>
      <w:r/>
    </w:p>
    <w:p>
      <w:pPr>
        <w:pStyle w:val="ListNumber"/>
        <w:spacing w:line="240" w:lineRule="auto"/>
        <w:ind w:left="720"/>
      </w:pPr>
      <w:r/>
      <w:hyperlink r:id="rId10">
        <w:r>
          <w:rPr>
            <w:color w:val="0000EE"/>
            <w:u w:val="single"/>
          </w:rPr>
          <w:t>https://techbullion.com/fintech-digital-product-researcher-pritam-bhattacherjee-explores-the-impact-of-cryptocurrencies-and-ai-on-digital-payments-in-groundbreaking-study/</w:t>
        </w:r>
      </w:hyperlink>
      <w:r>
        <w:t xml:space="preserve"> - Details how the study explores the impact on consumer behavior, operational efficiencies, and transaction security through interviews and existing research.</w:t>
      </w:r>
      <w:r/>
    </w:p>
    <w:p>
      <w:pPr>
        <w:pStyle w:val="ListNumber"/>
        <w:spacing w:line="240" w:lineRule="auto"/>
        <w:ind w:left="720"/>
      </w:pPr>
      <w:r/>
      <w:hyperlink r:id="rId10">
        <w:r>
          <w:rPr>
            <w:color w:val="0000EE"/>
            <w:u w:val="single"/>
          </w:rPr>
          <w:t>https://techbullion.com/fintech-digital-product-researcher-pritam-bhattacherjee-explores-the-impact-of-cryptocurrencies-and-ai-on-digital-payments-in-groundbreaking-study/</w:t>
        </w:r>
      </w:hyperlink>
      <w:r>
        <w:t xml:space="preserve"> - Highlights the challenges of security, regulatory compliance, and consumer trust associated with the integration of cryptocurrencies and AI.</w:t>
      </w:r>
      <w:r/>
    </w:p>
    <w:p>
      <w:pPr>
        <w:pStyle w:val="ListNumber"/>
        <w:spacing w:line="240" w:lineRule="auto"/>
        <w:ind w:left="720"/>
      </w:pPr>
      <w:r/>
      <w:hyperlink r:id="rId10">
        <w:r>
          <w:rPr>
            <w:color w:val="0000EE"/>
            <w:u w:val="single"/>
          </w:rPr>
          <w:t>https://techbullion.com/fintech-digital-product-researcher-pritam-bhattacherjee-explores-the-impact-of-cryptocurrencies-and-ai-on-digital-payments-in-groundbreaking-study/</w:t>
        </w:r>
      </w:hyperlink>
      <w:r>
        <w:t xml:space="preserve"> - Explains Bhattacherjee's investigation into risks such as algorithmic biases and legal uncertainties, aiming to develop aligned solutions.</w:t>
      </w:r>
      <w:r/>
    </w:p>
    <w:p>
      <w:pPr>
        <w:pStyle w:val="ListNumber"/>
        <w:spacing w:line="240" w:lineRule="auto"/>
        <w:ind w:left="720"/>
      </w:pPr>
      <w:r/>
      <w:hyperlink r:id="rId10">
        <w:r>
          <w:rPr>
            <w:color w:val="0000EE"/>
            <w:u w:val="single"/>
          </w:rPr>
          <w:t>https://techbullion.com/fintech-digital-product-researcher-pritam-bhattacherjee-explores-the-impact-of-cryptocurrencies-and-ai-on-digital-payments-in-groundbreaking-study/</w:t>
        </w:r>
      </w:hyperlink>
      <w:r>
        <w:t xml:space="preserve"> - Discusses the study's role in addressing long-term implications for financial stability and regulatory frameworks, and its blueprint for adoption.</w:t>
      </w:r>
      <w:r/>
    </w:p>
    <w:p>
      <w:pPr>
        <w:pStyle w:val="ListNumber"/>
        <w:spacing w:line="240" w:lineRule="auto"/>
        <w:ind w:left="720"/>
      </w:pPr>
      <w:r/>
      <w:hyperlink r:id="rId10">
        <w:r>
          <w:rPr>
            <w:color w:val="0000EE"/>
            <w:u w:val="single"/>
          </w:rPr>
          <w:t>https://techbullion.com/fintech-digital-product-researcher-pritam-bhattacherjee-explores-the-impact-of-cryptocurrencies-and-ai-on-digital-payments-in-groundbreaking-study/</w:t>
        </w:r>
      </w:hyperlink>
      <w:r>
        <w:t xml:space="preserve"> - Mentions the challenges faced by financial institutions in incorporating new technologies without disrupting existing infrastructures and consumer mistrust.</w:t>
      </w:r>
      <w:r/>
    </w:p>
    <w:p>
      <w:pPr>
        <w:pStyle w:val="ListNumber"/>
        <w:spacing w:line="240" w:lineRule="auto"/>
        <w:ind w:left="720"/>
      </w:pPr>
      <w:r/>
      <w:hyperlink r:id="rId11">
        <w:r>
          <w:rPr>
            <w:color w:val="0000EE"/>
            <w:u w:val="single"/>
          </w:rPr>
          <w:t>https://www.ijfmr.com/research-paper.php?id=28288</w:t>
        </w:r>
      </w:hyperlink>
      <w:r>
        <w:t xml:space="preserve"> - Provides the title and details of Bhattacherjee's research paper, 'Exploring the Influence of Market Trends on the Evolution of Digital Payments'.</w:t>
      </w:r>
      <w:r/>
    </w:p>
    <w:p>
      <w:pPr>
        <w:pStyle w:val="ListNumber"/>
        <w:spacing w:line="240" w:lineRule="auto"/>
        <w:ind w:left="720"/>
      </w:pPr>
      <w:r/>
      <w:hyperlink r:id="rId12">
        <w:r>
          <w:rPr>
            <w:color w:val="0000EE"/>
            <w:u w:val="single"/>
          </w:rPr>
          <w:t>https://www.livarava.com/technology/p/16393983</w:t>
        </w:r>
      </w:hyperlink>
      <w:r>
        <w:t xml:space="preserve"> - Supports the transformative impact of Bhattacherjee's research on cryptocurrencies and AI in the fintech industry.</w:t>
      </w:r>
      <w:r/>
    </w:p>
    <w:p>
      <w:pPr>
        <w:pStyle w:val="ListNumber"/>
        <w:spacing w:line="240" w:lineRule="auto"/>
        <w:ind w:left="720"/>
      </w:pPr>
      <w:r/>
      <w:hyperlink r:id="rId10">
        <w:r>
          <w:rPr>
            <w:color w:val="0000EE"/>
            <w:u w:val="single"/>
          </w:rPr>
          <w:t>https://techbullion.com/fintech-digital-product-researcher-pritam-bhattacherjee-explores-the-impact-of-cryptocurrencies-and-ai-on-digital-payments-in-groundbreaking-study/</w:t>
        </w:r>
      </w:hyperlink>
      <w:r>
        <w:t xml:space="preserve"> - Highlights Bhattacherjee's career as a Digital Product Manager and his dedication to advancing digital payment methods.</w:t>
      </w:r>
      <w:r/>
    </w:p>
    <w:p>
      <w:pPr>
        <w:pStyle w:val="ListNumber"/>
        <w:spacing w:line="240" w:lineRule="auto"/>
        <w:ind w:left="720"/>
      </w:pPr>
      <w:r/>
      <w:hyperlink r:id="rId10">
        <w:r>
          <w:rPr>
            <w:color w:val="0000EE"/>
            <w:u w:val="single"/>
          </w:rPr>
          <w:t>https://techbullion.com/fintech-digital-product-researcher-pritam-bhattacherjee-explores-the-impact-of-cryptocurrencies-and-ai-on-digital-payments-in-groundbreaking-study/</w:t>
        </w:r>
      </w:hyperlink>
      <w:r>
        <w:t xml:space="preserve"> - Mentions Bhattacherjee's pursuit of a Doctorate in Business Administration and his blend of academic rigor with practical experience.</w:t>
      </w:r>
      <w:r/>
    </w:p>
    <w:p>
      <w:pPr>
        <w:pStyle w:val="ListNumber"/>
        <w:spacing w:line="240" w:lineRule="auto"/>
        <w:ind w:left="720"/>
      </w:pPr>
      <w:r/>
      <w:hyperlink r:id="rId12">
        <w:r>
          <w:rPr>
            <w:color w:val="0000EE"/>
            <w:u w:val="single"/>
          </w:rPr>
          <w:t>https://www.livarava.com/technology/p/16393983</w:t>
        </w:r>
      </w:hyperlink>
      <w:r>
        <w:t xml:space="preserve"> - Corroborates the timing and significance of Bhattacherjee’s research as digital finance and AI technologies advance globally.</w:t>
      </w:r>
      <w:r/>
    </w:p>
    <w:p>
      <w:pPr>
        <w:pStyle w:val="ListNumber"/>
        <w:spacing w:line="240" w:lineRule="auto"/>
        <w:ind w:left="720"/>
      </w:pPr>
      <w:r/>
      <w:hyperlink r:id="rId10">
        <w:r>
          <w:rPr>
            <w:color w:val="0000EE"/>
            <w:u w:val="single"/>
          </w:rPr>
          <w:t>https://techbullion.com/fintech-digital-product-researcher-pritam-bhattacherjee-explores-the-impact-of-cryptocurrencies-and-ai-on-digital-payments-in-groundbreaking-study/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bullion.com/fintech-digital-product-researcher-pritam-bhattacherjee-explores-the-impact-of-cryptocurrencies-and-ai-on-digital-payments-in-groundbreaking-study/" TargetMode="External"/><Relationship Id="rId11" Type="http://schemas.openxmlformats.org/officeDocument/2006/relationships/hyperlink" Target="https://www.ijfmr.com/research-paper.php?id=28288" TargetMode="External"/><Relationship Id="rId12" Type="http://schemas.openxmlformats.org/officeDocument/2006/relationships/hyperlink" Target="https://www.livarava.com/technology/p/1639398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