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impact of artificial intelligence voice agents on human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months, a new technological frontier has garnered significant attention for its potential to transform the way people communicate — artificial intelligence-driven voice agents. A journalist and podcast host, Evan Ratliff, has been at the forefront of this exploration with his podcast "Shell Game". The podcast delves into the intriguing dynamics and social implications of using A.I.-generated voice clones to interact with people.</w:t>
      </w:r>
      <w:r/>
    </w:p>
    <w:p>
      <w:r/>
      <w:r>
        <w:t>Earlier this year, Ratliff engaged in a fascinating social experiment by creating a professional-grade artificial intelligence clone of his own voice. This sophisticated voice bot, powered by ChatGPT, could be attached to his phone number with remarkable ease and efficiency, requiring less than an hour for setup. Taking this technological marvel out into the world, Ratliff sought to observe how both familiar and unfamiliar individuals would react to an interaction that was both familiar and unsettlingly foreign.</w:t>
      </w:r>
      <w:r/>
    </w:p>
    <w:p>
      <w:r/>
      <w:r>
        <w:t>One of the salient interactions unfolded during a conversation with his long-time friend Warren. As the duo, located on opposite coasts of the United States, geared up to watch a soccer match together albeit remotely, Warren noticed oddities in Ratliff's speech patterns. When Warren remarked, “You’re speaking in these bite-size chunks that make it sound like maybe this is an A.I. conversation,” his instincts were spot-on. The voice on the other end was indeed a crafted, synthetic version of Ratliff himself.</w:t>
      </w:r>
      <w:r/>
    </w:p>
    <w:p>
      <w:r/>
      <w:r>
        <w:t>This revelation brings to light the transformative effect that A.I. voice agents could have on human communication. They present new questions about trust, expectation, and the fundamental nature of interactions. Today, A.I. voice technology is not merely a futuristic vision; it is actively employed across various sectors, including in customer service as telemarketers and in the hospitality industry, streamlining the ordering processes at fast-food drive-throughs. More provocatively, A.I. voices have also been designed to function in roles that traditionally depend on human empathy and nuance, such as therapists and podcast hosts.</w:t>
      </w:r>
      <w:r/>
    </w:p>
    <w:p>
      <w:r/>
      <w:r>
        <w:t>One of the more innovative, albeit controversial, propositions for these A.I. voice agents is their potential to address loneliness on a massive scale. Despite this optimistic outlook, the human response to such innovations isn't always uniformly positive. When Ratliff introduced an A.I. version of himself to a friend, the immediate feedback provided a stark perspective: “It’s so lonely,” his friend commented, encapsulating the paradox of using synthetic voices as companions.</w:t>
      </w:r>
      <w:r/>
    </w:p>
    <w:p>
      <w:r/>
      <w:r>
        <w:t>The sense of solitude expressed indicates a deeper conundrum and a poignant irony — that one might feel lonelier in the presence of such technology, despite the constant interaction it can offer. This raises profound questions about the psychological and emotional impacts of interacting with artificial entities designed to mimic human presence and empathy.</w:t>
      </w:r>
      <w:r/>
    </w:p>
    <w:p>
      <w:r/>
      <w:r>
        <w:t>As society adapts to these technological shifts, the implications of A.I. voice agents will undoubtedly continue to unfold, and Ratliff’s "Shell Game" podcast serves as a nuanced narrative exploring these changes. The voice agents, once purely the realm of science fiction, are now very much a part of everyday dialogues, pushing the boundaries of what human interaction can entail in this A.I.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https://podcasts.apple.com/us/podcast/shell-game/id1753117762</w:t>
        </w:r>
      </w:hyperlink>
      <w:r>
        <w:t xml:space="preserve"> - This link corroborates the existence of the podcast 'Shell Game' and its focus on AI voice agents, hosted by Evan Ratliff.</w:t>
      </w:r>
      <w:r/>
    </w:p>
    <w:p>
      <w:pPr>
        <w:pStyle w:val="ListNumber"/>
        <w:spacing w:line="240" w:lineRule="auto"/>
        <w:ind w:left="720"/>
      </w:pPr>
      <w:r/>
      <w:hyperlink r:id="rId11">
        <w:r>
          <w:rPr>
            <w:color w:val="0000EE"/>
            <w:u w:val="single"/>
          </w:rPr>
          <w:t>https://www.youtube.com/watch?v=37EAb91qbGA</w:t>
        </w:r>
      </w:hyperlink>
      <w:r>
        <w:t xml:space="preserve"> - This link supports the details of Evan Ratliff's experiment with AI voice clones and the interactions he had with various individuals, including friends and family.</w:t>
      </w:r>
      <w:r/>
    </w:p>
    <w:p>
      <w:pPr>
        <w:pStyle w:val="ListNumber"/>
        <w:spacing w:line="240" w:lineRule="auto"/>
        <w:ind w:left="720"/>
      </w:pPr>
      <w:r/>
      <w:hyperlink r:id="rId12">
        <w:r>
          <w:rPr>
            <w:color w:val="0000EE"/>
            <w:u w:val="single"/>
          </w:rPr>
          <w:t>https://davidepstein.substack.com/p/attack-of-the-ai-voice-clones</w:t>
        </w:r>
      </w:hyperlink>
      <w:r>
        <w:t xml:space="preserve"> - This link explains the technological aspects of creating a voice clone and attaching it to a phone number, as well as the various interactions and tasks the AI voice agent performed.</w:t>
      </w:r>
      <w:r/>
    </w:p>
    <w:p>
      <w:pPr>
        <w:pStyle w:val="ListNumber"/>
        <w:spacing w:line="240" w:lineRule="auto"/>
        <w:ind w:left="720"/>
      </w:pPr>
      <w:r/>
      <w:hyperlink r:id="rId13">
        <w:r>
          <w:rPr>
            <w:color w:val="0000EE"/>
            <w:u w:val="single"/>
          </w:rPr>
          <w:t>https://podnews.net/podcast/iqcb7</w:t>
        </w:r>
      </w:hyperlink>
      <w:r>
        <w:t xml:space="preserve"> - This link provides additional information about the podcast 'Shell Game', its episodes, and the interactions between Evan's voice agents and various individuals.</w:t>
      </w:r>
      <w:r/>
    </w:p>
    <w:p>
      <w:pPr>
        <w:pStyle w:val="ListNumber"/>
        <w:spacing w:line="240" w:lineRule="auto"/>
        <w:ind w:left="720"/>
      </w:pPr>
      <w:r/>
      <w:hyperlink r:id="rId14">
        <w:r>
          <w:rPr>
            <w:color w:val="0000EE"/>
            <w:u w:val="single"/>
          </w:rPr>
          <w:t>https://www.shellgame.co</w:t>
        </w:r>
      </w:hyperlink>
      <w:r>
        <w:t xml:space="preserve"> - This link is the official website for the 'Shell Game' podcast, offering more details about the show and its exploration of AI voice agents.</w:t>
      </w:r>
      <w:r/>
    </w:p>
    <w:p>
      <w:pPr>
        <w:pStyle w:val="ListNumber"/>
        <w:spacing w:line="240" w:lineRule="auto"/>
        <w:ind w:left="720"/>
      </w:pPr>
      <w:r/>
      <w:hyperlink r:id="rId12">
        <w:r>
          <w:rPr>
            <w:color w:val="0000EE"/>
            <w:u w:val="single"/>
          </w:rPr>
          <w:t>https://davidepstein.substack.com/p/attack-of-the-ai-voice-clones</w:t>
        </w:r>
      </w:hyperlink>
      <w:r>
        <w:t xml:space="preserve"> - This link discusses the ease of setting up an AI voice agent and the platforms available for creating such agents, supporting the claim of quick setup.</w:t>
      </w:r>
      <w:r/>
    </w:p>
    <w:p>
      <w:pPr>
        <w:pStyle w:val="ListNumber"/>
        <w:spacing w:line="240" w:lineRule="auto"/>
        <w:ind w:left="720"/>
      </w:pPr>
      <w:r/>
      <w:hyperlink r:id="rId11">
        <w:r>
          <w:rPr>
            <w:color w:val="0000EE"/>
            <w:u w:val="single"/>
          </w:rPr>
          <w:t>https://www.youtube.com/watch?v=37EAb91qbGA</w:t>
        </w:r>
      </w:hyperlink>
      <w:r>
        <w:t xml:space="preserve"> - This link highlights the specific interaction with a friend who noticed oddities in Ratliff's speech patterns, indicating the friend's suspicion that it was an AI conversation.</w:t>
      </w:r>
      <w:r/>
    </w:p>
    <w:p>
      <w:pPr>
        <w:pStyle w:val="ListNumber"/>
        <w:spacing w:line="240" w:lineRule="auto"/>
        <w:ind w:left="720"/>
      </w:pPr>
      <w:r/>
      <w:hyperlink r:id="rId13">
        <w:r>
          <w:rPr>
            <w:color w:val="0000EE"/>
            <w:u w:val="single"/>
          </w:rPr>
          <w:t>https://podnews.net/podcast/iqcb7</w:t>
        </w:r>
      </w:hyperlink>
      <w:r>
        <w:t xml:space="preserve"> - This link mentions the various roles AI voice agents are being employed in, such as customer service and interactions with therapists, aligning with the article's discussion on their applications.</w:t>
      </w:r>
      <w:r/>
    </w:p>
    <w:p>
      <w:pPr>
        <w:pStyle w:val="ListNumber"/>
        <w:spacing w:line="240" w:lineRule="auto"/>
        <w:ind w:left="720"/>
      </w:pPr>
      <w:r/>
      <w:hyperlink r:id="rId12">
        <w:r>
          <w:rPr>
            <w:color w:val="0000EE"/>
            <w:u w:val="single"/>
          </w:rPr>
          <w:t>https://davidepstein.substack.com/p/attack-of-the-ai-voice-clones</w:t>
        </w:r>
      </w:hyperlink>
      <w:r>
        <w:t xml:space="preserve"> - This link addresses the potential of AI voice agents to address loneliness and the mixed human responses to such technology, including feelings of loneliness.</w:t>
      </w:r>
      <w:r/>
    </w:p>
    <w:p>
      <w:pPr>
        <w:pStyle w:val="ListNumber"/>
        <w:spacing w:line="240" w:lineRule="auto"/>
        <w:ind w:left="720"/>
      </w:pPr>
      <w:r/>
      <w:hyperlink r:id="rId10">
        <w:r>
          <w:rPr>
            <w:color w:val="0000EE"/>
            <w:u w:val="single"/>
          </w:rPr>
          <w:t>https://podcasts.apple.com/us/podcast/shell-game/id1753117762</w:t>
        </w:r>
      </w:hyperlink>
      <w:r>
        <w:t xml:space="preserve"> - This link supports the broader implications of AI voice agents on human communication and the psychological and emotional impacts discussed in the article.</w:t>
      </w:r>
      <w:r/>
    </w:p>
    <w:p>
      <w:pPr>
        <w:pStyle w:val="ListNumber"/>
        <w:spacing w:line="240" w:lineRule="auto"/>
        <w:ind w:left="720"/>
      </w:pPr>
      <w:r/>
      <w:hyperlink r:id="rId14">
        <w:r>
          <w:rPr>
            <w:color w:val="0000EE"/>
            <w:u w:val="single"/>
          </w:rPr>
          <w:t>https://www.shellgame.co</w:t>
        </w:r>
      </w:hyperlink>
      <w:r>
        <w:t xml:space="preserve"> - This link underscores the ongoing exploration of AI voice agents in everyday dialogues through the 'Shell Game' podcast, aligning with the article's conclusion.</w:t>
      </w:r>
      <w:r/>
    </w:p>
    <w:p>
      <w:pPr>
        <w:pStyle w:val="ListNumber"/>
        <w:spacing w:line="240" w:lineRule="auto"/>
        <w:ind w:left="720"/>
      </w:pPr>
      <w:r/>
      <w:hyperlink r:id="rId15">
        <w:r>
          <w:rPr>
            <w:color w:val="0000EE"/>
            <w:u w:val="single"/>
          </w:rPr>
          <w:t>https://www.nytimes.com/2024/10/10/opinion/ai-voice-telemarketers.html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odcasts.apple.com/us/podcast/shell-game/id1753117762" TargetMode="External"/><Relationship Id="rId11" Type="http://schemas.openxmlformats.org/officeDocument/2006/relationships/hyperlink" Target="https://www.youtube.com/watch?v=37EAb91qbGA" TargetMode="External"/><Relationship Id="rId12" Type="http://schemas.openxmlformats.org/officeDocument/2006/relationships/hyperlink" Target="https://davidepstein.substack.com/p/attack-of-the-ai-voice-clones" TargetMode="External"/><Relationship Id="rId13" Type="http://schemas.openxmlformats.org/officeDocument/2006/relationships/hyperlink" Target="https://podnews.net/podcast/iqcb7" TargetMode="External"/><Relationship Id="rId14" Type="http://schemas.openxmlformats.org/officeDocument/2006/relationships/hyperlink" Target="https://www.shellgame.co" TargetMode="External"/><Relationship Id="rId15" Type="http://schemas.openxmlformats.org/officeDocument/2006/relationships/hyperlink" Target="https://www.nytimes.com/2024/10/10/opinion/ai-voice-telemarketer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