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transformative potential of Sales AI with Devin Johnson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session of an insightful podcast series, host John Golden engaged in a thought-provoking conversation with entrepreneur Devin Johnson, focusing on the innovative landscape of Sales AI and its transformative potential in the business sector. Devin Johnson, the founder of Sales AI, chronicled his entrepreneurial journey from his teenage venture of flipping sneakers, a unique beginning at the age of 16, to establishing a state-of-the-art AI platform aimed at revolutionising lead conversion and customer support.</w:t>
      </w:r>
      <w:r/>
    </w:p>
    <w:p>
      <w:r/>
      <w:r>
        <w:t>Sales AI is an advanced two-way conversational AI platform that functions through phone, text, and email, designed to transform and accelerate lead conversion processes in today's competitive digital environment. The platform automatically interacts with new leads, ensuring timely engagement and preventing missed opportunities. This initiative extends to customer support, where AI manages tier-one inquiries, thereby allowing human agents to focus on more intricate issues.</w:t>
      </w:r>
      <w:r/>
    </w:p>
    <w:p>
      <w:r/>
      <w:r>
        <w:t>The platform's core features include:</w:t>
      </w:r>
      <w:r/>
      <w:r/>
    </w:p>
    <w:p>
      <w:pPr>
        <w:pStyle w:val="ListBullet"/>
        <w:spacing w:line="240" w:lineRule="auto"/>
        <w:ind w:left="720"/>
      </w:pPr>
      <w:r/>
      <w:r>
        <w:rPr>
          <w:b/>
        </w:rPr>
        <w:t>Automated Lead Engagement</w:t>
      </w:r>
      <w:r>
        <w:t>: Sales AI instantly connects with leads via multiple channels like phone, text, and email, which facilitates immediate response and engagement.</w:t>
      </w:r>
      <w:r/>
    </w:p>
    <w:p>
      <w:pPr>
        <w:pStyle w:val="ListBullet"/>
        <w:spacing w:line="240" w:lineRule="auto"/>
        <w:ind w:left="720"/>
      </w:pPr>
      <w:r/>
      <w:r>
        <w:rPr>
          <w:b/>
        </w:rPr>
        <w:t>Customer Support</w:t>
      </w:r>
      <w:r>
        <w:t>: The AI effectively deals with basic inquiries, which helps in reducing the workload on human agents, enabling them to concentrate on more sophisticated concerns. This also helps in reducing operational costs related to tier-one support.</w:t>
      </w:r>
      <w:r/>
    </w:p>
    <w:p>
      <w:pPr>
        <w:pStyle w:val="ListBullet"/>
        <w:spacing w:line="240" w:lineRule="auto"/>
        <w:ind w:left="720"/>
      </w:pPr>
      <w:r/>
      <w:r>
        <w:rPr>
          <w:b/>
        </w:rPr>
        <w:t>Data-Driven Insights</w:t>
      </w:r>
      <w:r>
        <w:t>: Utilising data from millions of interactions, Sales AI is able to train a custom language model, enhancing its responsiveness and adaptability.</w:t>
      </w:r>
      <w:r/>
      <w:r/>
    </w:p>
    <w:p>
      <w:r/>
      <w:r>
        <w:t>A significant aspect of the discussion tackled concerns regarding AI potentially supplanting human roles in sales. Devin Johnson dispelled these fears by illustrating how Sales AI is structured to augment the capabilities of sales teams rather than replace them. Key points include:</w:t>
      </w:r>
      <w:r/>
      <w:r/>
    </w:p>
    <w:p>
      <w:pPr>
        <w:pStyle w:val="ListBullet"/>
        <w:spacing w:line="240" w:lineRule="auto"/>
        <w:ind w:left="720"/>
      </w:pPr>
      <w:r/>
      <w:r>
        <w:rPr>
          <w:b/>
        </w:rPr>
        <w:t>Speed to Lead</w:t>
      </w:r>
      <w:r>
        <w:t>: The platform's ability to provide instantaneous responses outmatches human agents' availability, ensuring a rapid qualification process and scheduling appointments for sales representatives.</w:t>
      </w:r>
      <w:r/>
    </w:p>
    <w:p>
      <w:pPr>
        <w:pStyle w:val="ListBullet"/>
        <w:spacing w:line="240" w:lineRule="auto"/>
        <w:ind w:left="720"/>
      </w:pPr>
      <w:r/>
      <w:r>
        <w:rPr>
          <w:b/>
        </w:rPr>
        <w:t>Focus on High-Ticket Sales</w:t>
      </w:r>
      <w:r>
        <w:t>: While AI effectively manages low-value transactions, the expertise and nuances of closing high-ticket sales remain within the domain of humans, highlighting the synergy between AI and human interaction.</w:t>
      </w:r>
      <w:r/>
      <w:r/>
    </w:p>
    <w:p>
      <w:r/>
      <w:r>
        <w:t>Building a personalised AI model represents a substantial investment involving data scientists, developers, and engineers. Johnson emphasised the significance of maintaining control over the environment in which business data is processed, underscoring crucial concerns around data security and ethical considerations. By leveraging robust infrastructure solutions, such as those offered by Google, businesses can mitigate risks related to harmful content. Furthermore, the ethical imperative of training AI on diverse datasets ensures its neutrality and fairness.</w:t>
      </w:r>
      <w:r/>
    </w:p>
    <w:p>
      <w:r/>
      <w:r>
        <w:t>Looking to the future, Devin Johnson anticipates that as AI technology continues to evolve, businesses will need to adapt to remain competitive. Predictions for the future sales landscape include increased AI adoption, stemming from the rising cost of human personnel making AI a more viable economic choice, enhanced productivity, and improved customer satisfaction. The importance of transparency was notably highlighted, with businesses being encouraged to disclose AI-powered interactions with customers to foster trust and ensure compliance with regulatory standards.</w:t>
      </w:r>
      <w:r/>
    </w:p>
    <w:p>
      <w:r/>
      <w:r>
        <w:t>Devin's narrative from his formative years as an industrious young entrepreneur to the successful founder of Sales AI offers a fascinating glimpse into the potential of AI in transforming business operations. This interview provides a comprehensive exploration of AI's role in sales, the ethical considerations that accompany its adoption, and the anticipated evolution of sales teams within increasingly AI-driven environments.</w:t>
      </w:r>
      <w:r/>
    </w:p>
    <w:p>
      <w:r/>
      <w:r>
        <w:t>The podcast host, John Golden, an acclaimed author and a globally recognised sales and marketing strategist, lent his experience and expertise to the discussion. With a distinguished career that includes the authorship of several best-selling books and the facilitation of over 1500 interviews, Golden provided an engaging platform for Devin Johnson's insights on the future interplay between AI and human elements in the business world.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https://terminus.com/ai-sales-tools/</w:t>
        </w:r>
      </w:hyperlink>
      <w:r>
        <w:t xml:space="preserve"> - This article explains how AI sales tools automate routine tasks, provide data-driven insights, and enhance customer support, which aligns with the discussion on automated lead engagement and customer support.</w:t>
      </w:r>
      <w:r/>
    </w:p>
    <w:p>
      <w:pPr>
        <w:pStyle w:val="ListNumber"/>
        <w:spacing w:line="240" w:lineRule="auto"/>
        <w:ind w:left="720"/>
      </w:pPr>
      <w:r/>
      <w:hyperlink r:id="rId11">
        <w:r>
          <w:rPr>
            <w:color w:val="0000EE"/>
            <w:u w:val="single"/>
          </w:rPr>
          <w:t>https://www.mixmax.com/blog/ai-tools-for-sales</w:t>
        </w:r>
      </w:hyperlink>
      <w:r>
        <w:t xml:space="preserve"> - This source details various AI tools for sales, including their features such as automated lead generation, chatbots, and CRM integration, which support the concept of automated lead engagement and customer support.</w:t>
      </w:r>
      <w:r/>
    </w:p>
    <w:p>
      <w:pPr>
        <w:pStyle w:val="ListNumber"/>
        <w:spacing w:line="240" w:lineRule="auto"/>
        <w:ind w:left="720"/>
      </w:pPr>
      <w:r/>
      <w:hyperlink r:id="rId12">
        <w:r>
          <w:rPr>
            <w:color w:val="0000EE"/>
            <w:u w:val="single"/>
          </w:rPr>
          <w:t>https://www.outreach.io/platform/sales-ai</w:t>
        </w:r>
      </w:hyperlink>
      <w:r>
        <w:t xml:space="preserve"> - Outreach's Sales AI capabilities, such as automating workflows, generating personalized messages, and providing data-driven insights, corroborate the features of Sales AI discussed in the podcast.</w:t>
      </w:r>
      <w:r/>
    </w:p>
    <w:p>
      <w:pPr>
        <w:pStyle w:val="ListNumber"/>
        <w:spacing w:line="240" w:lineRule="auto"/>
        <w:ind w:left="720"/>
      </w:pPr>
      <w:r/>
      <w:hyperlink r:id="rId13">
        <w:r>
          <w:rPr>
            <w:color w:val="0000EE"/>
            <w:u w:val="single"/>
          </w:rPr>
          <w:t>https://www.highspot.com/product/artificial-intelligence/</w:t>
        </w:r>
      </w:hyperlink>
      <w:r>
        <w:t xml:space="preserve"> - Highspot's AI-powered sales enablement tools, including real-time coaching and automated meeting summaries, align with the idea of using AI to enhance sales productivity and provide data-driven insights.</w:t>
      </w:r>
      <w:r/>
    </w:p>
    <w:p>
      <w:pPr>
        <w:pStyle w:val="ListNumber"/>
        <w:spacing w:line="240" w:lineRule="auto"/>
        <w:ind w:left="720"/>
      </w:pPr>
      <w:r/>
      <w:hyperlink r:id="rId11">
        <w:r>
          <w:rPr>
            <w:color w:val="0000EE"/>
            <w:u w:val="single"/>
          </w:rPr>
          <w:t>https://www.mixmax.com/blog/ai-tools-for-sales</w:t>
        </w:r>
      </w:hyperlink>
      <w:r>
        <w:t xml:space="preserve"> - The article mentions tools like Drift and Gong.io, which use AI for chatbots and sales conversation analytics, supporting the notion of AI managing tier-one inquiries and enhancing sales interactions.</w:t>
      </w:r>
      <w:r/>
    </w:p>
    <w:p>
      <w:pPr>
        <w:pStyle w:val="ListNumber"/>
        <w:spacing w:line="240" w:lineRule="auto"/>
        <w:ind w:left="720"/>
      </w:pPr>
      <w:r/>
      <w:hyperlink r:id="rId10">
        <w:r>
          <w:rPr>
            <w:color w:val="0000EE"/>
            <w:u w:val="single"/>
          </w:rPr>
          <w:t>https://terminus.com/ai-sales-tools/</w:t>
        </w:r>
      </w:hyperlink>
      <w:r>
        <w:t xml:space="preserve"> - This source discusses how AI sales tools help in reducing the sales cycle duration and improving productivity, which is in line with the concept of 'Speed to Lead' and focusing on high-ticket sales.</w:t>
      </w:r>
      <w:r/>
    </w:p>
    <w:p>
      <w:pPr>
        <w:pStyle w:val="ListNumber"/>
        <w:spacing w:line="240" w:lineRule="auto"/>
        <w:ind w:left="720"/>
      </w:pPr>
      <w:r/>
      <w:hyperlink r:id="rId12">
        <w:r>
          <w:rPr>
            <w:color w:val="0000EE"/>
            <w:u w:val="single"/>
          </w:rPr>
          <w:t>https://www.outreach.io/platform/sales-ai</w:t>
        </w:r>
      </w:hyperlink>
      <w:r>
        <w:t xml:space="preserve"> - Outreach's AI predicts deal closure and recommends actions, illustrating how AI can augment human capabilities in sales without replacing them.</w:t>
      </w:r>
      <w:r/>
    </w:p>
    <w:p>
      <w:pPr>
        <w:pStyle w:val="ListNumber"/>
        <w:spacing w:line="240" w:lineRule="auto"/>
        <w:ind w:left="720"/>
      </w:pPr>
      <w:r/>
      <w:hyperlink r:id="rId13">
        <w:r>
          <w:rPr>
            <w:color w:val="0000EE"/>
            <w:u w:val="single"/>
          </w:rPr>
          <w:t>https://www.highspot.com/product/artificial-intelligence/</w:t>
        </w:r>
      </w:hyperlink>
      <w:r>
        <w:t xml:space="preserve"> - Highspot's AI tools for sales coaching and content optimization highlight the importance of maintaining control over the environment in which business data is processed, aligning with concerns around data security and ethical considerations.</w:t>
      </w:r>
      <w:r/>
    </w:p>
    <w:p>
      <w:pPr>
        <w:pStyle w:val="ListNumber"/>
        <w:spacing w:line="240" w:lineRule="auto"/>
        <w:ind w:left="720"/>
      </w:pPr>
      <w:r/>
      <w:hyperlink r:id="rId11">
        <w:r>
          <w:rPr>
            <w:color w:val="0000EE"/>
            <w:u w:val="single"/>
          </w:rPr>
          <w:t>https://www.mixmax.com/blog/ai-tools-for-sales</w:t>
        </w:r>
      </w:hyperlink>
      <w:r>
        <w:t xml:space="preserve"> - The article discusses the future of AI in sales, including increased adoption due to economic viability and improved productivity, which matches Devin Johnson's predictions for the future sales landscape.</w:t>
      </w:r>
      <w:r/>
    </w:p>
    <w:p>
      <w:pPr>
        <w:pStyle w:val="ListNumber"/>
        <w:spacing w:line="240" w:lineRule="auto"/>
        <w:ind w:left="720"/>
      </w:pPr>
      <w:r/>
      <w:hyperlink r:id="rId12">
        <w:r>
          <w:rPr>
            <w:color w:val="0000EE"/>
            <w:u w:val="single"/>
          </w:rPr>
          <w:t>https://www.outreach.io/platform/sales-ai</w:t>
        </w:r>
      </w:hyperlink>
      <w:r>
        <w:t xml:space="preserve"> - Outreach's emphasis on transparency and compliance with regulatory standards when using AI-powered interactions supports the importance of transparency highlighted in the podcast.</w:t>
      </w:r>
      <w:r/>
    </w:p>
    <w:p>
      <w:pPr>
        <w:pStyle w:val="ListNumber"/>
        <w:spacing w:line="240" w:lineRule="auto"/>
        <w:ind w:left="720"/>
      </w:pPr>
      <w:r/>
      <w:hyperlink r:id="rId13">
        <w:r>
          <w:rPr>
            <w:color w:val="0000EE"/>
            <w:u w:val="single"/>
          </w:rPr>
          <w:t>https://www.highspot.com/product/artificial-intelligence/</w:t>
        </w:r>
      </w:hyperlink>
      <w:r>
        <w:t xml:space="preserve"> - Highspot's focus on ethical AI training and data security underscores the ethical imperative of training AI on diverse datasets to ensure neutrality and fairness, as discussed in the podcast.</w:t>
      </w:r>
      <w:r/>
    </w:p>
    <w:p>
      <w:pPr>
        <w:pStyle w:val="ListNumber"/>
        <w:spacing w:line="240" w:lineRule="auto"/>
        <w:ind w:left="720"/>
      </w:pPr>
      <w:r/>
      <w:hyperlink r:id="rId14">
        <w:r>
          <w:rPr>
            <w:color w:val="0000EE"/>
            <w:u w:val="single"/>
          </w:rPr>
          <w:t>https://salespop.net/artificial-intelligence/unleashing-the-power-of-sales-ai/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erminus.com/ai-sales-tools/" TargetMode="External"/><Relationship Id="rId11" Type="http://schemas.openxmlformats.org/officeDocument/2006/relationships/hyperlink" Target="https://www.mixmax.com/blog/ai-tools-for-sales" TargetMode="External"/><Relationship Id="rId12" Type="http://schemas.openxmlformats.org/officeDocument/2006/relationships/hyperlink" Target="https://www.outreach.io/platform/sales-ai" TargetMode="External"/><Relationship Id="rId13" Type="http://schemas.openxmlformats.org/officeDocument/2006/relationships/hyperlink" Target="https://www.highspot.com/product/artificial-intelligence/" TargetMode="External"/><Relationship Id="rId14" Type="http://schemas.openxmlformats.org/officeDocument/2006/relationships/hyperlink" Target="https://salespop.net/artificial-intelligence/unleashing-the-power-of-sales-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