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Flavor Flav marks four years of sobriety with AI therapy initiative on World Mental Health Day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On October 10th, World Mental Health Day, rapper and member of the influential hip-hop group Public Enemy, Flavor Flav, made headlines with his significant gesture to mark four years of sobriety. He announced that he would fund new subscriptions to Sonia, an AI therapy application, for those signing up on this day. This initiative sought to provide a valuable mental health resource to individuals, coinciding with a day dedicated to raising awareness on mental health issues globally.</w:t>
      </w:r>
      <w:r/>
    </w:p>
    <w:p>
      <w:r/>
      <w:r>
        <w:t>World Mental Health Day served as a poignant time for Flavor Flav to promote mental wellness, reflecting on his personal journey to sobriety. He expressed that October holds particular significance for him, not only because of his sobriety milestone but also due to its focus on mental health. “Next week, I am 4 years sober from alcohol,” Flavor Flav shared while explaining his motivation. He emphasised the role mental health has played in his recovery, noting, "My mental health is an important part of my sobriety journey. I talk to a therapist. In fact, I talk to two."</w:t>
      </w:r>
      <w:r/>
    </w:p>
    <w:p>
      <w:r/>
      <w:r>
        <w:t>Highlighting the challenges he faces with a demanding schedule and frequent travel, Flavor Flav shared how he turned to Sonia, an AI-based mental health platform that offers therapy-like interactions through advanced technology. He remarked on the flexibility and constant availability of the AI therapist, drawing a metaphor with Janet Jackson’s iconic lyrics "Any Time Any Place", highlighting how the app has been a constant companion.</w:t>
      </w:r>
      <w:r/>
    </w:p>
    <w:p>
      <w:r/>
      <w:r>
        <w:t>Sonia's app creators, Dustin Klebe and Lukas Wolf, describe their innovation as a tool designed to address the mental health needs of millions who may find traditional human therapy inaccessible, whether due to cost, availability, or personal preference. Stressing that the AI service is not intended to replace human therapists, they aim to bridge the gap between demand and supply in mental health care.</w:t>
      </w:r>
      <w:r/>
    </w:p>
    <w:p>
      <w:r/>
      <w:r>
        <w:t>Sonia publicly acknowledged Flavor Flav's contribution on their social media platform, expressing gratitude for his support in extending free therapy services to thousands of new users. This initiative is just one instance of Flavor Flav's philanthropic ventures in 2024. Earlier in the year, he supported the U.S. women's water polo team, alleviating financial challenges and acting as their "hype man" during the 2024 Paris Olympics.</w:t>
      </w:r>
      <w:r/>
    </w:p>
    <w:p>
      <w:r/>
      <w:r>
        <w:t>Flavor Flav's efforts reflect a commitment to giving back and providing support in areas he deeply values. His decision to use his sobriety anniversary and World Mental Health Day as platforms for promoting mental health awareness has potentially wide-reaching impacts, offering auxiliary support to people seeking mental wellness tools in their lives.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https://www.yahoo.com/lifestyle/flavor-flav-celebrates-4-years-211505052.html</w:t>
        </w:r>
      </w:hyperlink>
      <w:r>
        <w:t xml:space="preserve"> - Flavor Flav celebrating four years of sobriety and its relation to World Mental Health Day.</w:t>
      </w:r>
      <w:r/>
    </w:p>
    <w:p>
      <w:pPr>
        <w:pStyle w:val="ListNumber"/>
        <w:spacing w:line="240" w:lineRule="auto"/>
        <w:ind w:left="720"/>
      </w:pPr>
      <w:r/>
      <w:hyperlink r:id="rId11">
        <w:r>
          <w:rPr>
            <w:color w:val="0000EE"/>
            <w:u w:val="single"/>
          </w:rPr>
          <w:t>https://www.hot97.com/news/flavor-flav-celebrates-four-years-of-sobriety-in-october/</w:t>
        </w:r>
      </w:hyperlink>
      <w:r>
        <w:t xml:space="preserve"> - Flavor Flav's announcement of celebrating four years of sobriety on October 19 and its connection to World Mental Health Day.</w:t>
      </w:r>
      <w:r/>
    </w:p>
    <w:p>
      <w:pPr>
        <w:pStyle w:val="ListNumber"/>
        <w:spacing w:line="240" w:lineRule="auto"/>
        <w:ind w:left="720"/>
      </w:pPr>
      <w:r/>
      <w:hyperlink r:id="rId12">
        <w:r>
          <w:rPr>
            <w:color w:val="0000EE"/>
            <w:u w:val="single"/>
          </w:rPr>
          <w:t>https://people.com/flavor-flav-celebrates-4-years-of-sobriety-world-mental-health-day-8726992</w:t>
        </w:r>
      </w:hyperlink>
      <w:r>
        <w:t xml:space="preserve"> - Flavor Flav's personal journey to sobriety, the significance of October for his mental health, and his use of the Sonia AI therapy app.</w:t>
      </w:r>
      <w:r/>
    </w:p>
    <w:p>
      <w:pPr>
        <w:pStyle w:val="ListNumber"/>
        <w:spacing w:line="240" w:lineRule="auto"/>
        <w:ind w:left="720"/>
      </w:pPr>
      <w:r/>
      <w:hyperlink r:id="rId13">
        <w:r>
          <w:rPr>
            <w:color w:val="0000EE"/>
            <w:u w:val="single"/>
          </w:rPr>
          <w:t>https://www.aol.com/flavor-flav-celebrates-4-years-165910283.html</w:t>
        </w:r>
      </w:hyperlink>
      <w:r>
        <w:t xml:space="preserve"> - Flavor Flav's celebration of four years of sobriety, his mental health journey, and the role of the Sonia AI therapy app.</w:t>
      </w:r>
      <w:r/>
    </w:p>
    <w:p>
      <w:pPr>
        <w:pStyle w:val="ListNumber"/>
        <w:spacing w:line="240" w:lineRule="auto"/>
        <w:ind w:left="720"/>
      </w:pPr>
      <w:r/>
      <w:hyperlink r:id="rId14">
        <w:r>
          <w:rPr>
            <w:color w:val="0000EE"/>
            <w:u w:val="single"/>
          </w:rPr>
          <w:t>https://www.billboard.com/music/music-news/flavor-flav-4-years-of-sobriety-pays-for-therapy-app-subscriptions-world-mental-health-day-1235798048/</w:t>
        </w:r>
      </w:hyperlink>
      <w:r>
        <w:t xml:space="preserve"> - Flavor Flav funding new subscriptions to the Sonia AI therapy app on World Mental Health Day and his commitment to mental wellness.</w:t>
      </w:r>
      <w:r/>
    </w:p>
    <w:p>
      <w:pPr>
        <w:pStyle w:val="ListNumber"/>
        <w:spacing w:line="240" w:lineRule="auto"/>
        <w:ind w:left="720"/>
      </w:pPr>
      <w:r/>
      <w:hyperlink r:id="rId12">
        <w:r>
          <w:rPr>
            <w:color w:val="0000EE"/>
            <w:u w:val="single"/>
          </w:rPr>
          <w:t>https://people.com/flavor-flav-celebrates-4-years-of-sobriety-world-mental-health-day-8726992</w:t>
        </w:r>
      </w:hyperlink>
      <w:r>
        <w:t xml:space="preserve"> - Flavor Flav's reflection on his personal journey to sobriety and the importance of mental health in his recovery.</w:t>
      </w:r>
      <w:r/>
    </w:p>
    <w:p>
      <w:pPr>
        <w:pStyle w:val="ListNumber"/>
        <w:spacing w:line="240" w:lineRule="auto"/>
        <w:ind w:left="720"/>
      </w:pPr>
      <w:r/>
      <w:hyperlink r:id="rId13">
        <w:r>
          <w:rPr>
            <w:color w:val="0000EE"/>
            <w:u w:val="single"/>
          </w:rPr>
          <w:t>https://www.aol.com/flavor-flav-celebrates-4-years-165910283.html</w:t>
        </w:r>
      </w:hyperlink>
      <w:r>
        <w:t xml:space="preserve"> - Flavor Flav's use of the Sonia AI therapy app due to his demanding schedule and frequent travel.</w:t>
      </w:r>
      <w:r/>
    </w:p>
    <w:p>
      <w:pPr>
        <w:pStyle w:val="ListNumber"/>
        <w:spacing w:line="240" w:lineRule="auto"/>
        <w:ind w:left="720"/>
      </w:pPr>
      <w:r/>
      <w:hyperlink r:id="rId14">
        <w:r>
          <w:rPr>
            <w:color w:val="0000EE"/>
            <w:u w:val="single"/>
          </w:rPr>
          <w:t>https://www.billboard.com/music/music-news/flavor-flav-4-years-of-sobriety-pays-for-therapy-app-subscriptions-world-mental-health-day-1235798048/</w:t>
        </w:r>
      </w:hyperlink>
      <w:r>
        <w:t xml:space="preserve"> - Sonia's app creators' description of their innovation as a tool to address mental health needs and its distinction from traditional human therapy.</w:t>
      </w:r>
      <w:r/>
    </w:p>
    <w:p>
      <w:pPr>
        <w:pStyle w:val="ListNumber"/>
        <w:spacing w:line="240" w:lineRule="auto"/>
        <w:ind w:left="720"/>
      </w:pPr>
      <w:r/>
      <w:hyperlink r:id="rId12">
        <w:r>
          <w:rPr>
            <w:color w:val="0000EE"/>
            <w:u w:val="single"/>
          </w:rPr>
          <w:t>https://people.com/flavor-flav-celebrates-4-years-of-sobriety-world-mental-health-day-8726992</w:t>
        </w:r>
      </w:hyperlink>
      <w:r>
        <w:t xml:space="preserve"> - Sonia publicly acknowledging Flavor Flav's contribution and expressing gratitude for his support in extending free therapy services.</w:t>
      </w:r>
      <w:r/>
    </w:p>
    <w:p>
      <w:pPr>
        <w:pStyle w:val="ListNumber"/>
        <w:spacing w:line="240" w:lineRule="auto"/>
        <w:ind w:left="720"/>
      </w:pPr>
      <w:r/>
      <w:hyperlink r:id="rId13">
        <w:r>
          <w:rPr>
            <w:color w:val="0000EE"/>
            <w:u w:val="single"/>
          </w:rPr>
          <w:t>https://www.aol.com/flavor-flav-celebrates-4-years-165910283.html</w:t>
        </w:r>
      </w:hyperlink>
      <w:r>
        <w:t xml:space="preserve"> - Flavor Flav's philanthropic ventures, including his support for the U.S. women's water polo team during the 2024 Paris Olympics.</w:t>
      </w:r>
      <w:r/>
    </w:p>
    <w:p>
      <w:pPr>
        <w:pStyle w:val="ListNumber"/>
        <w:spacing w:line="240" w:lineRule="auto"/>
        <w:ind w:left="720"/>
      </w:pPr>
      <w:r/>
      <w:hyperlink r:id="rId14">
        <w:r>
          <w:rPr>
            <w:color w:val="0000EE"/>
            <w:u w:val="single"/>
          </w:rPr>
          <w:t>https://www.billboard.com/music/music-news/flavor-flav-4-years-of-sobriety-pays-for-therapy-app-subscriptions-world-mental-health-day-1235798048/</w:t>
        </w:r>
      </w:hyperlink>
      <w:r>
        <w:t xml:space="preserve"> - Flavor Flav's commitment to giving back and promoting mental health awareness through his sobriety anniversary and World Mental Health Day.</w:t>
      </w:r>
      <w:r/>
    </w:p>
    <w:p>
      <w:pPr>
        <w:pStyle w:val="ListNumber"/>
        <w:spacing w:line="240" w:lineRule="auto"/>
        <w:ind w:left="720"/>
      </w:pPr>
      <w:r/>
      <w:hyperlink r:id="rId15">
        <w:r>
          <w:rPr>
            <w:color w:val="0000EE"/>
            <w:u w:val="single"/>
          </w:rPr>
          <w:t>https://allhiphop.com/news/flavor-flav-gifts-fans-free-access-to-ai-therapy-app/</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yahoo.com/lifestyle/flavor-flav-celebrates-4-years-211505052.html" TargetMode="External"/><Relationship Id="rId11" Type="http://schemas.openxmlformats.org/officeDocument/2006/relationships/hyperlink" Target="https://www.hot97.com/news/flavor-flav-celebrates-four-years-of-sobriety-in-october/" TargetMode="External"/><Relationship Id="rId12" Type="http://schemas.openxmlformats.org/officeDocument/2006/relationships/hyperlink" Target="https://people.com/flavor-flav-celebrates-4-years-of-sobriety-world-mental-health-day-8726992" TargetMode="External"/><Relationship Id="rId13" Type="http://schemas.openxmlformats.org/officeDocument/2006/relationships/hyperlink" Target="https://www.aol.com/flavor-flav-celebrates-4-years-165910283.html" TargetMode="External"/><Relationship Id="rId14" Type="http://schemas.openxmlformats.org/officeDocument/2006/relationships/hyperlink" Target="https://www.billboard.com/music/music-news/flavor-flav-4-years-of-sobriety-pays-for-therapy-app-subscriptions-world-mental-health-day-1235798048/" TargetMode="External"/><Relationship Id="rId15" Type="http://schemas.openxmlformats.org/officeDocument/2006/relationships/hyperlink" Target="https://allhiphop.com/news/flavor-flav-gifts-fans-free-access-to-ai-therapy-app/"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