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Flavor Flav partners with AI therapy app to promote mental wellness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Hip-hop legend Flavor Flav, known for his flamboyant personality and musical innovations, has turned his focus towards mental health, coinciding with World Mental Health Day. On Thursday, 5th October 2023, he announced a partnership with the artificial intelligence therapy app Sonia, offering fans free 20-minute therapy sessions through the platform. This move is part of Flav's ongoing commitment to promote mental wellness, a vital component of his recovery journey.</w:t>
      </w:r>
      <w:r/>
    </w:p>
    <w:p>
      <w:r/>
      <w:r>
        <w:t>The 65-year-old artist, whose real name is William Jonathan Drayton Jr., shared his personal struggles with mental health and addiction, marking nearly four years since he achieved sobriety from alcohol. Flav's Instagram post highlighted the importance of therapy in maintaining his mental health and sobriety, a journey that has been supported by two therapists. "With my crazy schedule and constant travel, it’s essential for me to have that support," he noted.</w:t>
      </w:r>
      <w:r/>
    </w:p>
    <w:p>
      <w:r/>
      <w:r>
        <w:t>Flavor Flav's openness about his past struggles with addiction adds context to his current advocacy. Earlier this year, during a podcast with DJ Akademiks, Flav disclosed the severity of his drug addiction, revealing that at one point, he spent $2,600 daily on substances. Over a six-year period, this habit totalled nearly $1 million annually. Despite such extreme drug use, Flav managed to keep much of his addiction hidden, a testament to his ability to maintain a public persona while battling personal demons.</w:t>
      </w:r>
      <w:r/>
    </w:p>
    <w:p>
      <w:r/>
      <w:r>
        <w:t>In his revelations, Flav talked about his journey through past legal and personal challenges, including a 2015 arrest for driving under the influence of cocaine in Las Vegas. This incident was one among various legal issues dating back to the early '90s, when Flav faced charges related to domestic violence and drug possession. These experiences led him to seek treatment at facilities like the Betty Ford Center and the Long Island Center for Recovery.</w:t>
      </w:r>
      <w:r/>
    </w:p>
    <w:p>
      <w:r/>
      <w:r>
        <w:t>Despite his troubled history, Flav's resurgence as a reality TV personality began in 2004 with VH1's The Surreal Life. His subsequent shows, such as Strange Love and Flavor of Love, bolstered his presence in pop culture and allowed him to leverage his fame for positive influence.</w:t>
      </w:r>
      <w:r/>
    </w:p>
    <w:p>
      <w:r/>
      <w:r>
        <w:t>Through his partnership with the Sonia app, Flavor Flav is extending his support to his fans, encouraging them to prioritize their mental wellbeing. His candidness about his personal growth and resilience underlines his intent to use past mistakes as lessons, suggesting that taking steps toward mental health can lead to substantial life improvements.</w:t>
      </w:r>
      <w:r/>
    </w:p>
    <w:p>
      <w:r/>
      <w:r>
        <w:t>As he approaches his four-year sobriety milestone, Flavor Flav is focused on being a "mouthpiece for the world," hoping to guide others toward healthier lifestyles by sharing his story. His new initiative aligns with his long-standing belief in the power of change and the potential to heal from past adversities.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https://www.aol.com/flavor-flav-celebrates-4-years-165910283.html</w:t>
        </w:r>
      </w:hyperlink>
      <w:r>
        <w:t xml:space="preserve"> - Corroborates Flavor Flav's announcement of nearing 4 years of sobriety, his use of the Sonia AI Therapy app, and his commitment to mental health.</w:t>
      </w:r>
      <w:r/>
    </w:p>
    <w:p>
      <w:pPr>
        <w:pStyle w:val="ListNumber"/>
        <w:spacing w:line="240" w:lineRule="auto"/>
        <w:ind w:left="720"/>
      </w:pPr>
      <w:r/>
      <w:hyperlink r:id="rId11">
        <w:r>
          <w:rPr>
            <w:color w:val="0000EE"/>
            <w:u w:val="single"/>
          </w:rPr>
          <w:t>https://www.blackenterprise.com/flavor-flav-sobriety-paying-therapy-subscriptions-app/</w:t>
        </w:r>
      </w:hyperlink>
      <w:r>
        <w:t xml:space="preserve"> - Supports the details of Flavor Flav's sobriety journey, his use of the Sonia app, and his decision to cover subscription costs for fans.</w:t>
      </w:r>
      <w:r/>
    </w:p>
    <w:p>
      <w:pPr>
        <w:pStyle w:val="ListNumber"/>
        <w:spacing w:line="240" w:lineRule="auto"/>
        <w:ind w:left="720"/>
      </w:pPr>
      <w:r/>
      <w:hyperlink r:id="rId12">
        <w:r>
          <w:rPr>
            <w:color w:val="0000EE"/>
            <w:u w:val="single"/>
          </w:rPr>
          <w:t>https://www.hot97.com/news/flavor-flav-celebrates-four-years-of-sobriety/</w:t>
        </w:r>
      </w:hyperlink>
      <w:r>
        <w:t xml:space="preserve"> - Confirms Flavor Flav's celebration of 4 years of sobriety, his mental health journey, and the role of the Sonia app.</w:t>
      </w:r>
      <w:r/>
    </w:p>
    <w:p>
      <w:pPr>
        <w:pStyle w:val="ListNumber"/>
        <w:spacing w:line="240" w:lineRule="auto"/>
        <w:ind w:left="720"/>
      </w:pPr>
      <w:r/>
      <w:hyperlink r:id="rId13">
        <w:r>
          <w:rPr>
            <w:color w:val="0000EE"/>
            <w:u w:val="single"/>
          </w:rPr>
          <w:t>https://www.yahoo.com/lifestyle/flavor-flav-celebrates-4-years-211505052.html</w:t>
        </w:r>
      </w:hyperlink>
      <w:r>
        <w:t xml:space="preserve"> - Details Flavor Flav's Instagram post about his sobriety, his use of therapists and the Sonia app, and his initiative to help fans with mental health.</w:t>
      </w:r>
      <w:r/>
    </w:p>
    <w:p>
      <w:pPr>
        <w:pStyle w:val="ListNumber"/>
        <w:spacing w:line="240" w:lineRule="auto"/>
        <w:ind w:left="720"/>
      </w:pPr>
      <w:r/>
      <w:hyperlink r:id="rId14">
        <w:r>
          <w:rPr>
            <w:color w:val="0000EE"/>
            <w:u w:val="single"/>
          </w:rPr>
          <w:t>https://people.com/flavor-flav-celebrates-4-years-of-sobriety-world-mental-health-day-8726992</w:t>
        </w:r>
      </w:hyperlink>
      <w:r>
        <w:t xml:space="preserve"> - Supports the information about Flavor Flav's sobriety milestone, his mental health advocacy, and the partnership with the Sonia app.</w:t>
      </w:r>
      <w:r/>
    </w:p>
    <w:p>
      <w:pPr>
        <w:pStyle w:val="ListNumber"/>
        <w:spacing w:line="240" w:lineRule="auto"/>
        <w:ind w:left="720"/>
      </w:pPr>
      <w:r/>
      <w:hyperlink r:id="rId10">
        <w:r>
          <w:rPr>
            <w:color w:val="0000EE"/>
            <w:u w:val="single"/>
          </w:rPr>
          <w:t>https://www.aol.com/flavor-flav-celebrates-4-years-165910283.html</w:t>
        </w:r>
      </w:hyperlink>
      <w:r>
        <w:t xml:space="preserve"> - Provides context on Flavor Flav's past addiction, including the amount he spent on drugs and his ability to keep it hidden.</w:t>
      </w:r>
      <w:r/>
    </w:p>
    <w:p>
      <w:pPr>
        <w:pStyle w:val="ListNumber"/>
        <w:spacing w:line="240" w:lineRule="auto"/>
        <w:ind w:left="720"/>
      </w:pPr>
      <w:r/>
      <w:hyperlink r:id="rId11">
        <w:r>
          <w:rPr>
            <w:color w:val="0000EE"/>
            <w:u w:val="single"/>
          </w:rPr>
          <w:t>https://www.blackenterprise.com/flavor-flav-sobriety-paying-therapy-subscriptions-app/</w:t>
        </w:r>
      </w:hyperlink>
      <w:r>
        <w:t xml:space="preserve"> - Corroborates the details of Flavor Flav's drug addiction, including the daily and annual costs, and his past legal issues.</w:t>
      </w:r>
      <w:r/>
    </w:p>
    <w:p>
      <w:pPr>
        <w:pStyle w:val="ListNumber"/>
        <w:spacing w:line="240" w:lineRule="auto"/>
        <w:ind w:left="720"/>
      </w:pPr>
      <w:r/>
      <w:hyperlink r:id="rId12">
        <w:r>
          <w:rPr>
            <w:color w:val="0000EE"/>
            <w:u w:val="single"/>
          </w:rPr>
          <w:t>https://www.hot97.com/news/flavor-flav-celebrates-four-years-of-sobriety/</w:t>
        </w:r>
      </w:hyperlink>
      <w:r>
        <w:t xml:space="preserve"> - Supports the information about Flavor Flav's past struggles with addiction and his current advocacy for mental health.</w:t>
      </w:r>
      <w:r/>
    </w:p>
    <w:p>
      <w:pPr>
        <w:pStyle w:val="ListNumber"/>
        <w:spacing w:line="240" w:lineRule="auto"/>
        <w:ind w:left="720"/>
      </w:pPr>
      <w:r/>
      <w:hyperlink r:id="rId13">
        <w:r>
          <w:rPr>
            <w:color w:val="0000EE"/>
            <w:u w:val="single"/>
          </w:rPr>
          <w:t>https://www.yahoo.com/lifestyle/flavor-flav-celebrates-4-years-211505052.html</w:t>
        </w:r>
      </w:hyperlink>
      <w:r>
        <w:t xml:space="preserve"> - Details Flavor Flav's history with addiction, including his appearance on the 'Off the Record with DJ Akademiks' podcast.</w:t>
      </w:r>
      <w:r/>
    </w:p>
    <w:p>
      <w:pPr>
        <w:pStyle w:val="ListNumber"/>
        <w:spacing w:line="240" w:lineRule="auto"/>
        <w:ind w:left="720"/>
      </w:pPr>
      <w:r/>
      <w:hyperlink r:id="rId14">
        <w:r>
          <w:rPr>
            <w:color w:val="0000EE"/>
            <w:u w:val="single"/>
          </w:rPr>
          <w:t>https://people.com/flavor-flav-celebrates-4-years-of-sobriety-world-mental-health-day-8726992</w:t>
        </w:r>
      </w:hyperlink>
      <w:r>
        <w:t xml:space="preserve"> - Confirms Flavor Flav's journey through legal and personal challenges, including his arrests and treatment at recovery centers.</w:t>
      </w:r>
      <w:r/>
    </w:p>
    <w:p>
      <w:pPr>
        <w:pStyle w:val="ListNumber"/>
        <w:spacing w:line="240" w:lineRule="auto"/>
        <w:ind w:left="720"/>
      </w:pPr>
      <w:r/>
      <w:hyperlink r:id="rId11">
        <w:r>
          <w:rPr>
            <w:color w:val="0000EE"/>
            <w:u w:val="single"/>
          </w:rPr>
          <w:t>https://www.blackenterprise.com/flavor-flav-sobriety-paying-therapy-subscriptions-app/</w:t>
        </w:r>
      </w:hyperlink>
      <w:r>
        <w:t xml:space="preserve"> - Supports the information about Flavor Flav's career resurgence through reality TV shows and his use of fame for positive influence.</w:t>
      </w:r>
      <w:r/>
    </w:p>
    <w:p>
      <w:pPr>
        <w:pStyle w:val="ListNumber"/>
        <w:spacing w:line="240" w:lineRule="auto"/>
        <w:ind w:left="720"/>
      </w:pPr>
      <w:r/>
      <w:hyperlink r:id="rId15">
        <w:r>
          <w:rPr>
            <w:color w:val="0000EE"/>
            <w:u w:val="single"/>
          </w:rPr>
          <w:t>https://www.dailymail.co.uk/tvshowbiz/article-13948275/flavor-flav-free-ai-therapy-mental-health-day-sober.html?ns_mchannel=rss&amp;ns_campaign=1490&amp;ito=1490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ol.com/flavor-flav-celebrates-4-years-165910283.html" TargetMode="External"/><Relationship Id="rId11" Type="http://schemas.openxmlformats.org/officeDocument/2006/relationships/hyperlink" Target="https://www.blackenterprise.com/flavor-flav-sobriety-paying-therapy-subscriptions-app/" TargetMode="External"/><Relationship Id="rId12" Type="http://schemas.openxmlformats.org/officeDocument/2006/relationships/hyperlink" Target="https://www.hot97.com/news/flavor-flav-celebrates-four-years-of-sobriety/" TargetMode="External"/><Relationship Id="rId13" Type="http://schemas.openxmlformats.org/officeDocument/2006/relationships/hyperlink" Target="https://www.yahoo.com/lifestyle/flavor-flav-celebrates-4-years-211505052.html" TargetMode="External"/><Relationship Id="rId14" Type="http://schemas.openxmlformats.org/officeDocument/2006/relationships/hyperlink" Target="https://people.com/flavor-flav-celebrates-4-years-of-sobriety-world-mental-health-day-8726992" TargetMode="External"/><Relationship Id="rId15" Type="http://schemas.openxmlformats.org/officeDocument/2006/relationships/hyperlink" Target="https://www.dailymail.co.uk/tvshowbiz/article-13948275/flavor-flav-free-ai-therapy-mental-health-day-sober.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