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Chrome integrates AI-powered autofill for enhanced accuracy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Chrome Integrates AI-Powered Autofill for Enhanced Accuracy</w:t>
      </w:r>
      <w:r/>
    </w:p>
    <w:p>
      <w:r/>
      <w:r>
        <w:t>Google Chrome, known as one of the leading web browsers on Android, is set to further enhance its user experience through the integration of AI-powered technology in its autofill feature. This development is aimed at refining the ability of Chrome to accurately complete forms by leveraging artificial intelligence to predict and fill in data fields more effectively.</w:t>
      </w:r>
      <w:r/>
    </w:p>
    <w:p>
      <w:pPr>
        <w:pStyle w:val="Heading3"/>
      </w:pPr>
      <w:r>
        <w:t>Details of the Update</w:t>
      </w:r>
      <w:r/>
    </w:p>
    <w:p>
      <w:r/>
      <w:r>
        <w:t xml:space="preserve">The autofill feature, a staple for Chrome users, already offers functionality such as storing passwords, proposing secure password suggestions, and automatically completing saved credentials. However, Google has identified areas for improvement, particularly in dealing with inconsistencies in form structures — such as differences in field order, like addressing details. </w:t>
      </w:r>
      <w:r/>
    </w:p>
    <w:p>
      <w:r/>
      <w:r>
        <w:t xml:space="preserve">In recent updates, Google has been focusing on expanding AI integration throughout its suite of services. These advancements are not limited to aesthetics, as AI has been employed to enhance search capabilities within browsing histories and more. </w:t>
      </w:r>
      <w:r/>
    </w:p>
    <w:p>
      <w:r/>
      <w:r>
        <w:t>A key part of this initiative was first observed in June when a browser feature researcher, known by the handle @Leopeva64 on the platform X (previously Twitter), highlighted developments within the Chromium Gerrit. These discussions detailed efforts on integrating AI to refine the autofill mechanism, paired with prototype designs illustrating potential applications.</w:t>
      </w:r>
      <w:r/>
    </w:p>
    <w:p>
      <w:pPr>
        <w:pStyle w:val="Heading3"/>
      </w:pPr>
      <w:r>
        <w:t>Implementation and Features</w:t>
      </w:r>
      <w:r/>
    </w:p>
    <w:p>
      <w:r/>
      <w:r>
        <w:t>Most recently, users have encountered changes within the Chrome Canary version, an experimental testbed for Google Chrome features. The 'Autofill prediction improvements' setting has been rebranded to 'Autofill with AI'. Accompanied by this change, the settings page description was updated to reflect similarities with other AI capabilities within the browser.</w:t>
      </w:r>
      <w:r/>
    </w:p>
    <w:p>
      <w:r/>
      <w:r>
        <w:t>The AI-infused approach is designed to allow user data to be processed directly on their device. However, there is a caveat: while the data is stored locally, it is also shared with Google, alongside the corresponding form webpage, to fine-tune autofill suggestions. This implies that certain data may be overseen by human reviewers as part of an effort to refine and enhance the suggestion algorithm.</w:t>
      </w:r>
      <w:r/>
    </w:p>
    <w:p>
      <w:pPr>
        <w:pStyle w:val="Heading3"/>
      </w:pPr>
      <w:r>
        <w:t>Privacy and Data Handling</w:t>
      </w:r>
      <w:r/>
    </w:p>
    <w:p>
      <w:r/>
      <w:r>
        <w:t>A pertinent aspect of these developments is the transparency regarding data handling. Google has communicated that, although improvements are in progress, some level of data review may occur to better the service. It’s important to note that the integrity and security of user data remain a focal point, with Chrome striving to maintain a balance between functionality and privacy.</w:t>
      </w:r>
      <w:r/>
    </w:p>
    <w:p>
      <w:pPr>
        <w:pStyle w:val="Heading3"/>
      </w:pPr>
      <w:r>
        <w:t>Future Implications</w:t>
      </w:r>
      <w:r/>
    </w:p>
    <w:p>
      <w:r/>
      <w:r>
        <w:t>While the full capabilities and impact of Chromes' AI-powered autofill are yet to be fully realised, the promise lies in reducing the manual input needed for form completion. The potential efficiency gains could minimise user frustrations, such as those stemming from incorrectly completed fields, by advancing the browser’s comprehension of varied form layouts.</w:t>
      </w:r>
      <w:r/>
    </w:p>
    <w:p>
      <w:r/>
      <w:r>
        <w:t>The fusion of AI into Chrome's autofill feature represents Google's ongoing commitment to enhancing user experience through technological advancements. Whether this integration evolves into a widely praised success or necessitates further refinement remains to be seen, but it undoubtedly positions Google at the forefront of browser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https://www.google.com/chrome/ai-innovations/</w:t>
        </w:r>
      </w:hyperlink>
      <w:r>
        <w:t xml:space="preserve"> - Details the integration of AI in Chrome, including enhancements in performance, productivity, and user experience, which aligns with Google's broader AI integration efforts.</w:t>
      </w:r>
      <w:r/>
    </w:p>
    <w:p>
      <w:pPr>
        <w:pStyle w:val="ListNumber"/>
        <w:spacing w:line="240" w:lineRule="auto"/>
        <w:ind w:left="720"/>
      </w:pPr>
      <w:r/>
      <w:hyperlink r:id="rId11">
        <w:r>
          <w:rPr>
            <w:color w:val="0000EE"/>
            <w:u w:val="single"/>
          </w:rPr>
          <w:t>https://www.compose.ai</w:t>
        </w:r>
      </w:hyperlink>
      <w:r>
        <w:t xml:space="preserve"> - While not directly about autofill, this source shows Google's and other developers' focus on AI integration in Chrome for various tasks, including writing and automation.</w:t>
      </w:r>
      <w:r/>
    </w:p>
    <w:p>
      <w:pPr>
        <w:pStyle w:val="ListNumber"/>
        <w:spacing w:line="240" w:lineRule="auto"/>
        <w:ind w:left="720"/>
      </w:pPr>
      <w:r/>
      <w:hyperlink r:id="rId12">
        <w:r>
          <w:rPr>
            <w:color w:val="0000EE"/>
            <w:u w:val="single"/>
          </w:rPr>
          <w:t>https://chromewebstore.google.com/detail/magical-ai-agent-for-auto/iibninhmiggehlcdolcilmhacighjamp?hl=en</w:t>
        </w:r>
      </w:hyperlink>
      <w:r>
        <w:t xml:space="preserve"> - Describes an AI agent for autofill automation, which, although not a native Chrome feature, demonstrates the use of AI in automating form filling and other repetitive tasks.</w:t>
      </w:r>
      <w:r/>
    </w:p>
    <w:p>
      <w:pPr>
        <w:pStyle w:val="ListNumber"/>
        <w:spacing w:line="240" w:lineRule="auto"/>
        <w:ind w:left="720"/>
      </w:pPr>
      <w:r/>
      <w:hyperlink r:id="rId13">
        <w:r>
          <w:rPr>
            <w:color w:val="0000EE"/>
            <w:u w:val="single"/>
          </w:rPr>
          <w:t>https://blog.google/products/chrome/google-chrome-generative-ai-features-january-2024/</w:t>
        </w:r>
      </w:hyperlink>
      <w:r>
        <w:t xml:space="preserve"> - Outlines Google's experimental AI features in Chrome, including those that enhance user experience through AI, though it does not specifically mention autofill improvements.</w:t>
      </w:r>
      <w:r/>
    </w:p>
    <w:p>
      <w:pPr>
        <w:pStyle w:val="ListNumber"/>
        <w:spacing w:line="240" w:lineRule="auto"/>
        <w:ind w:left="720"/>
      </w:pPr>
      <w:r/>
      <w:hyperlink r:id="rId10">
        <w:r>
          <w:rPr>
            <w:color w:val="0000EE"/>
            <w:u w:val="single"/>
          </w:rPr>
          <w:t>https://www.google.com/chrome/ai-innovations/</w:t>
        </w:r>
      </w:hyperlink>
      <w:r>
        <w:t xml:space="preserve"> - Mentions the use of AI in various Chrome features, such as searching browser history and generating themes, indicating a broader AI integration strategy.</w:t>
      </w:r>
      <w:r/>
    </w:p>
    <w:p>
      <w:pPr>
        <w:pStyle w:val="ListNumber"/>
        <w:spacing w:line="240" w:lineRule="auto"/>
        <w:ind w:left="720"/>
      </w:pPr>
      <w:r/>
      <w:hyperlink r:id="rId14">
        <w:r>
          <w:rPr>
            <w:color w:val="0000EE"/>
            <w:u w:val="single"/>
          </w:rPr>
          <w:t>https://chromewebstore.google.com/detail/compose-ai-ai-powered-wri/ddlbpiadoechcolndfeaonajmngmhblj?hl=en</w:t>
        </w:r>
      </w:hyperlink>
      <w:r>
        <w:t xml:space="preserve"> - Shows how AI is used in writing and automation within Chrome, reflecting the trend of AI integration for user convenience.</w:t>
      </w:r>
      <w:r/>
    </w:p>
    <w:p>
      <w:pPr>
        <w:pStyle w:val="ListNumber"/>
        <w:spacing w:line="240" w:lineRule="auto"/>
        <w:ind w:left="720"/>
      </w:pPr>
      <w:r/>
      <w:hyperlink r:id="rId13">
        <w:r>
          <w:rPr>
            <w:color w:val="0000EE"/>
            <w:u w:val="single"/>
          </w:rPr>
          <w:t>https://blog.google/products/chrome/google-chrome-generative-ai-features-january-2024/</w:t>
        </w:r>
      </w:hyperlink>
      <w:r>
        <w:t xml:space="preserve"> - Discusses the experimental AI features in Chrome, including tab organization and writing assistance, highlighting Google's commitment to AI-driven enhancements.</w:t>
      </w:r>
      <w:r/>
    </w:p>
    <w:p>
      <w:pPr>
        <w:pStyle w:val="ListNumber"/>
        <w:spacing w:line="240" w:lineRule="auto"/>
        <w:ind w:left="720"/>
      </w:pPr>
      <w:r/>
      <w:hyperlink r:id="rId11">
        <w:r>
          <w:rPr>
            <w:color w:val="0000EE"/>
            <w:u w:val="single"/>
          </w:rPr>
          <w:t>https://www.compose.ai</w:t>
        </w:r>
      </w:hyperlink>
      <w:r>
        <w:t xml:space="preserve"> - Explains how AI is used to accelerate writing and automate tasks in Chrome, aligning with the broader theme of AI integration for efficiency.</w:t>
      </w:r>
      <w:r/>
    </w:p>
    <w:p>
      <w:pPr>
        <w:pStyle w:val="ListNumber"/>
        <w:spacing w:line="240" w:lineRule="auto"/>
        <w:ind w:left="720"/>
      </w:pPr>
      <w:r/>
      <w:hyperlink r:id="rId12">
        <w:r>
          <w:rPr>
            <w:color w:val="0000EE"/>
            <w:u w:val="single"/>
          </w:rPr>
          <w:t>https://chromewebstore.google.com/detail/magical-ai-agent-for-auto/iibninhmiggehlcdolcilmhacighjamp?hl=en</w:t>
        </w:r>
      </w:hyperlink>
      <w:r>
        <w:t xml:space="preserve"> - Details the capabilities of an AI agent for autofill automation, which, while not native to Chrome, shows the potential of AI in form filling and data entry.</w:t>
      </w:r>
      <w:r/>
    </w:p>
    <w:p>
      <w:pPr>
        <w:pStyle w:val="ListNumber"/>
        <w:spacing w:line="240" w:lineRule="auto"/>
        <w:ind w:left="720"/>
      </w:pPr>
      <w:r/>
      <w:hyperlink r:id="rId10">
        <w:r>
          <w:rPr>
            <w:color w:val="0000EE"/>
            <w:u w:val="single"/>
          </w:rPr>
          <w:t>https://www.google.com/chrome/ai-innovations/</w:t>
        </w:r>
      </w:hyperlink>
      <w:r>
        <w:t xml:space="preserve"> - Highlights the use of AI in Chrome for various tasks, including theme creation and search history, indicating a comprehensive approach to AI integration.</w:t>
      </w:r>
      <w:r/>
    </w:p>
    <w:p>
      <w:pPr>
        <w:pStyle w:val="ListNumber"/>
        <w:spacing w:line="240" w:lineRule="auto"/>
        <w:ind w:left="720"/>
      </w:pPr>
      <w:r/>
      <w:hyperlink r:id="rId13">
        <w:r>
          <w:rPr>
            <w:color w:val="0000EE"/>
            <w:u w:val="single"/>
          </w:rPr>
          <w:t>https://blog.google/products/chrome/google-chrome-generative-ai-features-january-2024/</w:t>
        </w:r>
      </w:hyperlink>
      <w:r>
        <w:t xml:space="preserve"> - Provides insights into Google's experimental AI features, including those that could potentially influence future autofill improvements.</w:t>
      </w:r>
      <w:r/>
    </w:p>
    <w:p>
      <w:pPr>
        <w:pStyle w:val="ListNumber"/>
        <w:spacing w:line="240" w:lineRule="auto"/>
        <w:ind w:left="720"/>
      </w:pPr>
      <w:r/>
      <w:hyperlink r:id="rId15">
        <w:r>
          <w:rPr>
            <w:color w:val="0000EE"/>
            <w:u w:val="single"/>
          </w:rPr>
          <w:t>https://www.androidpolice.com/google-chrome-new-autofill-ai-wip/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ogle.com/chrome/ai-innovations/" TargetMode="External"/><Relationship Id="rId11" Type="http://schemas.openxmlformats.org/officeDocument/2006/relationships/hyperlink" Target="https://www.compose.ai" TargetMode="External"/><Relationship Id="rId12" Type="http://schemas.openxmlformats.org/officeDocument/2006/relationships/hyperlink" Target="https://chromewebstore.google.com/detail/magical-ai-agent-for-auto/iibninhmiggehlcdolcilmhacighjamp?hl=en" TargetMode="External"/><Relationship Id="rId13" Type="http://schemas.openxmlformats.org/officeDocument/2006/relationships/hyperlink" Target="https://blog.google/products/chrome/google-chrome-generative-ai-features-january-2024/" TargetMode="External"/><Relationship Id="rId14" Type="http://schemas.openxmlformats.org/officeDocument/2006/relationships/hyperlink" Target="https://chromewebstore.google.com/detail/compose-ai-ai-powered-wri/ddlbpiadoechcolndfeaonajmngmhblj?hl=en" TargetMode="External"/><Relationship Id="rId15" Type="http://schemas.openxmlformats.org/officeDocument/2006/relationships/hyperlink" Target="https://www.androidpolice.com/google-chrome-new-autofill-ai-w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