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Google Chrome users await seamless integration of AI features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pPr>
        <w:pStyle w:val="Heading3"/>
      </w:pPr>
      <w:r>
        <w:t>Google Chrome Users Await Seamless Integration of AI Features</w:t>
      </w:r>
      <w:r/>
    </w:p>
    <w:p>
      <w:r/>
      <w:r>
        <w:t>In the rapidly evolving landscape of artificial intelligence, Google has made significant strides in integrating its AI capabilities across its suite of mobile and web applications. However, a gap exists in these integrations when it comes to Google Chrome's desktop version, where the rollout of AI functionalities, particularly those involving Google's new AI, Gemini, has been notably sluggish.</w:t>
      </w:r>
      <w:r/>
    </w:p>
    <w:p>
      <w:r/>
      <w:r>
        <w:t>Currently, Google's AI integrations on mobile devices shine by offering features that simplify user experience. Through the Google Assistant, users can excerpt web page summaries or pose queries directly through apps. However, for desktop users, accessing AI capabilities within the Chrome browser can feel cumbersome and dispersed.</w:t>
      </w:r>
      <w:r/>
    </w:p>
    <w:p>
      <w:r/>
      <w:r>
        <w:t>To engage Gemini for actions like web page summarisation on the desktop, users must type "@Gemini" into the browser's taskbar before manually copying the URL. This not only feels counterintuitive but involves several steps that current research suggests may not be user-friendly.</w:t>
      </w:r>
      <w:r/>
    </w:p>
    <w:p>
      <w:r/>
      <w:r>
        <w:t>In its existing form, Chrome’s AI integration process seems scattered across its desktop interface. Custom AI themes, for instance, require users to navigate to a less-frequented area of Chrome's UI, the "Customize Chrome" button on new tabs. Meanwhile, Google Lens, an AI-based tool for visual searches, requires users to engage in multiple steps before access.</w:t>
      </w:r>
      <w:r/>
    </w:p>
    <w:p>
      <w:r/>
      <w:r>
        <w:t>Looking towards the future, Google announced the potential introduction of Tab Compare and History Search features powered by AI for Chrome. The former aims to let users compare products across multiple tabs, providing comprehensive results, while the latter will offer natural-style search capabilities within users' browsing history. Despite these promising tools, concerns remain over a potentially fragmented introduction.</w:t>
      </w:r>
      <w:r/>
    </w:p>
    <w:p>
      <w:r/>
      <w:r>
        <w:t xml:space="preserve">Advocates for a more cohesive experience argue that Google's Chrome browser would greatly benefit from a unified interface, akin to Microsoft Edge's Copilot. This proposal suggests a dedicated side panel within Chrome housing all AI functionalities, creating an easy-to-access hub for users. In Edge, such a panel already exists, providing a one-stop location for features like webpage summaries, product comparisons, and text interrogation tools. </w:t>
      </w:r>
      <w:r/>
    </w:p>
    <w:p>
      <w:r/>
      <w:r>
        <w:t>The introduction of seamless extensions such as a Gemini side panel would allow users to maximise Chrome's potential, simplifying processes from summarising texts to creating AI-assisted content effortlessly. Such developments could also bridge the experience gap between mobile and desktop versions, fostering a consistent user interface across all platforms.</w:t>
      </w:r>
      <w:r/>
    </w:p>
    <w:p>
      <w:r/>
      <w:r>
        <w:t>Despite the current lack of an official side panel, users hesitate in leveraging third-party Gemini extensions over concerns about data security, preferring Google to manage sensitive information.</w:t>
      </w:r>
      <w:r/>
    </w:p>
    <w:p>
      <w:r/>
      <w:r>
        <w:t>The demand rises for Chrome's AI features to match the intuitive design of its competitors, suggesting substantial improvements and a streamlined integration process could bolster user experience significantly. Balancing enhanced functionality with security will be crucial for Google as it plots its future for Chrome's desktop development.</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https://blog.google/products/chrome/google-chrome-generative-ai-features-january-2024/</w:t>
        </w:r>
      </w:hyperlink>
      <w:r>
        <w:t xml:space="preserve"> - Corroborates the introduction of new AI features in Chrome, including smart tab organization, custom AI themes, and AI-assisted writing.</w:t>
      </w:r>
      <w:r/>
    </w:p>
    <w:p>
      <w:pPr>
        <w:pStyle w:val="ListNumber"/>
        <w:spacing w:line="240" w:lineRule="auto"/>
        <w:ind w:left="720"/>
      </w:pPr>
      <w:r/>
      <w:hyperlink r:id="rId11">
        <w:r>
          <w:rPr>
            <w:color w:val="0000EE"/>
            <w:u w:val="single"/>
          </w:rPr>
          <w:t>https://blog.google/products/chrome/google-chrome-ai-features-august-2024-update/</w:t>
        </w:r>
      </w:hyperlink>
      <w:r>
        <w:t xml:space="preserve"> - Supports the integration of Google Lens, Tab Compare, and improved history search features in Chrome.</w:t>
      </w:r>
      <w:r/>
    </w:p>
    <w:p>
      <w:pPr>
        <w:pStyle w:val="ListNumber"/>
        <w:spacing w:line="240" w:lineRule="auto"/>
        <w:ind w:left="720"/>
      </w:pPr>
      <w:r/>
      <w:hyperlink r:id="rId11">
        <w:r>
          <w:rPr>
            <w:color w:val="0000EE"/>
            <w:u w:val="single"/>
          </w:rPr>
          <w:t>https://blog.google/products/chrome/google-chrome-ai-features-august-2024-update/</w:t>
        </w:r>
      </w:hyperlink>
      <w:r>
        <w:t xml:space="preserve"> - Details the use of Gemini models in Chrome for various AI-powered tasks, including product comparison and history search.</w:t>
      </w:r>
      <w:r/>
    </w:p>
    <w:p>
      <w:pPr>
        <w:pStyle w:val="ListNumber"/>
        <w:spacing w:line="240" w:lineRule="auto"/>
        <w:ind w:left="720"/>
      </w:pPr>
      <w:r/>
      <w:hyperlink r:id="rId12">
        <w:r>
          <w:rPr>
            <w:color w:val="0000EE"/>
            <w:u w:val="single"/>
          </w:rPr>
          <w:t>https://developer.chrome.com/docs/ai/built-in</w:t>
        </w:r>
      </w:hyperlink>
      <w:r>
        <w:t xml:space="preserve"> - Explains the development and benefits of built-in AI in Chrome, including Gemini Nano and task APIs.</w:t>
      </w:r>
      <w:r/>
    </w:p>
    <w:p>
      <w:pPr>
        <w:pStyle w:val="ListNumber"/>
        <w:spacing w:line="240" w:lineRule="auto"/>
        <w:ind w:left="720"/>
      </w:pPr>
      <w:r/>
      <w:hyperlink r:id="rId13">
        <w:r>
          <w:rPr>
            <w:color w:val="0000EE"/>
            <w:u w:val="single"/>
          </w:rPr>
          <w:t>https://www.moneycontrol.com/technology/google-chrome-to-get-three-new-ai-features-with-lens-integration-tab-compare-and-improved-search-history-article-12785735.html</w:t>
        </w:r>
      </w:hyperlink>
      <w:r>
        <w:t xml:space="preserve"> - Describes the new AI features in Chrome, such as Google Lens integration, Tab Compare, and smart history search.</w:t>
      </w:r>
      <w:r/>
    </w:p>
    <w:p>
      <w:pPr>
        <w:pStyle w:val="ListNumber"/>
        <w:spacing w:line="240" w:lineRule="auto"/>
        <w:ind w:left="720"/>
      </w:pPr>
      <w:r/>
      <w:hyperlink r:id="rId14">
        <w:r>
          <w:rPr>
            <w:color w:val="0000EE"/>
            <w:u w:val="single"/>
          </w:rPr>
          <w:t>https://www.business-standard.com/technology/tech-news/google-chrome-to-get-ai-features-including-lens-integration-details-here-124080200524_1.html</w:t>
        </w:r>
      </w:hyperlink>
      <w:r>
        <w:t xml:space="preserve"> - Provides details on the upcoming AI features, including Lens integration, product comparison, and smart history search.</w:t>
      </w:r>
      <w:r/>
    </w:p>
    <w:p>
      <w:pPr>
        <w:pStyle w:val="ListNumber"/>
        <w:spacing w:line="240" w:lineRule="auto"/>
        <w:ind w:left="720"/>
      </w:pPr>
      <w:r/>
      <w:hyperlink r:id="rId10">
        <w:r>
          <w:rPr>
            <w:color w:val="0000EE"/>
            <w:u w:val="single"/>
          </w:rPr>
          <w:t>https://blog.google/products/chrome/google-chrome-generative-ai-features-january-2024/</w:t>
        </w:r>
      </w:hyperlink>
      <w:r>
        <w:t xml:space="preserve"> - Mentions the need to navigate to less-frequented areas of Chrome's UI for features like custom AI themes.</w:t>
      </w:r>
      <w:r/>
    </w:p>
    <w:p>
      <w:pPr>
        <w:pStyle w:val="ListNumber"/>
        <w:spacing w:line="240" w:lineRule="auto"/>
        <w:ind w:left="720"/>
      </w:pPr>
      <w:r/>
      <w:hyperlink r:id="rId11">
        <w:r>
          <w:rPr>
            <w:color w:val="0000EE"/>
            <w:u w:val="single"/>
          </w:rPr>
          <w:t>https://blog.google/products/chrome/google-chrome-ai-features-august-2024-update/</w:t>
        </w:r>
      </w:hyperlink>
      <w:r>
        <w:t xml:space="preserve"> - Highlights the fragmented introduction of AI features and the potential need for a unified interface.</w:t>
      </w:r>
      <w:r/>
    </w:p>
    <w:p>
      <w:pPr>
        <w:pStyle w:val="ListNumber"/>
        <w:spacing w:line="240" w:lineRule="auto"/>
        <w:ind w:left="720"/>
      </w:pPr>
      <w:r/>
      <w:hyperlink r:id="rId12">
        <w:r>
          <w:rPr>
            <w:color w:val="0000EE"/>
            <w:u w:val="single"/>
          </w:rPr>
          <w:t>https://developer.chrome.com/docs/ai/built-in</w:t>
        </w:r>
      </w:hyperlink>
      <w:r>
        <w:t xml:space="preserve"> - Discusses the importance of a cohesive experience and the potential for a dedicated side panel for AI functionalities.</w:t>
      </w:r>
      <w:r/>
    </w:p>
    <w:p>
      <w:pPr>
        <w:pStyle w:val="ListNumber"/>
        <w:spacing w:line="240" w:lineRule="auto"/>
        <w:ind w:left="720"/>
      </w:pPr>
      <w:r/>
      <w:hyperlink r:id="rId13">
        <w:r>
          <w:rPr>
            <w:color w:val="0000EE"/>
            <w:u w:val="single"/>
          </w:rPr>
          <w:t>https://www.moneycontrol.com/technology/google-chrome-to-get-three-new-ai-features-with-lens-integration-tab-compare-and-improved-search-history-article-12785735.html</w:t>
        </w:r>
      </w:hyperlink>
      <w:r>
        <w:t xml:space="preserve"> - Addresses concerns about data security and the preference for Google-managed AI extensions over third-party options.</w:t>
      </w:r>
      <w:r/>
    </w:p>
    <w:p>
      <w:pPr>
        <w:pStyle w:val="ListNumber"/>
        <w:spacing w:line="240" w:lineRule="auto"/>
        <w:ind w:left="720"/>
      </w:pPr>
      <w:r/>
      <w:hyperlink r:id="rId14">
        <w:r>
          <w:rPr>
            <w:color w:val="0000EE"/>
            <w:u w:val="single"/>
          </w:rPr>
          <w:t>https://www.business-standard.com/technology/tech-news/google-chrome-to-get-ai-features-including-lens-integration-details-here-124080200524_1.html</w:t>
        </w:r>
      </w:hyperlink>
      <w:r>
        <w:t xml:space="preserve"> - Emphasizes the need for balancing enhanced functionality with security in Chrome's AI feature development.</w:t>
      </w:r>
      <w:r/>
    </w:p>
    <w:p>
      <w:pPr>
        <w:pStyle w:val="ListNumber"/>
        <w:spacing w:line="240" w:lineRule="auto"/>
        <w:ind w:left="720"/>
      </w:pPr>
      <w:r/>
      <w:hyperlink r:id="rId15">
        <w:r>
          <w:rPr>
            <w:color w:val="0000EE"/>
            <w:u w:val="single"/>
          </w:rPr>
          <w:t>https://www.androidauthority.com/gemini-side-panel-in-google-chrome-3488640/</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blog.google/products/chrome/google-chrome-generative-ai-features-january-2024/" TargetMode="External"/><Relationship Id="rId11" Type="http://schemas.openxmlformats.org/officeDocument/2006/relationships/hyperlink" Target="https://blog.google/products/chrome/google-chrome-ai-features-august-2024-update/" TargetMode="External"/><Relationship Id="rId12" Type="http://schemas.openxmlformats.org/officeDocument/2006/relationships/hyperlink" Target="https://developer.chrome.com/docs/ai/built-in" TargetMode="External"/><Relationship Id="rId13" Type="http://schemas.openxmlformats.org/officeDocument/2006/relationships/hyperlink" Target="https://www.moneycontrol.com/technology/google-chrome-to-get-three-new-ai-features-with-lens-integration-tab-compare-and-improved-search-history-article-12785735.html" TargetMode="External"/><Relationship Id="rId14" Type="http://schemas.openxmlformats.org/officeDocument/2006/relationships/hyperlink" Target="https://www.business-standard.com/technology/tech-news/google-chrome-to-get-ai-features-including-lens-integration-details-here-124080200524_1.html" TargetMode="External"/><Relationship Id="rId15" Type="http://schemas.openxmlformats.org/officeDocument/2006/relationships/hyperlink" Target="https://www.androidauthority.com/gemini-side-panel-in-google-chrome-3488640/"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