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enhances Android phone security with new theft detection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is enhancing the security features of Android phones with a comprehensive update aimed at safeguarding users' personal information. This update, incorporating artificial intelligence, introduces an innovative Theft Detection Lock tool that provides enhanced protection against potential theft scenarios. Google's initiative seeks to bolster security for Android users by leveraging advanced motion detection technologies.</w:t>
      </w:r>
      <w:r/>
    </w:p>
    <w:p>
      <w:r/>
      <w:r>
        <w:t>Unveiled initially in May, the Theft Detection Lock tool is engineered to detect suspicious activity indicative of theft. The system identifies distinct motion patterns such as quick jerks followed by rapid acceleration, resembling scenarios where a phone is snatched and the thief subsequently runs, cycles, or drives away. Once such motions are detected, the phone's screen is automatically locked to prevent unauthorised access to personal data.</w:t>
      </w:r>
      <w:r/>
    </w:p>
    <w:p>
      <w:r/>
      <w:r>
        <w:t>Recently, the rollout of this feature has become more widespread, as highlighted by Android journalist Mishaal Rahman. Through a Reddit post, Rahman shared his observations after testing the feature on a Xiaomi 14T Pro. He noted the presence of Theft Detection Lock and Offline Device Lock in his device's settings, whereas Remote Lock, a different security feature, was absent. Conversely, some Pixel users in the United States reported having access to Remote Lock but not the others. This variance suggests that availability of the new tools may differ across various Android devices and regions.</w:t>
      </w:r>
      <w:r/>
    </w:p>
    <w:p>
      <w:r/>
      <w:r>
        <w:t>Users interested in determining the availability of these features on their Android phones can navigate to the settings menu and search for "anti-theft". This will provide a list of active security features on their devices, allowing them to ascertain which enhancements are currently accessible.</w:t>
      </w:r>
      <w:r/>
    </w:p>
    <w:p>
      <w:r/>
      <w:r>
        <w:t>In addition to Theft Detection Lock, Google has introduced several other security features this year, underscoring its commitment to managing data security for users before, during, and after a theft occurs. Key among these features is the ability to make factory resets more challenging, reducing the viability of resetting a stolen phone to reconfigure it as a new device. Furthermore, the update offers private spaces to secure sensitive applications, a lost phone marker feature on Find My Device to facilitate easier tracking, and an automatic lock mechanism triggered by excessive failed authentication attempts.</w:t>
      </w:r>
      <w:r/>
    </w:p>
    <w:p>
      <w:r/>
      <w:r>
        <w:t>Another notable addition is the Offline Device Lock, which allows users to lock their phones even if they are not connected to the internet. The Remote Lock feature, very much requested by users, offers the functionality to lock a phone’s screen remotely through a simple security challenge and the phone number associated with the device.</w:t>
      </w:r>
      <w:r/>
    </w:p>
    <w:p>
      <w:r/>
      <w:r>
        <w:t>These tools, poised to enhance the security infrastructure of Android devices, are being distributed through a Google Play services update. Some of the features, particularly those necessitating advanced technology, will be exclusive to Android 15, slated for release in the near future. This development underscores Google's commitment to providing its users with cutting-edge technology to protect their devices and personal data from potential cyber threats and theft.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https://www.engadget.com/mobile/smartphones/googles-theft-protection-features-have-started-showing-up-for-some-android-users-210634941.html</w:t>
        </w:r>
      </w:hyperlink>
      <w:r>
        <w:t xml:space="preserve"> - Corroborates the introduction of Theft Detection Lock, Offline Device Lock, and Remote Lock features and their functionality in protecting Android devices against theft.</w:t>
      </w:r>
      <w:r/>
    </w:p>
    <w:p>
      <w:pPr>
        <w:pStyle w:val="ListNumber"/>
        <w:spacing w:line="240" w:lineRule="auto"/>
        <w:ind w:left="720"/>
      </w:pPr>
      <w:r/>
      <w:hyperlink r:id="rId11">
        <w:r>
          <w:rPr>
            <w:color w:val="0000EE"/>
            <w:u w:val="single"/>
          </w:rPr>
          <w:t>https://www.theverge.com/2024/10/5/24262810/google-theft-detection-lock-rolling-out-android</w:t>
        </w:r>
      </w:hyperlink>
      <w:r>
        <w:t xml:space="preserve"> - Details the rollout of the new theft protection features, including how they work and the compatibility requirements for Android devices.</w:t>
      </w:r>
      <w:r/>
    </w:p>
    <w:p>
      <w:pPr>
        <w:pStyle w:val="ListNumber"/>
        <w:spacing w:line="240" w:lineRule="auto"/>
        <w:ind w:left="720"/>
      </w:pPr>
      <w:r/>
      <w:hyperlink r:id="rId12">
        <w:r>
          <w:rPr>
            <w:color w:val="0000EE"/>
            <w:u w:val="single"/>
          </w:rPr>
          <w:t>https://www.zdnet.com/article/an-anti-theft-upgrade-is-coming-to-android-phones-heres-how-to-see-if-you-have-it/</w:t>
        </w:r>
      </w:hyperlink>
      <w:r>
        <w:t xml:space="preserve"> - Explains how to check for the availability of the new anti-theft features on Android phones and how they are distributed through Google Play services updates.</w:t>
      </w:r>
      <w:r/>
    </w:p>
    <w:p>
      <w:pPr>
        <w:pStyle w:val="ListNumber"/>
        <w:spacing w:line="240" w:lineRule="auto"/>
        <w:ind w:left="720"/>
      </w:pPr>
      <w:r/>
      <w:hyperlink r:id="rId13">
        <w:r>
          <w:rPr>
            <w:color w:val="0000EE"/>
            <w:u w:val="single"/>
          </w:rPr>
          <w:t>https://9to5google.com/2024/10/10/android-theft-protection-lock/</w:t>
        </w:r>
      </w:hyperlink>
      <w:r>
        <w:t xml:space="preserve"> - Provides instructions on how to access the new 'Theft protection' menu and details the functionality of Theft Detection Lock, Offline Device Lock, and Remote Lock.</w:t>
      </w:r>
      <w:r/>
    </w:p>
    <w:p>
      <w:pPr>
        <w:pStyle w:val="ListNumber"/>
        <w:spacing w:line="240" w:lineRule="auto"/>
        <w:ind w:left="720"/>
      </w:pPr>
      <w:r/>
      <w:hyperlink r:id="rId14">
        <w:r>
          <w:rPr>
            <w:color w:val="0000EE"/>
            <w:u w:val="single"/>
          </w:rPr>
          <w:t>https://www.deccanherald.com/technology/google-rolls-out-new-anti-theft-security-feature-to-android-phones-3222099</w:t>
        </w:r>
      </w:hyperlink>
      <w:r>
        <w:t xml:space="preserve"> - Describes the operation of Theft Detection Lock, Offline Device Lock, and Remote Lock, and notes the phased rollout of these features through Google Play services updates.</w:t>
      </w:r>
      <w:r/>
    </w:p>
    <w:p>
      <w:pPr>
        <w:pStyle w:val="ListNumber"/>
        <w:spacing w:line="240" w:lineRule="auto"/>
        <w:ind w:left="720"/>
      </w:pPr>
      <w:r/>
      <w:hyperlink r:id="rId11">
        <w:r>
          <w:rPr>
            <w:color w:val="0000EE"/>
            <w:u w:val="single"/>
          </w:rPr>
          <w:t>https://www.theverge.com/2024/10/5/24262810/google-theft-detection-lock-rolling-out-android</w:t>
        </w:r>
      </w:hyperlink>
      <w:r>
        <w:t xml:space="preserve"> - Mentions Mishaal Rahman's observation of the features on a Xiaomi 14T Pro and the varying availability across different Android devices and regions.</w:t>
      </w:r>
      <w:r/>
    </w:p>
    <w:p>
      <w:pPr>
        <w:pStyle w:val="ListNumber"/>
        <w:spacing w:line="240" w:lineRule="auto"/>
        <w:ind w:left="720"/>
      </w:pPr>
      <w:r/>
      <w:hyperlink r:id="rId12">
        <w:r>
          <w:rPr>
            <w:color w:val="0000EE"/>
            <w:u w:val="single"/>
          </w:rPr>
          <w:t>https://www.zdnet.com/article/an-anti-theft-upgrade-is-coming-to-android-phones-heres-how-to-see-if-you-have-it/</w:t>
        </w:r>
      </w:hyperlink>
      <w:r>
        <w:t xml:space="preserve"> - Explains how users can check for the availability of the new security features by searching for 'anti-theft' in their phone's settings menu.</w:t>
      </w:r>
      <w:r/>
    </w:p>
    <w:p>
      <w:pPr>
        <w:pStyle w:val="ListNumber"/>
        <w:spacing w:line="240" w:lineRule="auto"/>
        <w:ind w:left="720"/>
      </w:pPr>
      <w:r/>
      <w:hyperlink r:id="rId13">
        <w:r>
          <w:rPr>
            <w:color w:val="0000EE"/>
            <w:u w:val="single"/>
          </w:rPr>
          <w:t>https://9to5google.com/2024/10/10/android-theft-protection-lock/</w:t>
        </w:r>
      </w:hyperlink>
      <w:r>
        <w:t xml:space="preserve"> - Details additional security features such as making factory resets more challenging, private spaces for sensitive apps, and automatic lock for excessive failed authentication attempts.</w:t>
      </w:r>
      <w:r/>
    </w:p>
    <w:p>
      <w:pPr>
        <w:pStyle w:val="ListNumber"/>
        <w:spacing w:line="240" w:lineRule="auto"/>
        <w:ind w:left="720"/>
      </w:pPr>
      <w:r/>
      <w:hyperlink r:id="rId14">
        <w:r>
          <w:rPr>
            <w:color w:val="0000EE"/>
            <w:u w:val="single"/>
          </w:rPr>
          <w:t>https://www.deccanherald.com/technology/google-rolls-out-new-anti-theft-security-feature-to-android-phones-3222099</w:t>
        </w:r>
      </w:hyperlink>
      <w:r>
        <w:t xml:space="preserve"> - Describes the Offline Device Lock feature and how it secures the phone even when it is not connected to the internet.</w:t>
      </w:r>
      <w:r/>
    </w:p>
    <w:p>
      <w:pPr>
        <w:pStyle w:val="ListNumber"/>
        <w:spacing w:line="240" w:lineRule="auto"/>
        <w:ind w:left="720"/>
      </w:pPr>
      <w:r/>
      <w:hyperlink r:id="rId11">
        <w:r>
          <w:rPr>
            <w:color w:val="0000EE"/>
            <w:u w:val="single"/>
          </w:rPr>
          <w:t>https://www.theverge.com/2024/10/5/24262810/google-theft-detection-lock-rolling-out-android</w:t>
        </w:r>
      </w:hyperlink>
      <w:r>
        <w:t xml:space="preserve"> - Notes that some features will be exclusive to Android 15 and highlights Google's commitment to providing advanced technology for device and data protection.</w:t>
      </w:r>
      <w:r/>
    </w:p>
    <w:p>
      <w:pPr>
        <w:pStyle w:val="ListNumber"/>
        <w:spacing w:line="240" w:lineRule="auto"/>
        <w:ind w:left="720"/>
      </w:pPr>
      <w:r/>
      <w:hyperlink r:id="rId12">
        <w:r>
          <w:rPr>
            <w:color w:val="0000EE"/>
            <w:u w:val="single"/>
          </w:rPr>
          <w:t>https://www.zdnet.com/article/an-anti-theft-upgrade-is-coming-to-android-phones-heres-how-to-see-if-you-have-it/</w:t>
        </w:r>
      </w:hyperlink>
      <w:r>
        <w:t xml:space="preserve"> - Mentions that the new tools are being made available through a Google Play services update and are compatible with Android 10 or newer versions.</w:t>
      </w:r>
      <w:r/>
    </w:p>
    <w:p>
      <w:pPr>
        <w:pStyle w:val="ListNumber"/>
        <w:spacing w:line="240" w:lineRule="auto"/>
        <w:ind w:left="720"/>
      </w:pPr>
      <w:r/>
      <w:hyperlink r:id="rId15">
        <w:r>
          <w:rPr>
            <w:color w:val="0000EE"/>
            <w:u w:val="single"/>
          </w:rPr>
          <w:t>https://www.zdnet.com/article/an-anti-theft-upgrade-is-coming-to-android-phones-heres-how-to-see-if-you-have-it/#ftag=RSSbaffb68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gadget.com/mobile/smartphones/googles-theft-protection-features-have-started-showing-up-for-some-android-users-210634941.html" TargetMode="External"/><Relationship Id="rId11" Type="http://schemas.openxmlformats.org/officeDocument/2006/relationships/hyperlink" Target="https://www.theverge.com/2024/10/5/24262810/google-theft-detection-lock-rolling-out-android" TargetMode="External"/><Relationship Id="rId12" Type="http://schemas.openxmlformats.org/officeDocument/2006/relationships/hyperlink" Target="https://www.zdnet.com/article/an-anti-theft-upgrade-is-coming-to-android-phones-heres-how-to-see-if-you-have-it/" TargetMode="External"/><Relationship Id="rId13" Type="http://schemas.openxmlformats.org/officeDocument/2006/relationships/hyperlink" Target="https://9to5google.com/2024/10/10/android-theft-protection-lock/" TargetMode="External"/><Relationship Id="rId14" Type="http://schemas.openxmlformats.org/officeDocument/2006/relationships/hyperlink" Target="https://www.deccanherald.com/technology/google-rolls-out-new-anti-theft-security-feature-to-android-phones-3222099" TargetMode="External"/><Relationship Id="rId15" Type="http://schemas.openxmlformats.org/officeDocument/2006/relationships/hyperlink" Target="https://www.zdnet.com/article/an-anti-theft-upgrade-is-coming-to-android-phones-heres-how-to-see-if-you-have-it/#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