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rolls out AI screensaver generator for Google TV devices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has officially begun the global rollout of its AI screensaver generator, a feature initially launched with the Google TV Streamer in August 2023. This innovative feature, which allows users to create customised screensavers using artificial intelligence, is now becoming available on other Google TV devices worldwide.</w:t>
      </w:r>
      <w:r/>
    </w:p>
    <w:p>
      <w:r/>
      <w:r>
        <w:t>The deployment of this feature, typical of Google's update processes, will occur in phases, meaning not all devices will receive the update simultaneously. However, users can easily check if their Google TV device has been updated by navigating through the system settings. From the Google TV home screen, users should select 'Settings', then 'System', followed by 'Ambient mode'. If the new feature is available, they will see an option for 'Custom AI Art' along with the traditional choices of 'Google Photos' and 'Art Gallery'.</w:t>
      </w:r>
      <w:r/>
    </w:p>
    <w:p>
      <w:r/>
      <w:r>
        <w:t>The 'Custom AI Art' feature enables users to curate their screensaver experience through various means. Users can generate artwork by providing a descriptive prompt, either typed or spoken via the microphone on the remote. The 'Inspire Me' option allows for random generation of images, while another method lets users choose an art style, guiding them through the creative process step by step. This gives individuals a unique opportunity to personalise their home screens with creations that reflect their tastes and interests.</w:t>
      </w:r>
      <w:r/>
    </w:p>
    <w:p>
      <w:r/>
      <w:r>
        <w:t>Early reviews of the AI-generated images are positive, suggesting that the technology is producing visually striking results. If a user is not satisfied with an image, they have the option to edit or regenerate it until the desired effect is achieved. Once satisfied, images can be saved directly to a personal gallery on the device.</w:t>
      </w:r>
      <w:r/>
    </w:p>
    <w:p>
      <w:r/>
      <w:r>
        <w:t>This new update highlights Google's continuous strides in integrating artificial intelligence into consumer technology, enhancing user experience by blending creativity and technology. As the rollout progresses, more Google TV users around the world will be able to explore and enjoy this personalised visual feature.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https://9to5google.com/2024/10/09/google-tvs-ai-screensavers-widely-available/</w:t>
        </w:r>
      </w:hyperlink>
      <w:r>
        <w:t xml:space="preserve"> - Corroborates the global rollout of Google TV's AI screensaver generator and the methods for generating custom AI art.</w:t>
      </w:r>
      <w:r/>
    </w:p>
    <w:p>
      <w:pPr>
        <w:pStyle w:val="ListNumber"/>
        <w:spacing w:line="240" w:lineRule="auto"/>
        <w:ind w:left="720"/>
      </w:pPr>
      <w:r/>
      <w:hyperlink r:id="rId11">
        <w:r>
          <w:rPr>
            <w:color w:val="0000EE"/>
            <w:u w:val="single"/>
          </w:rPr>
          <w:t>https://www.droid-life.com/2024/09/23/google-tv-gets-google-home-panel-ai-wallpapers-new-sports-page/</w:t>
        </w:r>
      </w:hyperlink>
      <w:r>
        <w:t xml:space="preserve"> - Confirms the rollout of AI wallpapers and other new features on Google TV devices, including the Custom AI Art option.</w:t>
      </w:r>
      <w:r/>
    </w:p>
    <w:p>
      <w:pPr>
        <w:pStyle w:val="ListNumber"/>
        <w:spacing w:line="240" w:lineRule="auto"/>
        <w:ind w:left="720"/>
      </w:pPr>
      <w:r/>
      <w:hyperlink r:id="rId12">
        <w:r>
          <w:rPr>
            <w:color w:val="0000EE"/>
            <w:u w:val="single"/>
          </w:rPr>
          <w:t>https://www.techradar.com/televisions/google-tv-rolls-out-fancy-new-ai-generated-wallpapers-heres-how-to-find-them</w:t>
        </w:r>
      </w:hyperlink>
      <w:r>
        <w:t xml:space="preserve"> - Details how to access the AI screensaver feature on Google TV devices and the various methods for generating AI art.</w:t>
      </w:r>
      <w:r/>
    </w:p>
    <w:p>
      <w:pPr>
        <w:pStyle w:val="ListNumber"/>
        <w:spacing w:line="240" w:lineRule="auto"/>
        <w:ind w:left="720"/>
      </w:pPr>
      <w:r/>
      <w:hyperlink r:id="rId10">
        <w:r>
          <w:rPr>
            <w:color w:val="0000EE"/>
            <w:u w:val="single"/>
          </w:rPr>
          <w:t>https://9to5google.com/2024/10/09/google-tvs-ai-screensavers-widely-available/</w:t>
        </w:r>
      </w:hyperlink>
      <w:r>
        <w:t xml:space="preserve"> - Explains the process of checking for the Custom AI Art option in Google TV settings and the personalization options available.</w:t>
      </w:r>
      <w:r/>
    </w:p>
    <w:p>
      <w:pPr>
        <w:pStyle w:val="ListNumber"/>
        <w:spacing w:line="240" w:lineRule="auto"/>
        <w:ind w:left="720"/>
      </w:pPr>
      <w:r/>
      <w:hyperlink r:id="rId11">
        <w:r>
          <w:rPr>
            <w:color w:val="0000EE"/>
            <w:u w:val="single"/>
          </w:rPr>
          <w:t>https://www.droid-life.com/2024/09/23/google-tv-gets-google-home-panel-ai-wallpapers-new-sports-page/</w:t>
        </w:r>
      </w:hyperlink>
      <w:r>
        <w:t xml:space="preserve"> - Mentions the phased rollout of the feature and how users can access it through the Google TV settings.</w:t>
      </w:r>
      <w:r/>
    </w:p>
    <w:p>
      <w:pPr>
        <w:pStyle w:val="ListNumber"/>
        <w:spacing w:line="240" w:lineRule="auto"/>
        <w:ind w:left="720"/>
      </w:pPr>
      <w:r/>
      <w:hyperlink r:id="rId12">
        <w:r>
          <w:rPr>
            <w:color w:val="0000EE"/>
            <w:u w:val="single"/>
          </w:rPr>
          <w:t>https://www.techradar.com/televisions/google-tv-rolls-out-fancy-new-ai-generated-wallpapers-heres-how-to-find-them</w:t>
        </w:r>
      </w:hyperlink>
      <w:r>
        <w:t xml:space="preserve"> - Describes the 'Inspire Me' option and the ability to choose an art style for generating AI images.</w:t>
      </w:r>
      <w:r/>
    </w:p>
    <w:p>
      <w:pPr>
        <w:pStyle w:val="ListNumber"/>
        <w:spacing w:line="240" w:lineRule="auto"/>
        <w:ind w:left="720"/>
      </w:pPr>
      <w:r/>
      <w:hyperlink r:id="rId10">
        <w:r>
          <w:rPr>
            <w:color w:val="0000EE"/>
            <w:u w:val="single"/>
          </w:rPr>
          <w:t>https://9to5google.com/2024/10/09/google-tvs-ai-screensavers-widely-available/</w:t>
        </w:r>
      </w:hyperlink>
      <w:r>
        <w:t xml:space="preserve"> - Highlights the positive early reviews of the AI-generated images and the options to edit or regenerate them.</w:t>
      </w:r>
      <w:r/>
    </w:p>
    <w:p>
      <w:pPr>
        <w:pStyle w:val="ListNumber"/>
        <w:spacing w:line="240" w:lineRule="auto"/>
        <w:ind w:left="720"/>
      </w:pPr>
      <w:r/>
      <w:hyperlink r:id="rId11">
        <w:r>
          <w:rPr>
            <w:color w:val="0000EE"/>
            <w:u w:val="single"/>
          </w:rPr>
          <w:t>https://www.droid-life.com/2024/09/23/google-tv-gets-google-home-panel-ai-wallpapers-new-sports-page/</w:t>
        </w:r>
      </w:hyperlink>
      <w:r>
        <w:t xml:space="preserve"> - Discusses Google's integration of AI into consumer technology and the enhancement of user experience through such features.</w:t>
      </w:r>
      <w:r/>
    </w:p>
    <w:p>
      <w:pPr>
        <w:pStyle w:val="ListNumber"/>
        <w:spacing w:line="240" w:lineRule="auto"/>
        <w:ind w:left="720"/>
      </w:pPr>
      <w:r/>
      <w:hyperlink r:id="rId12">
        <w:r>
          <w:rPr>
            <w:color w:val="0000EE"/>
            <w:u w:val="single"/>
          </w:rPr>
          <w:t>https://www.techradar.com/televisions/google-tv-rolls-out-fancy-new-ai-generated-wallpapers-heres-how-to-find-them</w:t>
        </w:r>
      </w:hyperlink>
      <w:r>
        <w:t xml:space="preserve"> - Provides details on saving generated images to a personal gallery on the device.</w:t>
      </w:r>
      <w:r/>
    </w:p>
    <w:p>
      <w:pPr>
        <w:pStyle w:val="ListNumber"/>
        <w:spacing w:line="240" w:lineRule="auto"/>
        <w:ind w:left="720"/>
      </w:pPr>
      <w:r/>
      <w:hyperlink r:id="rId10">
        <w:r>
          <w:rPr>
            <w:color w:val="0000EE"/>
            <w:u w:val="single"/>
          </w:rPr>
          <w:t>https://9to5google.com/2024/10/09/google-tvs-ai-screensavers-widely-available/</w:t>
        </w:r>
      </w:hyperlink>
      <w:r>
        <w:t xml:space="preserve"> - Corroborates the availability of the feature on various Google TV devices and the ongoing rollout process.</w:t>
      </w:r>
      <w:r/>
    </w:p>
    <w:p>
      <w:pPr>
        <w:pStyle w:val="ListNumber"/>
        <w:spacing w:line="240" w:lineRule="auto"/>
        <w:ind w:left="720"/>
      </w:pPr>
      <w:r/>
      <w:hyperlink r:id="rId11">
        <w:r>
          <w:rPr>
            <w:color w:val="0000EE"/>
            <w:u w:val="single"/>
          </w:rPr>
          <w:t>https://www.droid-life.com/2024/09/23/google-tv-gets-google-home-panel-ai-wallpapers-new-sports-page/</w:t>
        </w:r>
      </w:hyperlink>
      <w:r>
        <w:t xml:space="preserve"> - Mentions other new features accompanying the AI screensaver rollout, such as the Google Home panel and Sports page.</w:t>
      </w:r>
      <w:r/>
    </w:p>
    <w:p>
      <w:pPr>
        <w:pStyle w:val="ListNumber"/>
        <w:spacing w:line="240" w:lineRule="auto"/>
        <w:ind w:left="720"/>
      </w:pPr>
      <w:r/>
      <w:hyperlink r:id="rId12">
        <w:r>
          <w:rPr>
            <w:color w:val="0000EE"/>
            <w:u w:val="single"/>
          </w:rPr>
          <w:t>https://www.techradar.com/televisions/google-tv-rolls-out-fancy-new-ai-generated-wallpapers-heres-how-to-find-them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9to5google.com/2024/10/09/google-tvs-ai-screensavers-widely-available/" TargetMode="External"/><Relationship Id="rId11" Type="http://schemas.openxmlformats.org/officeDocument/2006/relationships/hyperlink" Target="https://www.droid-life.com/2024/09/23/google-tv-gets-google-home-panel-ai-wallpapers-new-sports-page/" TargetMode="External"/><Relationship Id="rId12" Type="http://schemas.openxmlformats.org/officeDocument/2006/relationships/hyperlink" Target="https://www.techradar.com/televisions/google-tv-rolls-out-fancy-new-ai-generated-wallpapers-heres-how-to-find-the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