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Gemini AI tool brings revolution to email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unveiled a significant update to its AI tool, Gemini, specifically designed to enhance Gmail's functionality. This development promises to revolutionise the way users manage their often-overwhelming inboxes with its new summarising capability.</w:t>
      </w:r>
      <w:r/>
    </w:p>
    <w:p>
      <w:r/>
      <w:r>
        <w:t>For many, the daily sight of a cluttered email inbox can induce anxiety. The situation is familiar to countless users: staring at a growing list of unread newsletters and notifications, the task of managing emails feels akin to navigating an unkempt garden. This experience is not isolated to a few; it appears to be a common phenomenon across the workforce, with colleagues at various levels expressing similar challenges.</w:t>
      </w:r>
      <w:r/>
    </w:p>
    <w:p>
      <w:r/>
      <w:r>
        <w:t>In response to this prevalent issue, Google has integrated a new feature into its Gemini AI, specifically targeting email management. The tool allows users to simply command Gemini to "Summarise my inbox," after which the AI compiles a concise overview of the day's emails. This summary categorises emails into important correspondence and less urgent newsletters, enabling users to efficiently address what matters most while overlooking less significant clutter.</w:t>
      </w:r>
      <w:r/>
    </w:p>
    <w:p>
      <w:r/>
      <w:r>
        <w:t>This new feature is accessible via the Google app on both iOS and Android platforms. Users can query Gemini not only for a summary but for assistance in locating specific email threads. Each evening, the AI provides a breakdown, highlighting crucial emails and categorising other types, such as security alerts and newsletters, allowing for tailored inbox management.</w:t>
      </w:r>
      <w:r/>
    </w:p>
    <w:p>
      <w:r/>
      <w:r>
        <w:t>Another notable aspect of Gemini's capabilities is its proficiency in retrieving historical emails that might not readily appear during standard searches. Users have reported success in finding decade-old emails neatly summarised and linked directly to their original sources. However, it is important to note that, as of now, this functionality is limited to the primary Gmail account, and a Google One subscription is necessary.</w:t>
      </w:r>
      <w:r/>
    </w:p>
    <w:p>
      <w:r/>
      <w:r>
        <w:t>Despite its burgeoning utility, the service is presently exclusive to Gemini Advanced subscribers. The current limitations include the inability to search across multiple inboxes and some difficulty with specific search queries, although these issues are anticipated to be improved with future updates.</w:t>
      </w:r>
      <w:r/>
    </w:p>
    <w:p>
      <w:r/>
      <w:r>
        <w:t>As artificial intelligence continues to progress, Gemini's new email management feature exemplifies its potential to ease daily digital burdens. While the technology is still in its nascent stages, it offers promising solutions for users overwhelmed by the demands of digital correspondence. This marks a significant step toward making AI a practical tool for everyday use, reducing stress and allowing users to focus more on personal and professional priorities.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https://support.google.com/mail/answer/14199860?hl=en&amp;co=GENIE.Platform%3DAndroid</w:t>
        </w:r>
      </w:hyperlink>
      <w:r>
        <w:t xml:space="preserve"> - This link corroborates the new Gemini features in Gmail, including email summarization, suggesting responses, drafting emails, and finding information from previous emails and Google Drive files.</w:t>
      </w:r>
      <w:r/>
    </w:p>
    <w:p>
      <w:pPr>
        <w:pStyle w:val="ListNumber"/>
        <w:spacing w:line="240" w:lineRule="auto"/>
        <w:ind w:left="720"/>
      </w:pPr>
      <w:r/>
      <w:hyperlink r:id="rId11">
        <w:r>
          <w:rPr>
            <w:color w:val="0000EE"/>
            <w:u w:val="single"/>
          </w:rPr>
          <w:t>https://mashable.com/article/google-io-2024-gmail</w:t>
        </w:r>
      </w:hyperlink>
      <w:r>
        <w:t xml:space="preserve"> - This article supports the introduction of Gemini's new features in Gmail, such as email summarization, Google Meet highlights, and querying Gemini about email content, as announced at Google I/O 2024.</w:t>
      </w:r>
      <w:r/>
    </w:p>
    <w:p>
      <w:pPr>
        <w:pStyle w:val="ListNumber"/>
        <w:spacing w:line="240" w:lineRule="auto"/>
        <w:ind w:left="720"/>
      </w:pPr>
      <w:r/>
      <w:hyperlink r:id="rId12">
        <w:r>
          <w:rPr>
            <w:color w:val="0000EE"/>
            <w:u w:val="single"/>
          </w:rPr>
          <w:t>https://www.techradar.com/computing/artificial-intelligence/google-geminis-new-summarize-tool-is-transforming-my-email-nightmare-into-a-dream</w:t>
        </w:r>
      </w:hyperlink>
      <w:r>
        <w:t xml:space="preserve"> - This link explains how Gemini's new summarize tool helps manage overwhelming inboxes by providing a neat summary of the day's emails and categorizing them into important and less urgent categories.</w:t>
      </w:r>
      <w:r/>
    </w:p>
    <w:p>
      <w:pPr>
        <w:pStyle w:val="ListNumber"/>
        <w:spacing w:line="240" w:lineRule="auto"/>
        <w:ind w:left="720"/>
      </w:pPr>
      <w:r/>
      <w:hyperlink r:id="rId13">
        <w:r>
          <w:rPr>
            <w:color w:val="0000EE"/>
            <w:u w:val="single"/>
          </w:rPr>
          <w:t>https://support.google.com/mail/answer/13955415?hl=en&amp;co=GENIE.Platform%3DDesktop</w:t>
        </w:r>
      </w:hyperlink>
      <w:r>
        <w:t xml:space="preserve"> - This link details how users can draft emails using Gemini in Gmail, including writing new drafts, refining existing drafts, and the necessity of a Google One subscription or Gemini for Google Workspace add-on.</w:t>
      </w:r>
      <w:r/>
    </w:p>
    <w:p>
      <w:pPr>
        <w:pStyle w:val="ListNumber"/>
        <w:spacing w:line="240" w:lineRule="auto"/>
        <w:ind w:left="720"/>
      </w:pPr>
      <w:r/>
      <w:hyperlink r:id="rId10">
        <w:r>
          <w:rPr>
            <w:color w:val="0000EE"/>
            <w:u w:val="single"/>
          </w:rPr>
          <w:t>https://support.google.com/mail/answer/14199860?hl=en&amp;co=GENIE.Platform%3DAndroid</w:t>
        </w:r>
      </w:hyperlink>
      <w:r>
        <w:t xml:space="preserve"> - This link highlights the availability of Gemini features through Google Workspace Labs and the requirement for a Google One AI Premium subscription for personal accounts.</w:t>
      </w:r>
      <w:r/>
    </w:p>
    <w:p>
      <w:pPr>
        <w:pStyle w:val="ListNumber"/>
        <w:spacing w:line="240" w:lineRule="auto"/>
        <w:ind w:left="720"/>
      </w:pPr>
      <w:r/>
      <w:hyperlink r:id="rId11">
        <w:r>
          <w:rPr>
            <w:color w:val="0000EE"/>
            <w:u w:val="single"/>
          </w:rPr>
          <w:t>https://mashable.com/article/google-io-2024-gmail</w:t>
        </w:r>
      </w:hyperlink>
      <w:r>
        <w:t xml:space="preserve"> - This article mentions the limitation of Gemini's current functionality to the primary Gmail account and the need for a Google One subscription, as well as the anticipated improvements in future updates.</w:t>
      </w:r>
      <w:r/>
    </w:p>
    <w:p>
      <w:pPr>
        <w:pStyle w:val="ListNumber"/>
        <w:spacing w:line="240" w:lineRule="auto"/>
        <w:ind w:left="720"/>
      </w:pPr>
      <w:r/>
      <w:hyperlink r:id="rId12">
        <w:r>
          <w:rPr>
            <w:color w:val="0000EE"/>
            <w:u w:val="single"/>
          </w:rPr>
          <w:t>https://www.techradar.com/computing/artificial-intelligence/google-geminis-new-summarize-tool-is-transforming-my-email-nightmare-into-a-dream</w:t>
        </w:r>
      </w:hyperlink>
      <w:r>
        <w:t xml:space="preserve"> - This link discusses the current limitations of Gemini, such as the inability to search across multiple inboxes and some difficulties with specific search queries.</w:t>
      </w:r>
      <w:r/>
    </w:p>
    <w:p>
      <w:pPr>
        <w:pStyle w:val="ListNumber"/>
        <w:spacing w:line="240" w:lineRule="auto"/>
        <w:ind w:left="720"/>
      </w:pPr>
      <w:r/>
      <w:hyperlink r:id="rId10">
        <w:r>
          <w:rPr>
            <w:color w:val="0000EE"/>
            <w:u w:val="single"/>
          </w:rPr>
          <w:t>https://support.google.com/mail/answer/14199860?hl=en&amp;co=GENIE.Platform%3DAndroid</w:t>
        </w:r>
      </w:hyperlink>
      <w:r>
        <w:t xml:space="preserve"> - This link explains how users can use Gemini to find information from previous emails, Google Drive files, and Google Calendar events, and how to turn off Gemini features by exiting the Workspace Labs program.</w:t>
      </w:r>
      <w:r/>
    </w:p>
    <w:p>
      <w:pPr>
        <w:pStyle w:val="ListNumber"/>
        <w:spacing w:line="240" w:lineRule="auto"/>
        <w:ind w:left="720"/>
      </w:pPr>
      <w:r/>
      <w:hyperlink r:id="rId11">
        <w:r>
          <w:rPr>
            <w:color w:val="0000EE"/>
            <w:u w:val="single"/>
          </w:rPr>
          <w:t>https://mashable.com/article/google-io-2024-gmail</w:t>
        </w:r>
      </w:hyperlink>
      <w:r>
        <w:t xml:space="preserve"> - This article highlights the potential of Gemini's new email management feature to ease daily digital burdens and reduce stress, making AI a practical tool for everyday use.</w:t>
      </w:r>
      <w:r/>
    </w:p>
    <w:p>
      <w:pPr>
        <w:pStyle w:val="ListNumber"/>
        <w:spacing w:line="240" w:lineRule="auto"/>
        <w:ind w:left="720"/>
      </w:pPr>
      <w:r/>
      <w:hyperlink r:id="rId14">
        <w:r>
          <w:rPr>
            <w:color w:val="0000EE"/>
            <w:u w:val="single"/>
          </w:rPr>
          <w:t>https://www.youtube.com/watch?v=yB2dHVSC_Lc</w:t>
        </w:r>
      </w:hyperlink>
      <w:r>
        <w:t xml:space="preserve"> - This video explains the new Gemini features in Gmail, including the 'Polish' feature for refining email drafts, and how to use Gemini on both Android and iOS devices.</w:t>
      </w:r>
      <w:r/>
    </w:p>
    <w:p>
      <w:pPr>
        <w:pStyle w:val="ListNumber"/>
        <w:spacing w:line="240" w:lineRule="auto"/>
        <w:ind w:left="720"/>
      </w:pPr>
      <w:r/>
      <w:hyperlink r:id="rId13">
        <w:r>
          <w:rPr>
            <w:color w:val="0000EE"/>
            <w:u w:val="single"/>
          </w:rPr>
          <w:t>https://support.google.com/mail/answer/13955415?hl=en&amp;co=GENIE.Platform%3DDesktop</w:t>
        </w:r>
      </w:hyperlink>
      <w:r>
        <w:t xml:space="preserve"> - This link provides tips on how to use Gemini to draft emails, including specifying the recipient, topic, and tone in the prompt for better results.</w:t>
      </w:r>
      <w:r/>
    </w:p>
    <w:p>
      <w:pPr>
        <w:pStyle w:val="ListNumber"/>
        <w:spacing w:line="240" w:lineRule="auto"/>
        <w:ind w:left="720"/>
      </w:pPr>
      <w:r/>
      <w:hyperlink r:id="rId12">
        <w:r>
          <w:rPr>
            <w:color w:val="0000EE"/>
            <w:u w:val="single"/>
          </w:rPr>
          <w:t>https://www.techradar.com/computing/artificial-intelligence/google-geminis-new-summarize-tool-is-transforming-my-email-nightmare-into-a-dream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upport.google.com/mail/answer/14199860?hl=en&amp;co=GENIE.Platform%3DAndroid" TargetMode="External"/><Relationship Id="rId11" Type="http://schemas.openxmlformats.org/officeDocument/2006/relationships/hyperlink" Target="https://mashable.com/article/google-io-2024-gmail" TargetMode="External"/><Relationship Id="rId12" Type="http://schemas.openxmlformats.org/officeDocument/2006/relationships/hyperlink" Target="https://www.techradar.com/computing/artificial-intelligence/google-geminis-new-summarize-tool-is-transforming-my-email-nightmare-into-a-dream" TargetMode="External"/><Relationship Id="rId13" Type="http://schemas.openxmlformats.org/officeDocument/2006/relationships/hyperlink" Target="https://support.google.com/mail/answer/13955415?hl=en&amp;co=GENIE.Platform%3DDesktop" TargetMode="External"/><Relationship Id="rId14" Type="http://schemas.openxmlformats.org/officeDocument/2006/relationships/hyperlink" Target="https://www.youtube.com/watch?v=yB2dHVSC_L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