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GP admits plotting to kill mother's partner in Newcastle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GP Admits Plotting to Kill Mother’s Partner in Newcastle</w:t>
      </w:r>
      <w:r/>
    </w:p>
    <w:p>
      <w:r/>
      <w:r>
        <w:t>Newcastle, UK – A general practitioner, Thomas Kwan, aged 53, has admitted to plotting the murder of his mother's long-term partner, Patrick O’Hara, who is 72 years old, by administering a toxic injection under the guise of a fake Covid booster jab. This startling revelation emerged during a trial at Newcastle Crown Court, where Kwan initially pleaded not guilty to attempted murder but changed his plea following the prosecution’s opening statements.</w:t>
      </w:r>
      <w:r/>
    </w:p>
    <w:p>
      <w:r/>
      <w:r>
        <w:t>Kwan, who plotted the attack by disguising himself as a community nurse, injected the lethal substance into Mr. O'Hara's arm, which resulted in the victim developing a rare and severe flesh-eating disease. The nature of this substance, as well as the precise contents and its intended effects, are yet to be detailed further in the ongoing proceedings.</w:t>
      </w:r>
      <w:r/>
    </w:p>
    <w:p>
      <w:r/>
      <w:r>
        <w:t>The trial had taken a dramatic turn with Kwan's admission, shedding light on the calculated deception and the lengths to which he went to carry out the act. The incident raises significant concerns over the misuse of medical knowledge and the subsequent breach of trust placed in healthcare professionals.</w:t>
      </w:r>
      <w:r/>
    </w:p>
    <w:p>
      <w:r/>
      <w:r>
        <w:t>The implications of this case extend beyond the personal tragedy, touching upon broader societal issues concerning the safeguarding of vulnerable individuals and the integrity of medical professionals. The court proceedings will continue to unravel the specifics that led to this case and Kwan's motivations behind the attack.</w:t>
      </w:r>
      <w:r/>
    </w:p>
    <w:p>
      <w:r/>
      <w:r>
        <w:rPr>
          <w:b/>
        </w:rPr>
        <w:t>Culinary Indulgence with Italian ‘Quattro Formaggi’ Pasta</w:t>
      </w:r>
      <w:r/>
    </w:p>
    <w:p>
      <w:r/>
      <w:r>
        <w:t>In lighter news, a sumptuous take on Italian cuisine has emerged, offering a rich indulgence for lovers of cheese-based dishes. Pasta ai Quattro Formaggi, the Italian counterpart to American mac and cheese, marries creamy textures with bold flavours, in a recipe highlighted by the Christopher Kimball’s cookbook, "Milk Street 365: The All-Purpose Cookbook for Every Day of the Year."</w:t>
      </w:r>
      <w:r/>
    </w:p>
    <w:p>
      <w:r/>
      <w:r>
        <w:t>This dish combines four distinct cheeses: the tangy Gorgonzola, the nutty Parmesan, the creamy mascarpone, and the semi-soft, melting Fontina. These selections are carefully combined to create a smooth, rich sauce that envelops al dente pasta, designed to catch and hold the sauce in its folds.</w:t>
      </w:r>
      <w:r/>
    </w:p>
    <w:p>
      <w:r/>
      <w:r>
        <w:t>The flavourful concoction is prepared using campanelle, gemelli, or penne pasta to ensure maximum sauce absorption. The cooking process involves using reduced volumes of starchy water from boiling the pasta, which is then combined with whole milk and the cheeses, along with a touch of grated nutmeg for added depth of flavour.</w:t>
      </w:r>
      <w:r/>
    </w:p>
    <w:p>
      <w:r/>
      <w:r>
        <w:t>Once ready, the pasta is finished under a broiler to give it a lightly crisped, golden-brown surface. After allowing the dish to set and cool for a short period, it's ready to serve, offering an enticingly rich and comforting meal to share.</w:t>
      </w:r>
      <w:r/>
    </w:p>
    <w:p>
      <w:r/>
      <w:r>
        <w:t>As this recipe makes its way into kitchens, it exemplifies a warming and decadent choice for gatherings, sure to delight fans of both traditional Italian cuisine and modern culinary adaptations.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https://www.cbsnews.com/news/doctor-thomas-kwan-admits-attempted-murder-fake-vaccine-poison/</w:t>
        </w:r>
      </w:hyperlink>
      <w:r>
        <w:t xml:space="preserve"> - Corroborates Thomas Kwan's admission to attempting to kill his mother's partner by injecting a toxic substance disguised as a COVID-19 vaccine.</w:t>
      </w:r>
      <w:r/>
    </w:p>
    <w:p>
      <w:pPr>
        <w:pStyle w:val="ListNumber"/>
        <w:spacing w:line="240" w:lineRule="auto"/>
        <w:ind w:left="720"/>
      </w:pPr>
      <w:r/>
      <w:hyperlink r:id="rId11">
        <w:r>
          <w:rPr>
            <w:color w:val="0000EE"/>
            <w:u w:val="single"/>
          </w:rPr>
          <w:t>https://www.bbc.com/news/articles/c4g9ve47e92o</w:t>
        </w:r>
      </w:hyperlink>
      <w:r>
        <w:t xml:space="preserve"> - Supports the details of Thomas Kwan's plot, including his disguise as a community nurse and the use of a toxic substance.</w:t>
      </w:r>
      <w:r/>
    </w:p>
    <w:p>
      <w:pPr>
        <w:pStyle w:val="ListNumber"/>
        <w:spacing w:line="240" w:lineRule="auto"/>
        <w:ind w:left="720"/>
      </w:pPr>
      <w:r/>
      <w:hyperlink r:id="rId12">
        <w:r>
          <w:rPr>
            <w:color w:val="0000EE"/>
            <w:u w:val="single"/>
          </w:rPr>
          <w:t>https://www.theguardian.com/uk-news/2024/oct/07/gp-admits-attempted-of-mothers-partner-with-fake-covid-jab</w:t>
        </w:r>
      </w:hyperlink>
      <w:r>
        <w:t xml:space="preserve"> - Provides information on Kwan's extensive knowledge of poisons and his detailed scheme to eliminate his mother's partner.</w:t>
      </w:r>
      <w:r/>
    </w:p>
    <w:p>
      <w:pPr>
        <w:pStyle w:val="ListNumber"/>
        <w:spacing w:line="240" w:lineRule="auto"/>
        <w:ind w:left="720"/>
      </w:pPr>
      <w:r/>
      <w:hyperlink r:id="rId13">
        <w:r>
          <w:rPr>
            <w:color w:val="0000EE"/>
            <w:u w:val="single"/>
          </w:rPr>
          <w:t>https://www.the-independent.com/news/uk/crime/thomas-kwan-gp-covid-jab-disguise-murder-plot-b2625052.html</w:t>
        </w:r>
      </w:hyperlink>
      <w:r>
        <w:t xml:space="preserve"> - Details Kwan's actions, including forging NHS documents, using a disguise, and the subsequent health consequences for the victim.</w:t>
      </w:r>
      <w:r/>
    </w:p>
    <w:p>
      <w:pPr>
        <w:pStyle w:val="ListNumber"/>
        <w:spacing w:line="240" w:lineRule="auto"/>
        <w:ind w:left="720"/>
      </w:pPr>
      <w:r/>
      <w:hyperlink r:id="rId14">
        <w:r>
          <w:rPr>
            <w:color w:val="0000EE"/>
            <w:u w:val="single"/>
          </w:rPr>
          <w:t>https://www.cnn.com/2024/10/07/uk/doctor-admits-fake-covid-gbr-intl-scli/index.html</w:t>
        </w:r>
      </w:hyperlink>
      <w:r>
        <w:t xml:space="preserve"> - Confirms Kwan's admission to attempted murder and the method he used to administer the poison under the guise of a Covid booster jab.</w:t>
      </w:r>
      <w:r/>
    </w:p>
    <w:p>
      <w:pPr>
        <w:pStyle w:val="ListNumber"/>
        <w:spacing w:line="240" w:lineRule="auto"/>
        <w:ind w:left="720"/>
      </w:pPr>
      <w:r/>
      <w:hyperlink r:id="rId10">
        <w:r>
          <w:rPr>
            <w:color w:val="0000EE"/>
            <w:u w:val="single"/>
          </w:rPr>
          <w:t>https://www.cbsnews.com/news/doctor-thomas-kwan-admits-attempted-murder-fake-vaccine-poison/</w:t>
        </w:r>
      </w:hyperlink>
      <w:r>
        <w:t xml:space="preserve"> - Explains the victim's severe health consequences, including developing necrotizing fasciitis after the injection.</w:t>
      </w:r>
      <w:r/>
    </w:p>
    <w:p>
      <w:pPr>
        <w:pStyle w:val="ListNumber"/>
        <w:spacing w:line="240" w:lineRule="auto"/>
        <w:ind w:left="720"/>
      </w:pPr>
      <w:r/>
      <w:hyperlink r:id="rId11">
        <w:r>
          <w:rPr>
            <w:color w:val="0000EE"/>
            <w:u w:val="single"/>
          </w:rPr>
          <w:t>https://www.bbc.com/news/articles/c4g9ve47e92o</w:t>
        </w:r>
      </w:hyperlink>
      <w:r>
        <w:t xml:space="preserve"> - Mentions the extraordinary measures Kwan took to conceal his identity and orchestrate the assault.</w:t>
      </w:r>
      <w:r/>
    </w:p>
    <w:p>
      <w:pPr>
        <w:pStyle w:val="ListNumber"/>
        <w:spacing w:line="240" w:lineRule="auto"/>
        <w:ind w:left="720"/>
      </w:pPr>
      <w:r/>
      <w:hyperlink r:id="rId12">
        <w:r>
          <w:rPr>
            <w:color w:val="0000EE"/>
            <w:u w:val="single"/>
          </w:rPr>
          <w:t>https://www.theguardian.com/uk-news/2024/oct/07/gp-admits-attempted-of-mothers-partner-with-fake-covid-jab</w:t>
        </w:r>
      </w:hyperlink>
      <w:r>
        <w:t xml:space="preserve"> - Discusses Kwan's motivations, including his desire to inherit his mother's estate and his strained relationship with his mother over her will.</w:t>
      </w:r>
      <w:r/>
    </w:p>
    <w:p>
      <w:pPr>
        <w:pStyle w:val="ListNumber"/>
        <w:spacing w:line="240" w:lineRule="auto"/>
        <w:ind w:left="720"/>
      </w:pPr>
      <w:r/>
      <w:hyperlink r:id="rId13">
        <w:r>
          <w:rPr>
            <w:color w:val="0000EE"/>
            <w:u w:val="single"/>
          </w:rPr>
          <w:t>https://www.the-independent.com/news/uk/crime/thomas-kwan-gp-covid-jab-disguise-murder-plot-b2625052.html</w:t>
        </w:r>
      </w:hyperlink>
      <w:r>
        <w:t xml:space="preserve"> - Details the police investigation, including the use of CCTV footage and the discovery of lethal chemicals at Kwan's home.</w:t>
      </w:r>
      <w:r/>
    </w:p>
    <w:p>
      <w:pPr>
        <w:pStyle w:val="ListNumber"/>
        <w:spacing w:line="240" w:lineRule="auto"/>
        <w:ind w:left="720"/>
      </w:pPr>
      <w:r/>
      <w:hyperlink r:id="rId14">
        <w:r>
          <w:rPr>
            <w:color w:val="0000EE"/>
            <w:u w:val="single"/>
          </w:rPr>
          <w:t>https://www.cnn.com/2024/10/07/uk/doctor-admits-fake-covid-gbr-intl-scli/index.html</w:t>
        </w:r>
      </w:hyperlink>
      <w:r>
        <w:t xml:space="preserve"> - Highlights the breach of trust and misuse of medical knowledge in Kwan's actions.</w:t>
      </w:r>
      <w:r/>
    </w:p>
    <w:p>
      <w:pPr>
        <w:pStyle w:val="ListNumber"/>
        <w:spacing w:line="240" w:lineRule="auto"/>
        <w:ind w:left="720"/>
      </w:pPr>
      <w:r/>
      <w:hyperlink r:id="rId12">
        <w:r>
          <w:rPr>
            <w:color w:val="0000EE"/>
            <w:u w:val="single"/>
          </w:rPr>
          <w:t>https://www.theguardian.com/uk-news/2024/oct/07/gp-admits-attempted-of-mothers-partner-with-fake-covid-jab</w:t>
        </w:r>
      </w:hyperlink>
      <w:r>
        <w:t xml:space="preserve"> - Mentions the ongoing court proceedings and the consideration of Kwan's dangerousness by the Probation Service.</w:t>
      </w:r>
      <w:r/>
    </w:p>
    <w:p>
      <w:pPr>
        <w:pStyle w:val="ListNumber"/>
        <w:spacing w:line="240" w:lineRule="auto"/>
        <w:ind w:left="720"/>
      </w:pPr>
      <w:r/>
      <w:hyperlink r:id="rId15">
        <w:r>
          <w:rPr>
            <w:color w:val="0000EE"/>
            <w:u w:val="single"/>
          </w:rPr>
          <w:t>https://www.independent.co.uk/news/italian-ap-italy-american-pasta-b2625107.html</w:t>
        </w:r>
      </w:hyperlink>
      <w:r>
        <w:t xml:space="preserve"> - Please view link - unable to able to access data</w:t>
      </w:r>
      <w:r/>
    </w:p>
    <w:p>
      <w:pPr>
        <w:pStyle w:val="ListNumber"/>
        <w:spacing w:line="240" w:lineRule="auto"/>
        <w:ind w:left="720"/>
      </w:pPr>
      <w:r/>
      <w:hyperlink r:id="rId16">
        <w:r>
          <w:rPr>
            <w:color w:val="0000EE"/>
            <w:u w:val="single"/>
          </w:rPr>
          <w:t>https://www.independent.co.uk/news/uk/crime/thomas-kwan-gp-covid-jab-disguise-murder-plot-b2625052.html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snews.com/news/doctor-thomas-kwan-admits-attempted-murder-fake-vaccine-poison/" TargetMode="External"/><Relationship Id="rId11" Type="http://schemas.openxmlformats.org/officeDocument/2006/relationships/hyperlink" Target="https://www.bbc.com/news/articles/c4g9ve47e92o" TargetMode="External"/><Relationship Id="rId12" Type="http://schemas.openxmlformats.org/officeDocument/2006/relationships/hyperlink" Target="https://www.theguardian.com/uk-news/2024/oct/07/gp-admits-attempted-of-mothers-partner-with-fake-covid-jab" TargetMode="External"/><Relationship Id="rId13" Type="http://schemas.openxmlformats.org/officeDocument/2006/relationships/hyperlink" Target="https://www.the-independent.com/news/uk/crime/thomas-kwan-gp-covid-jab-disguise-murder-plot-b2625052.html" TargetMode="External"/><Relationship Id="rId14" Type="http://schemas.openxmlformats.org/officeDocument/2006/relationships/hyperlink" Target="https://www.cnn.com/2024/10/07/uk/doctor-admits-fake-covid-gbr-intl-scli/index.html" TargetMode="External"/><Relationship Id="rId15" Type="http://schemas.openxmlformats.org/officeDocument/2006/relationships/hyperlink" Target="https://www.independent.co.uk/news/italian-ap-italy-american-pasta-b2625107.html" TargetMode="External"/><Relationship Id="rId16" Type="http://schemas.openxmlformats.org/officeDocument/2006/relationships/hyperlink" Target="https://www.independent.co.uk/news/uk/crime/thomas-kwan-gp-covid-jab-disguise-murder-plot-b262505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