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AI for Halloween decor inspiration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spooky season approaches, many individuals find themselves wrestling with the challenge of creating visually compelling and cohesive Halloween decorations. For those who struggle to master this festive art form, observing the flawless designs of friends, neighbours, or anonymous online personalities can evoke feelings of envy. However, one writer has harnessed the power of artificial intelligence tools to overcome this decorating dilemma, providing an innovative solution for anyone seeking inspiration for their Halloween décor.</w:t>
      </w:r>
      <w:r/>
    </w:p>
    <w:p>
      <w:r/>
      <w:r>
        <w:t>Using Midjourney, an AI-driven image generator, the author can input detailed text prompts to produce custom images tailored to their desired aesthetic. This tool allows users to experiment with various themes and concepts by simulating potential iterations of their decoration ideas. In addition to Midjourney, ChatGPT, another AI tool employing large language models for conversational interactions, aids in generating creative decoration concepts. This combination provides a comprehensive toolkit for transforming a mundane workspace into a Halloween spectacle.</w:t>
      </w:r>
      <w:r/>
    </w:p>
    <w:p>
      <w:r/>
      <w:r>
        <w:t>The writer first tried using Midjourney to create a "creepy doll decorated work cubicle." This initial attempt warned of potential office safety concerns, underscoring the need for careful consideration of the workplace environment when selecting a Halloween theme. ChatGPT countered with more office-appropriate suggestions, such as a haunted house, witch's den, spider invasion, and even a whimsical time-traveling tomb inspired by Ancient Egypt.</w:t>
      </w:r>
      <w:r/>
    </w:p>
    <w:p>
      <w:r/>
      <w:r>
        <w:t>Among these suggestions, the idea of a witch's den resonated, allowing for a unique blend of Halloween whimsy and personal style. Midjourney further refined the witch cubicle concept by introducing innovative details, like wrapping cubicle drawers in coloured paper—a creative touch easily adaptable for home decoration, too.</w:t>
      </w:r>
      <w:r/>
    </w:p>
    <w:p>
      <w:r/>
      <w:r>
        <w:t>To enhance the planning process, the author advises taking a photograph of the intended space to give AI tools a clearer template for visualisation. Midjourney's image blending feature enables users to merge this initial photo with generated designs, striking a balance between the real and the imagined. Nevertheless, as the author discovered, sometimes the blended outcome needs additional adjustments to meet expectations practically.</w:t>
      </w:r>
      <w:r/>
    </w:p>
    <w:p>
      <w:r/>
      <w:r>
        <w:t>For those aiming to find the perfect Halloween theme, the piece suggests cycling through numerous concepts, considering both the intended audience and context. When decorating spaces frequented by children, for instance, incorporating terms like "child-safe" into AI prompts can guide the technology to propose suitable ideas.</w:t>
      </w:r>
      <w:r/>
    </w:p>
    <w:p>
      <w:r/>
      <w:r>
        <w:t>In conclusion, although the allure of Halloween decor may lead to intimidation for some, the utilisation of AI tools such as Midjourney and ChatGPT presents an accessible means for inspiration and planning. This melding of technology and creativity opens up a realm of possibilities for achieving decor that delights and surprises, offering users a novel approach to celebrating the Halloween season.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https://www.zdnet.com/article/midjourney-vs-dall-e-3-in-chatgpt-which-ai-does-halloween-better/</w:t>
        </w:r>
      </w:hyperlink>
      <w:r>
        <w:t xml:space="preserve"> - This article compares Midjourney and DALL-E 3 in creating Halloween images, highlighting their capabilities and limitations, which supports the use of AI tools for generating Halloween decoration ideas.</w:t>
      </w:r>
      <w:r/>
    </w:p>
    <w:p>
      <w:pPr>
        <w:pStyle w:val="ListNumber"/>
        <w:spacing w:line="240" w:lineRule="auto"/>
        <w:ind w:left="720"/>
      </w:pPr>
      <w:r/>
      <w:hyperlink r:id="rId11">
        <w:r>
          <w:rPr>
            <w:color w:val="0000EE"/>
            <w:u w:val="single"/>
          </w:rPr>
          <w:t>https://www.techtimes.com/articles/307451/20240910/create-ultimate-halloween-decor-ai-tools-heres-step-guide.htm</w:t>
        </w:r>
      </w:hyperlink>
      <w:r>
        <w:t xml:space="preserve"> - This article provides a step-by-step guide on using AI tools like ChatGPT and Midjourney to create Halloween decorations, including setting clear aims and tweaking AI inputs for the desired effect.</w:t>
      </w:r>
      <w:r/>
    </w:p>
    <w:p>
      <w:pPr>
        <w:pStyle w:val="ListNumber"/>
        <w:spacing w:line="240" w:lineRule="auto"/>
        <w:ind w:left="720"/>
      </w:pPr>
      <w:r/>
      <w:hyperlink r:id="rId11">
        <w:r>
          <w:rPr>
            <w:color w:val="0000EE"/>
            <w:u w:val="single"/>
          </w:rPr>
          <w:t>https://www.techtimes.com/articles/307451/20240910/create-ultimate-halloween-decor-ai-tools-heres-step-guide.htm</w:t>
        </w:r>
      </w:hyperlink>
      <w:r>
        <w:t xml:space="preserve"> - It discusses various Halloween themes suggested by ChatGPT, such as zombie apocalypse, creepy carnival, and time-traveling tomb, which aligns with the office-friendly suggestions mentioned in the article.</w:t>
      </w:r>
      <w:r/>
    </w:p>
    <w:p>
      <w:pPr>
        <w:pStyle w:val="ListNumber"/>
        <w:spacing w:line="240" w:lineRule="auto"/>
        <w:ind w:left="720"/>
      </w:pPr>
      <w:r/>
      <w:hyperlink r:id="rId12">
        <w:r>
          <w:rPr>
            <w:color w:val="0000EE"/>
            <w:u w:val="single"/>
          </w:rPr>
          <w:t>https://www.youtube.com/watch?v=GEthMFD6HyI</w:t>
        </w:r>
      </w:hyperlink>
      <w:r>
        <w:t xml:space="preserve"> - This video demonstrates how to use Midjourney and other AI tools to create Halloween decorations for 3D printing, showing the process of generating and refining images.</w:t>
      </w:r>
      <w:r/>
    </w:p>
    <w:p>
      <w:pPr>
        <w:pStyle w:val="ListNumber"/>
        <w:spacing w:line="240" w:lineRule="auto"/>
        <w:ind w:left="720"/>
      </w:pPr>
      <w:r/>
      <w:hyperlink r:id="rId13">
        <w:r>
          <w:rPr>
            <w:color w:val="0000EE"/>
            <w:u w:val="single"/>
          </w:rPr>
          <w:t>https://www.topview.ai/blog/detail/using-ai-for-3d-printing-making-halloween-decorations-using-midjourney</w:t>
        </w:r>
      </w:hyperlink>
      <w:r>
        <w:t xml:space="preserve"> - This article details the steps of using Midjourney and ChatGPT to generate Halloween decoration ideas and convert them into 3D printable designs, emphasizing the importance of clear prompts and image refinement.</w:t>
      </w:r>
      <w:r/>
    </w:p>
    <w:p>
      <w:pPr>
        <w:pStyle w:val="ListNumber"/>
        <w:spacing w:line="240" w:lineRule="auto"/>
        <w:ind w:left="720"/>
      </w:pPr>
      <w:r/>
      <w:hyperlink r:id="rId14">
        <w:r>
          <w:rPr>
            <w:color w:val="0000EE"/>
            <w:u w:val="single"/>
          </w:rPr>
          <w:t>https://www.cnet.com/tech/services-and-software/decorating-for-halloween-this-weekend-heres-how-ai-can-help/</w:t>
        </w:r>
      </w:hyperlink>
      <w:r>
        <w:t xml:space="preserve"> - This article explains how to use Midjourney and ChatGPT to plan Halloween decor, including setting ghoulish goals and ensuring the decorations are appropriate for the workspace or home environment.</w:t>
      </w:r>
      <w:r/>
    </w:p>
    <w:p>
      <w:pPr>
        <w:pStyle w:val="ListNumber"/>
        <w:spacing w:line="240" w:lineRule="auto"/>
        <w:ind w:left="720"/>
      </w:pPr>
      <w:r/>
      <w:hyperlink r:id="rId14">
        <w:r>
          <w:rPr>
            <w:color w:val="0000EE"/>
            <w:u w:val="single"/>
          </w:rPr>
          <w:t>https://www.cnet.com/tech/services-and-software/decorating-for-halloween-this-weekend-heres-how-ai-can-help/</w:t>
        </w:r>
      </w:hyperlink>
      <w:r>
        <w:t xml:space="preserve"> - It highlights the importance of taking a before photo of the space to help AI tools visualize and blend the generated designs with the real environment.</w:t>
      </w:r>
      <w:r/>
    </w:p>
    <w:p>
      <w:pPr>
        <w:pStyle w:val="ListNumber"/>
        <w:spacing w:line="240" w:lineRule="auto"/>
        <w:ind w:left="720"/>
      </w:pPr>
      <w:r/>
      <w:hyperlink r:id="rId14">
        <w:r>
          <w:rPr>
            <w:color w:val="0000EE"/>
            <w:u w:val="single"/>
          </w:rPr>
          <w:t>https://www.cnet.com/tech/services-and-software/decorating-for-halloween-this-weekend-heres-how-ai-can-help/</w:t>
        </w:r>
      </w:hyperlink>
      <w:r>
        <w:t xml:space="preserve"> - The article also mentions the creative detail of wrapping cubicle drawers in colored paper, a suggestion provided by Midjourney, which can be adapted for home decoration as well.</w:t>
      </w:r>
      <w:r/>
    </w:p>
    <w:p>
      <w:pPr>
        <w:pStyle w:val="ListNumber"/>
        <w:spacing w:line="240" w:lineRule="auto"/>
        <w:ind w:left="720"/>
      </w:pPr>
      <w:r/>
      <w:hyperlink r:id="rId11">
        <w:r>
          <w:rPr>
            <w:color w:val="0000EE"/>
            <w:u w:val="single"/>
          </w:rPr>
          <w:t>https://www.techtimes.com/articles/307451/20240910/create-ultimate-halloween-decor-ai-tools-heres-step-guide.htm</w:t>
        </w:r>
      </w:hyperlink>
      <w:r>
        <w:t xml:space="preserve"> - This article emphasizes the need to consider the intended audience and context when using AI tools to generate decoration ideas, such as adding 'child-safe' to prompts for family-friendly decor.</w:t>
      </w:r>
      <w:r/>
    </w:p>
    <w:p>
      <w:pPr>
        <w:pStyle w:val="ListNumber"/>
        <w:spacing w:line="240" w:lineRule="auto"/>
        <w:ind w:left="720"/>
      </w:pPr>
      <w:r/>
      <w:hyperlink r:id="rId13">
        <w:r>
          <w:rPr>
            <w:color w:val="0000EE"/>
            <w:u w:val="single"/>
          </w:rPr>
          <w:t>https://www.topview.ai/blog/detail/using-ai-for-3d-printing-making-halloween-decorations-using-midjourney</w:t>
        </w:r>
      </w:hyperlink>
      <w:r>
        <w:t xml:space="preserve"> - It discusses the process of merging initial photos with generated designs using Midjourney's image blending feature and the need for additional adjustments to meet practical expectations.</w:t>
      </w:r>
      <w:r/>
    </w:p>
    <w:p>
      <w:pPr>
        <w:pStyle w:val="ListNumber"/>
        <w:spacing w:line="240" w:lineRule="auto"/>
        <w:ind w:left="720"/>
      </w:pPr>
      <w:r/>
      <w:hyperlink r:id="rId14">
        <w:r>
          <w:rPr>
            <w:color w:val="0000EE"/>
            <w:u w:val="single"/>
          </w:rPr>
          <w:t>https://www.cnet.com/tech/services-and-software/decorating-for-halloween-this-weekend-heres-how-ai-can-help/</w:t>
        </w:r>
      </w:hyperlink>
      <w:r>
        <w:t xml:space="preserve"> - The article concludes by highlighting how AI tools like Midjourney and ChatGPT offer an accessible and creative solution for planning and achieving compelling Halloween decorations.</w:t>
      </w:r>
      <w:r/>
    </w:p>
    <w:p>
      <w:pPr>
        <w:pStyle w:val="ListNumber"/>
        <w:spacing w:line="240" w:lineRule="auto"/>
        <w:ind w:left="720"/>
      </w:pPr>
      <w:r/>
      <w:hyperlink r:id="rId15">
        <w:r>
          <w:rPr>
            <w:color w:val="0000EE"/>
            <w:u w:val="single"/>
          </w:rPr>
          <w:t>https://www.cnet.com/tech/services-and-software/decorating-for-halloween-this-weekend-heres-how-ai-can-help/#ftag=CAD590a51e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midjourney-vs-dall-e-3-in-chatgpt-which-ai-does-halloween-better/" TargetMode="External"/><Relationship Id="rId11" Type="http://schemas.openxmlformats.org/officeDocument/2006/relationships/hyperlink" Target="https://www.techtimes.com/articles/307451/20240910/create-ultimate-halloween-decor-ai-tools-heres-step-guide.htm" TargetMode="External"/><Relationship Id="rId12" Type="http://schemas.openxmlformats.org/officeDocument/2006/relationships/hyperlink" Target="https://www.youtube.com/watch?v=GEthMFD6HyI" TargetMode="External"/><Relationship Id="rId13" Type="http://schemas.openxmlformats.org/officeDocument/2006/relationships/hyperlink" Target="https://www.topview.ai/blog/detail/using-ai-for-3d-printing-making-halloween-decorations-using-midjourney" TargetMode="External"/><Relationship Id="rId14" Type="http://schemas.openxmlformats.org/officeDocument/2006/relationships/hyperlink" Target="https://www.cnet.com/tech/services-and-software/decorating-for-halloween-this-weekend-heres-how-ai-can-help/" TargetMode="External"/><Relationship Id="rId15" Type="http://schemas.openxmlformats.org/officeDocument/2006/relationships/hyperlink" Target="https://www.cnet.com/tech/services-and-software/decorating-for-halloween-this-weekend-heres-how-ai-can-help/#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