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tools for enhanced personal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realm of artificial intelligence, newly advanced AI tools such as OpenAI's ChatGPT are being harnessed not simply for entertainment, but for optimising daily routines and enhancing personal productivity. Released originally in 2022, ChatGPT has since evolved through significant updates to better assist individuals in managing both domestic and professional responsibilities. Amanda Smith, a keen user of such technology, has highlighted practical applications through her detailed exploration of ChatGPT’s functionalities.</w:t>
      </w:r>
      <w:r/>
    </w:p>
    <w:p>
      <w:r/>
      <w:r>
        <w:t>ChatGPT is available in both a free version and a premium subscription priced at $20 per month. However, the free version is often sufficient for general use. It functions as a virtual assistant capable of streamlining tasks that are typically considered time-consuming, offering support in virtually all facets of life including cooking, cleaning, exercising, and even scheduling and travel arrangements.</w:t>
      </w:r>
      <w:r/>
    </w:p>
    <w:p>
      <w:r/>
      <w:r>
        <w:t>Smith emphasises the importance of reflecting on one’s weekly routine to identify tasks that often lead to procrastination. She suggests that by pinpointing these areas, users can strategically employ AI to discover more efficient methods for tackling them, ultimately saving time. For families, for instance, ChatGPT can help organise household chores by generating chore charts equipped with a point-based reward system, incentivising children’s participation in housework. An example presented by Smith featured a theoretical family of four, where AI was instructed to devise a weekly chore schedule encompassing age-appropriate tasks and linking the completion of such to rewards like pocket money or screen time. Adjustments to the chore list could be made promptly as per specific family needs, underscoring the flexibility and customisation offered by AI.</w:t>
      </w:r>
      <w:r/>
    </w:p>
    <w:p>
      <w:r/>
      <w:r>
        <w:t>In the professional sphere, AI can be utilised to digitise meeting notes, a task often deemed mundane yet necessary. The process involves using the ChatGPT application to capture images of handwritten notes, which the tool then transcribes into digital text. This feature proves useful for individuals who attend numerous meetings throughout the week, offering a fast and reliable means of converting physical notes into electronic documents for easier management and access.</w:t>
      </w:r>
      <w:r/>
    </w:p>
    <w:p>
      <w:r/>
      <w:r>
        <w:t>While these AI-driven strategies might not seem significant on a solitary level, cumulative time savings over several small tasks can amount to a considerable reduction in weekly task hours. Smith notes that users could extend their engagement with ChatGPT to create printable and structured outputs for things like chore charts, thereby utilising AI’s capabilities to not just organise but also visually represent data in useful formats.</w:t>
      </w:r>
      <w:r/>
    </w:p>
    <w:p>
      <w:r/>
      <w:r>
        <w:t>ChatGPT's advancement embodies the potential of artificial intelligence to aid in personal and household management effectively. By approaching AI practically and tactically, such as through Smith's examples of chores and digital note-taking, individuals might find ways to reclaim valuable time across both personal and professional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https://www.reddit.com/r/productivity/comments/11gw665/did_you_try_using_chatgpt_for_daily_planning/</w:t>
        </w:r>
      </w:hyperlink>
      <w:r>
        <w:t xml:space="preserve"> - Discusses the use of ChatGPT for daily planning, including creating schedules and managing tasks, highlighting both the benefits and limitations of relying on AI for productivity.</w:t>
      </w:r>
      <w:r/>
    </w:p>
    <w:p>
      <w:pPr>
        <w:pStyle w:val="ListNumber"/>
        <w:spacing w:line="240" w:lineRule="auto"/>
        <w:ind w:left="720"/>
      </w:pPr>
      <w:r/>
      <w:hyperlink r:id="rId11">
        <w:r>
          <w:rPr>
            <w:color w:val="0000EE"/>
            <w:u w:val="single"/>
          </w:rPr>
          <w:t>https://community.openai.com/t/top-5-practical-ai-tips-to-boost-your-daily-productivity-share-yours/651247</w:t>
        </w:r>
      </w:hyperlink>
      <w:r>
        <w:t xml:space="preserve"> - Provides practical tips on using AI, specifically GPT-4, for boosting daily productivity, including organizing schedules, summarizing content, and acting as a creative thought partner.</w:t>
      </w:r>
      <w:r/>
    </w:p>
    <w:p>
      <w:pPr>
        <w:pStyle w:val="ListNumber"/>
        <w:spacing w:line="240" w:lineRule="auto"/>
        <w:ind w:left="720"/>
      </w:pPr>
      <w:r/>
      <w:hyperlink r:id="rId12">
        <w:r>
          <w:rPr>
            <w:color w:val="0000EE"/>
            <w:u w:val="single"/>
          </w:rPr>
          <w:t>https://www.cnet.com/tech/services-and-software/how-to-use-ai-to-save-time-every-week-and-be-more-productive/</w:t>
        </w:r>
      </w:hyperlink>
      <w:r>
        <w:t xml:space="preserve"> - Explains how AI can help save time on various weekly tasks such as planning, cleaning, cooking, exercising, and scheduling, and includes examples of using ChatGPT for chore charts and digitizing meeting notes.</w:t>
      </w:r>
      <w:r/>
    </w:p>
    <w:p>
      <w:pPr>
        <w:pStyle w:val="ListNumber"/>
        <w:spacing w:line="240" w:lineRule="auto"/>
        <w:ind w:left="720"/>
      </w:pPr>
      <w:r/>
      <w:hyperlink r:id="rId12">
        <w:r>
          <w:rPr>
            <w:color w:val="0000EE"/>
            <w:u w:val="single"/>
          </w:rPr>
          <w:t>https://www.cnet.com/tech/services-and-software/how-to-use-ai-to-save-time-every-week-and-be-more-productive/</w:t>
        </w:r>
      </w:hyperlink>
      <w:r>
        <w:t xml:space="preserve"> - Details the use of ChatGPT for organizing household chores with a point-based reward system and adjusting tasks based on family needs.</w:t>
      </w:r>
      <w:r/>
    </w:p>
    <w:p>
      <w:pPr>
        <w:pStyle w:val="ListNumber"/>
        <w:spacing w:line="240" w:lineRule="auto"/>
        <w:ind w:left="720"/>
      </w:pPr>
      <w:r/>
      <w:hyperlink r:id="rId12">
        <w:r>
          <w:rPr>
            <w:color w:val="0000EE"/>
            <w:u w:val="single"/>
          </w:rPr>
          <w:t>https://www.cnet.com/tech/services-and-software/how-to-use-ai-to-save-time-every-week-and-be-more-productive/</w:t>
        </w:r>
      </w:hyperlink>
      <w:r>
        <w:t xml:space="preserve"> - Describes the process of using ChatGPT to digitize handwritten meeting notes by transcribing images into digital text.</w:t>
      </w:r>
      <w:r/>
    </w:p>
    <w:p>
      <w:pPr>
        <w:pStyle w:val="ListNumber"/>
        <w:spacing w:line="240" w:lineRule="auto"/>
        <w:ind w:left="720"/>
      </w:pPr>
      <w:r/>
      <w:hyperlink r:id="rId11">
        <w:r>
          <w:rPr>
            <w:color w:val="0000EE"/>
            <w:u w:val="single"/>
          </w:rPr>
          <w:t>https://community.openai.com/t/top-5-practical-ai-tips-to-boost-your-daily-productivity-share-yours/651247</w:t>
        </w:r>
      </w:hyperlink>
      <w:r>
        <w:t xml:space="preserve"> - Highlights the availability of ChatGPT in both free and premium versions, with the free version often being sufficient for general use.</w:t>
      </w:r>
      <w:r/>
    </w:p>
    <w:p>
      <w:pPr>
        <w:pStyle w:val="ListNumber"/>
        <w:spacing w:line="240" w:lineRule="auto"/>
        <w:ind w:left="720"/>
      </w:pPr>
      <w:r/>
      <w:hyperlink r:id="rId12">
        <w:r>
          <w:rPr>
            <w:color w:val="0000EE"/>
            <w:u w:val="single"/>
          </w:rPr>
          <w:t>https://www.cnet.com/tech/services-and-software/how-to-use-ai-to-save-time-every-week-and-be-more-productive/</w:t>
        </w:r>
      </w:hyperlink>
      <w:r>
        <w:t xml:space="preserve"> - Emphasizes the importance of reflecting on one’s weekly routine to identify tasks that lead to procrastination and how AI can help find more efficient methods.</w:t>
      </w:r>
      <w:r/>
    </w:p>
    <w:p>
      <w:pPr>
        <w:pStyle w:val="ListNumber"/>
        <w:spacing w:line="240" w:lineRule="auto"/>
        <w:ind w:left="720"/>
      </w:pPr>
      <w:r/>
      <w:hyperlink r:id="rId13">
        <w:r>
          <w:rPr>
            <w:color w:val="0000EE"/>
            <w:u w:val="single"/>
          </w:rPr>
          <w:t>https://www.forbes.com/sites/bernardmarr/2024/08/12/19-amazing-generative-ai-tools-for-everyday-tasks-and-activities/</w:t>
        </w:r>
      </w:hyperlink>
      <w:r>
        <w:t xml:space="preserve"> - Lists various generative AI tools that can help with everyday tasks such as cooking, cleaning, exercising, and scheduling, similar to ChatGPT’s functionalities.</w:t>
      </w:r>
      <w:r/>
    </w:p>
    <w:p>
      <w:pPr>
        <w:pStyle w:val="ListNumber"/>
        <w:spacing w:line="240" w:lineRule="auto"/>
        <w:ind w:left="720"/>
      </w:pPr>
      <w:r/>
      <w:hyperlink r:id="rId11">
        <w:r>
          <w:rPr>
            <w:color w:val="0000EE"/>
            <w:u w:val="single"/>
          </w:rPr>
          <w:t>https://community.openai.com/t/top-5-practical-ai-tips-to-boost-your-daily-productivity-share-yours/651247</w:t>
        </w:r>
      </w:hyperlink>
      <w:r>
        <w:t xml:space="preserve"> - Explains how AI can be used to create printable and structured outputs, such as chore charts, to visually represent data in useful formats.</w:t>
      </w:r>
      <w:r/>
    </w:p>
    <w:p>
      <w:pPr>
        <w:pStyle w:val="ListNumber"/>
        <w:spacing w:line="240" w:lineRule="auto"/>
        <w:ind w:left="720"/>
      </w:pPr>
      <w:r/>
      <w:hyperlink r:id="rId12">
        <w:r>
          <w:rPr>
            <w:color w:val="0000EE"/>
            <w:u w:val="single"/>
          </w:rPr>
          <w:t>https://www.cnet.com/tech/services-and-software/how-to-use-ai-to-save-time-every-week-and-be-more-productive/</w:t>
        </w:r>
      </w:hyperlink>
      <w:r>
        <w:t xml:space="preserve"> - Discusses the cumulative time savings from using AI for several small tasks, leading to a significant reduction in weekly task hours.</w:t>
      </w:r>
      <w:r/>
    </w:p>
    <w:p>
      <w:pPr>
        <w:pStyle w:val="ListNumber"/>
        <w:spacing w:line="240" w:lineRule="auto"/>
        <w:ind w:left="720"/>
      </w:pPr>
      <w:r/>
      <w:hyperlink r:id="rId13">
        <w:r>
          <w:rPr>
            <w:color w:val="0000EE"/>
            <w:u w:val="single"/>
          </w:rPr>
          <w:t>https://www.forbes.com/sites/bernardmarr/2024/08/12/19-amazing-generative-ai-tools-for-everyday-tasks-and-activities/</w:t>
        </w:r>
      </w:hyperlink>
      <w:r>
        <w:t xml:space="preserve"> - Highlights the broader potential of AI in personal and household management, beyond just ChatGPT, by streamlining various aspects of daily life.</w:t>
      </w:r>
      <w:r/>
    </w:p>
    <w:p>
      <w:pPr>
        <w:pStyle w:val="ListNumber"/>
        <w:spacing w:line="240" w:lineRule="auto"/>
        <w:ind w:left="720"/>
      </w:pPr>
      <w:r/>
      <w:hyperlink r:id="rId14">
        <w:r>
          <w:rPr>
            <w:color w:val="0000EE"/>
            <w:u w:val="single"/>
          </w:rPr>
          <w:t>https://www.cnet.com/tech/services-and-software/how-to-use-ai-to-save-time-every-week-and-be-more-productive/#ftag=CAD590a51e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productivity/comments/11gw665/did_you_try_using_chatgpt_for_daily_planning/" TargetMode="External"/><Relationship Id="rId11" Type="http://schemas.openxmlformats.org/officeDocument/2006/relationships/hyperlink" Target="https://community.openai.com/t/top-5-practical-ai-tips-to-boost-your-daily-productivity-share-yours/651247" TargetMode="External"/><Relationship Id="rId12" Type="http://schemas.openxmlformats.org/officeDocument/2006/relationships/hyperlink" Target="https://www.cnet.com/tech/services-and-software/how-to-use-ai-to-save-time-every-week-and-be-more-productive/" TargetMode="External"/><Relationship Id="rId13" Type="http://schemas.openxmlformats.org/officeDocument/2006/relationships/hyperlink" Target="https://www.forbes.com/sites/bernardmarr/2024/08/12/19-amazing-generative-ai-tools-for-everyday-tasks-and-activities/" TargetMode="External"/><Relationship Id="rId14" Type="http://schemas.openxmlformats.org/officeDocument/2006/relationships/hyperlink" Target="https://www.cnet.com/tech/services-and-software/how-to-use-ai-to-save-time-every-week-and-be-more-productive/#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