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Hawaii embraces AI in law enforcement with $3.14 million Microsoft contract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state of Hawaii is embracing technological advancements in law enforcement with a newly inked $3.14 million contract with Microsoft, aimed at revolutionising its Department of Law Enforcement (DLE) operations using artificial intelligence. The ambitious initiative is set to leverage Microsoft Azure's AI technologies and advanced collaboration tools in a bid to significantly enhance operational efficiency, data management, and community engagement.</w:t>
      </w:r>
      <w:r/>
    </w:p>
    <w:p>
      <w:r/>
      <w:r>
        <w:t>The strategic move is positioned to establish the DLE as a premier entity in the law enforcement sector, employing cutting-edge technologies and cloud-enabled capabilities. Key features of the contract include streamlining workflows, reducing administrative burdens, and improving response times through the use of AI, as indicated in a news release issued by the department.</w:t>
      </w:r>
      <w:r/>
    </w:p>
    <w:p>
      <w:r/>
      <w:r>
        <w:t>Jordan Lowe, Director of the Department of Law Enforcement, expressed enthusiasm over the partnership with Microsoft, highlighting the potential for innovation in enhancing public safety for Hawaii's senior citizens and children.</w:t>
      </w:r>
      <w:r/>
    </w:p>
    <w:p>
      <w:r/>
      <w:r>
        <w:t>The integration of AI in law enforcement is gaining traction across the country, as agencies explore new ways to tackle various forms of cybercrime and misuse of technology. Potential criminal activities involving AI include the creation of fake evidence, alteration of digital histories, and coordinated cyberattacks. Although the Honolulu Police Department is not yet utilising AI, it remains actively in the research phase, according to HPD spokesperson Michelle Yu.</w:t>
      </w:r>
      <w:r/>
    </w:p>
    <w:p>
      <w:r/>
      <w:r>
        <w:t>Ernie Fernandez, Vice President for State and Local Governments at Microsoft Corp., underscored the importance of this collaboration, describing it as a demonstration of how public safety agencies and the industry can collaborate to responsibly deliver technological innovations that benefit communities throughout the United States.</w:t>
      </w:r>
      <w:r/>
    </w:p>
    <w:p>
      <w:r/>
      <w:r>
        <w:t>The contract will also see the DLE integrate Microsoft Azure Event Hub and Microsoft Data Lake into an advanced data platform. This platform is expected to offer enhanced data visualisation, situational awareness, and immersive training capabilities, thereby fostering a culture that prioritises data-driven decision-making to bolster public safety.</w:t>
      </w:r>
      <w:r/>
    </w:p>
    <w:p>
      <w:r/>
      <w:r>
        <w:t>To date, the U.S. Department of Justice’s Criminal Division has already deployed AI in its operations, as stated by Nicole Argentieri, Principal Deputy Assistant Attorney General. At an event in Washington, D.C., Argentieri elucidated how AI is utilised to triage crime reports, connect disparate data sets, and identify sources of seized narcotics. However, she also cautioned against the risks associated with AI, particularly the potential for misuse in generating fake content and identities.</w:t>
      </w:r>
      <w:r/>
    </w:p>
    <w:p>
      <w:r/>
      <w:r>
        <w:t>The federal push towards AI began in earnest following the passage of the AI in Government Act of 2018, which helped establish frameworks and skill sets necessary for AI-related roles within federal agencies. This act encourages the judicious and beneficial use of emerging technologies in governmental operations, aiming to improve the competency and cohesion of rules and practices within the sector.</w:t>
      </w:r>
      <w:r/>
    </w:p>
    <w:p>
      <w:r/>
      <w:r>
        <w:t>As the state of Hawaii embarks on this transformative journey, the specific data to be utilised and its accessibility are questions that remain, awaiting clarification as the initiatives unfold. Nonetheless, this collaboration marks a significant stride towards the modernisation of law enforcement practices in the state, with an emphasis on enhancing safety and efficiency through innovative technological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https://www.khon2.com/local-news/hawaii-department-of-law-enforcement-partners-with-microsoft-for-enhanced-public-safety/</w:t>
        </w:r>
      </w:hyperlink>
      <w:r>
        <w:t xml:space="preserve"> - Corroborates the partnership between Hawaii's Department of Law Enforcement and Microsoft to implement Microsoft Azure AI technologies and advanced collaboration tools.</w:t>
      </w:r>
      <w:r/>
    </w:p>
    <w:p>
      <w:pPr>
        <w:pStyle w:val="ListNumber"/>
        <w:spacing w:line="240" w:lineRule="auto"/>
        <w:ind w:left="720"/>
      </w:pPr>
      <w:r/>
      <w:hyperlink r:id="rId11">
        <w:r>
          <w:rPr>
            <w:color w:val="0000EE"/>
            <w:u w:val="single"/>
          </w:rPr>
          <w:t>https://www.yahoo.com/news/hawaii-department-law-enforcement-partners-232438230.html</w:t>
        </w:r>
      </w:hyperlink>
      <w:r>
        <w:t xml:space="preserve"> - Provides details on the contract, including the use of Microsoft Azure AI technologies and advanced collaboration tools to enhance public safety and operational efficiency.</w:t>
      </w:r>
      <w:r/>
    </w:p>
    <w:p>
      <w:pPr>
        <w:pStyle w:val="ListNumber"/>
        <w:spacing w:line="240" w:lineRule="auto"/>
        <w:ind w:left="720"/>
      </w:pPr>
      <w:r/>
      <w:hyperlink r:id="rId12">
        <w:r>
          <w:rPr>
            <w:color w:val="0000EE"/>
            <w:u w:val="single"/>
          </w:rPr>
          <w:t>https://www.staradvertiser.com/2024/10/12/hawaii-news/hawaii-law-enforcement-invests-3m-with-microsoft-for-ai-technology/</w:t>
        </w:r>
      </w:hyperlink>
      <w:r>
        <w:t xml:space="preserve"> - Confirms the $3.14 million contract between Hawaii's law enforcement and Microsoft for AI technology and its intended benefits.</w:t>
      </w:r>
      <w:r/>
    </w:p>
    <w:p>
      <w:pPr>
        <w:pStyle w:val="ListNumber"/>
        <w:spacing w:line="240" w:lineRule="auto"/>
        <w:ind w:left="720"/>
      </w:pPr>
      <w:r/>
      <w:hyperlink r:id="rId10">
        <w:r>
          <w:rPr>
            <w:color w:val="0000EE"/>
            <w:u w:val="single"/>
          </w:rPr>
          <w:t>https://www.khon2.com/local-news/hawaii-department-of-law-enforcement-partners-with-microsoft-for-enhanced-public-safety/</w:t>
        </w:r>
      </w:hyperlink>
      <w:r>
        <w:t xml:space="preserve"> - Quotes DLE Director Jordan Lowe on the potential for innovation in enhancing public safety for Hawaii's senior citizens and children.</w:t>
      </w:r>
      <w:r/>
    </w:p>
    <w:p>
      <w:pPr>
        <w:pStyle w:val="ListNumber"/>
        <w:spacing w:line="240" w:lineRule="auto"/>
        <w:ind w:left="720"/>
      </w:pPr>
      <w:r/>
      <w:hyperlink r:id="rId11">
        <w:r>
          <w:rPr>
            <w:color w:val="0000EE"/>
            <w:u w:val="single"/>
          </w:rPr>
          <w:t>https://www.yahoo.com/news/hawaii-department-law-enforcement-partners-232438230.html</w:t>
        </w:r>
      </w:hyperlink>
      <w:r>
        <w:t xml:space="preserve"> - Highlights Ernie Fernandez's statement on the collaboration between public safety agencies and the industry to deliver technological innovations.</w:t>
      </w:r>
      <w:r/>
    </w:p>
    <w:p>
      <w:pPr>
        <w:pStyle w:val="ListNumber"/>
        <w:spacing w:line="240" w:lineRule="auto"/>
        <w:ind w:left="720"/>
      </w:pPr>
      <w:r/>
      <w:hyperlink r:id="rId12">
        <w:r>
          <w:rPr>
            <w:color w:val="0000EE"/>
            <w:u w:val="single"/>
          </w:rPr>
          <w:t>https://www.staradvertiser.com/2024/10/12/hawaii-news/hawaii-law-enforcement-invests-3m-with-microsoft-for-ai-technology/</w:t>
        </w:r>
      </w:hyperlink>
      <w:r>
        <w:t xml:space="preserve"> - Details the integration of Microsoft Azure Event Hub and Microsoft Data Lake into an advanced data platform for enhanced data visualization and situational awareness.</w:t>
      </w:r>
      <w:r/>
    </w:p>
    <w:p>
      <w:pPr>
        <w:pStyle w:val="ListNumber"/>
        <w:spacing w:line="240" w:lineRule="auto"/>
        <w:ind w:left="720"/>
      </w:pPr>
      <w:r/>
      <w:hyperlink r:id="rId10">
        <w:r>
          <w:rPr>
            <w:color w:val="0000EE"/>
            <w:u w:val="single"/>
          </w:rPr>
          <w:t>https://www.khon2.com/local-news/hawaii-department-of-law-enforcement-partners-with-microsoft-for-enhanced-public-safety/</w:t>
        </w:r>
      </w:hyperlink>
      <w:r>
        <w:t xml:space="preserve"> - Explains how the partnership aims to streamline workflows, reduce administrative burdens, and improve response times.</w:t>
      </w:r>
      <w:r/>
    </w:p>
    <w:p>
      <w:pPr>
        <w:pStyle w:val="ListNumber"/>
        <w:spacing w:line="240" w:lineRule="auto"/>
        <w:ind w:left="720"/>
      </w:pPr>
      <w:r/>
      <w:hyperlink r:id="rId13">
        <w:r>
          <w:rPr>
            <w:color w:val="0000EE"/>
            <w:u w:val="single"/>
          </w:rPr>
          <w:t>https://www.techradar.com/pro/microsoft-doesnt-want-police-forces-using-azure-ai-for-facial-recognition</w:t>
        </w:r>
      </w:hyperlink>
      <w:r>
        <w:t xml:space="preserve"> - Discusses the broader context of AI in law enforcement, including Microsoft's restrictions on using Azure AI for facial recognition.</w:t>
      </w:r>
      <w:r/>
    </w:p>
    <w:p>
      <w:pPr>
        <w:pStyle w:val="ListNumber"/>
        <w:spacing w:line="240" w:lineRule="auto"/>
        <w:ind w:left="720"/>
      </w:pPr>
      <w:r/>
      <w:hyperlink r:id="rId14">
        <w:r>
          <w:rPr>
            <w:color w:val="0000EE"/>
            <w:u w:val="single"/>
          </w:rPr>
          <w:t>https://www.police1.com/iacp-strategies-and-resources-to-advance-policing/iacp-2024-leans-into-artificial-intelligence</w:t>
        </w:r>
      </w:hyperlink>
      <w:r>
        <w:t xml:space="preserve"> - Provides context on the increasing use of AI in law enforcement across the country, including sessions at the IACP conference.</w:t>
      </w:r>
      <w:r/>
    </w:p>
    <w:p>
      <w:pPr>
        <w:pStyle w:val="ListNumber"/>
        <w:spacing w:line="240" w:lineRule="auto"/>
        <w:ind w:left="720"/>
      </w:pPr>
      <w:r/>
      <w:hyperlink r:id="rId11">
        <w:r>
          <w:rPr>
            <w:color w:val="0000EE"/>
            <w:u w:val="single"/>
          </w:rPr>
          <w:t>https://www.yahoo.com/news/hawaii-department-law-enforcement-partners-232438230.html</w:t>
        </w:r>
      </w:hyperlink>
      <w:r>
        <w:t xml:space="preserve"> - Mentions the potential criminal activities involving AI, such as creating fake evidence and altering digital histories, although this specific aspect is not directly from this link, it aligns with the broader discussion on AI in law enforcement.</w:t>
      </w:r>
      <w:r/>
    </w:p>
    <w:p>
      <w:pPr>
        <w:pStyle w:val="ListNumber"/>
        <w:spacing w:line="240" w:lineRule="auto"/>
        <w:ind w:left="720"/>
      </w:pPr>
      <w:r/>
      <w:hyperlink r:id="rId12">
        <w:r>
          <w:rPr>
            <w:color w:val="0000EE"/>
            <w:u w:val="single"/>
          </w:rPr>
          <w:t>https://www.staradvertiser.com/2024/10/12/hawaii-news/hawaii-law-enforcement-invests-3m-with-microsoft-for-ai-technology/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khon2.com/local-news/hawaii-department-of-law-enforcement-partners-with-microsoft-for-enhanced-public-safety/" TargetMode="External"/><Relationship Id="rId11" Type="http://schemas.openxmlformats.org/officeDocument/2006/relationships/hyperlink" Target="https://www.yahoo.com/news/hawaii-department-law-enforcement-partners-232438230.html" TargetMode="External"/><Relationship Id="rId12" Type="http://schemas.openxmlformats.org/officeDocument/2006/relationships/hyperlink" Target="https://www.staradvertiser.com/2024/10/12/hawaii-news/hawaii-law-enforcement-invests-3m-with-microsoft-for-ai-technology/" TargetMode="External"/><Relationship Id="rId13" Type="http://schemas.openxmlformats.org/officeDocument/2006/relationships/hyperlink" Target="https://www.techradar.com/pro/microsoft-doesnt-want-police-forces-using-azure-ai-for-facial-recognition" TargetMode="External"/><Relationship Id="rId14" Type="http://schemas.openxmlformats.org/officeDocument/2006/relationships/hyperlink" Target="https://www.police1.com/iacp-strategies-and-resources-to-advance-policing/iacp-2024-leans-into-artificial-intellige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