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Hewlett Packard Enterprise hosts inaugural AI Day to unveil strategic 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Hewlett Packard Enterprise (HPE) hosted its inaugural AI Day on 10th October 2024, an event that drew attention from key industry stakeholders and analysts. Taking place at HPE's Wisconsin manufacturing facility, the session was led by several of the company's top executives, including President and CEO Antonio Neri, EVP and General Manager of Hybrid Cloud &amp; CTO Fidelma Russo, and EVP and GM Server Neil MacDonald. The session, aimed at unveiling HPE's advancements and strategic direction in the realm of artificial intelligence, was moderated by HPE's Chief Strategy Officer, Shannon Cross.</w:t>
      </w:r>
      <w:r/>
    </w:p>
    <w:p>
      <w:r/>
      <w:r>
        <w:t>The event marked an important moment for HPE as it sought to solidify its positioning in the rapidly evolving AI market. A notable absence from the event was a live video feed for online participants, attributed to security requirements. Instead, a slide presentation was made accessible via the HPE Investor Relations website for those unable to attend in person.</w:t>
      </w:r>
      <w:r/>
    </w:p>
    <w:p>
      <w:r/>
      <w:r>
        <w:t>Paul Glaser, Head of Investor Relations, set the stage for the event by welcoming attendees and highlighting the significance of the first-ever AI Day. Glaser also introduced disclosures related to forward-looking statements, advising caution on potential risks and uncertainties associated with the assumptions and projections presented during the meeting.</w:t>
      </w:r>
      <w:r/>
    </w:p>
    <w:p>
      <w:r/>
      <w:r>
        <w:t>During the executive session, Antonio Neri presented the overarching vision for HPE's AI future, with a focus on how HPE plans to integrate artificial intelligence into its products and services to drive future growth. The particular emphasis was placed on the strategic initiatives and technological innovations that HPE is pursuing to harness the transformative potential of AI.</w:t>
      </w:r>
      <w:r/>
    </w:p>
    <w:p>
      <w:r/>
      <w:r>
        <w:t>Fidelma Russo, in her role as both EVP and CTO, elaborated on HPE's hybrid cloud strategies, which are crucial for the company's AI roadmap. She discussed advancements and plans in integrating AI technologies within HPE's cloud offerings, designed to bolster efficiency and scalability for enterprise customers.</w:t>
      </w:r>
      <w:r/>
    </w:p>
    <w:p>
      <w:r/>
      <w:r>
        <w:t>Neil MacDonald focused on the server side of HPE’s operations, pointing out how AI workloads are set to influence the design and deployment of HPE's server products. He spoke about the unique challenges and opportunities presented by AI to the server business, signalling HPE's commitment to meeting the demanding performance requirements of AI applications.</w:t>
      </w:r>
      <w:r/>
    </w:p>
    <w:p>
      <w:r/>
      <w:r>
        <w:t>Following the presentations, attendees were given the opportunity to engage with the executives through a Q&amp;A session. Questions were fielded from several prominent financial analysts, including those from Barclays Bank, Wells Fargo, Citigroup, Susquehanna, Morgan Stanley, and Sanford Bernstein, highlighting the significant interest from financial markets in HPE’s AI strategy.</w:t>
      </w:r>
      <w:r/>
    </w:p>
    <w:p>
      <w:r/>
      <w:r>
        <w:t>Through AI Day, HPE not only aimed to communicate its current and future technological endeavours but also sought to reassure investors and stakeholders of its capability to navigate the challenges posed by advancements in AI. The event underscored HPE's vision of intertwining AI with its core operations to foster innovation and maintain competitive relevancy in the tech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https://www.stocktitan.net/news/HPE/hewlett-packard-enterprise-to-webcast-ai-day-investor-xsox2cuq3goy.html</w:t>
        </w:r>
      </w:hyperlink>
      <w:r>
        <w:t xml:space="preserve"> - Corroborates the date and key executives involved in HPE's AI Day event, including Antonio Neri, Fidelma Russo, and Neil MacDonald.</w:t>
      </w:r>
      <w:r/>
    </w:p>
    <w:p>
      <w:pPr>
        <w:pStyle w:val="ListNumber"/>
        <w:spacing w:line="240" w:lineRule="auto"/>
        <w:ind w:left="720"/>
      </w:pPr>
      <w:r/>
      <w:hyperlink r:id="rId11">
        <w:r>
          <w:rPr>
            <w:color w:val="0000EE"/>
            <w:u w:val="single"/>
          </w:rPr>
          <w:t>https://www.investopedia.com/what-you-need-to-know-ahead-of-hp-enterprise-ai-day-8725138</w:t>
        </w:r>
      </w:hyperlink>
      <w:r>
        <w:t xml:space="preserve"> - Supports the details about the webcast timing, the focus on large-scale computing and liquid cooling, and the involvement of top executives.</w:t>
      </w:r>
      <w:r/>
    </w:p>
    <w:p>
      <w:pPr>
        <w:pStyle w:val="ListNumber"/>
        <w:spacing w:line="240" w:lineRule="auto"/>
        <w:ind w:left="720"/>
      </w:pPr>
      <w:r/>
      <w:hyperlink r:id="rId10">
        <w:r>
          <w:rPr>
            <w:color w:val="0000EE"/>
            <w:u w:val="single"/>
          </w:rPr>
          <w:t>https://www.stocktitan.net/news/HPE/hewlett-packard-enterprise-to-webcast-ai-day-investor-xsox2cuq3goy.html</w:t>
        </w:r>
      </w:hyperlink>
      <w:r>
        <w:t xml:space="preserve"> - Provides information about the live Q&amp;A session and the registration process for the event.</w:t>
      </w:r>
      <w:r/>
    </w:p>
    <w:p>
      <w:pPr>
        <w:pStyle w:val="ListNumber"/>
        <w:spacing w:line="240" w:lineRule="auto"/>
        <w:ind w:left="720"/>
      </w:pPr>
      <w:r/>
      <w:hyperlink r:id="rId11">
        <w:r>
          <w:rPr>
            <w:color w:val="0000EE"/>
            <w:u w:val="single"/>
          </w:rPr>
          <w:t>https://www.investopedia.com/what-you-need-to-know-ahead-of-hp-enterprise-ai-day-8725138</w:t>
        </w:r>
      </w:hyperlink>
      <w:r>
        <w:t xml:space="preserve"> - Highlights the expectations from analysts regarding HPE's focus on liquid cooling technology and large-scale AI systems.</w:t>
      </w:r>
      <w:r/>
    </w:p>
    <w:p>
      <w:pPr>
        <w:pStyle w:val="ListNumber"/>
        <w:spacing w:line="240" w:lineRule="auto"/>
        <w:ind w:left="720"/>
      </w:pPr>
      <w:r/>
      <w:hyperlink r:id="rId12">
        <w:r>
          <w:rPr>
            <w:color w:val="0000EE"/>
            <w:u w:val="single"/>
          </w:rPr>
          <w:t>https://www.hpe.com/us/en/events/innovation-day.html</w:t>
        </w:r>
      </w:hyperlink>
      <w:r>
        <w:t xml:space="preserve"> - Although not specific to AI Day, it supports HPE's broader focus on AI, hybrid cloud, and technological innovations.</w:t>
      </w:r>
      <w:r/>
    </w:p>
    <w:p>
      <w:pPr>
        <w:pStyle w:val="ListNumber"/>
        <w:spacing w:line="240" w:lineRule="auto"/>
        <w:ind w:left="720"/>
      </w:pPr>
      <w:r/>
      <w:hyperlink r:id="rId13">
        <w:r>
          <w:rPr>
            <w:color w:val="0000EE"/>
            <w:u w:val="single"/>
          </w:rPr>
          <w:t>https://h22166.www2.hpe.com/event/eventpage?eventid=MgA4ADAANAA1ADkA&amp;cc=emea&amp;lang=en</w:t>
        </w:r>
      </w:hyperlink>
      <w:r>
        <w:t xml:space="preserve"> - Provides context on HPE and NVIDIA's collaboration on AI initiatives, which aligns with the strategic direction discussed during AI Day.</w:t>
      </w:r>
      <w:r/>
    </w:p>
    <w:p>
      <w:pPr>
        <w:pStyle w:val="ListNumber"/>
        <w:spacing w:line="240" w:lineRule="auto"/>
        <w:ind w:left="720"/>
      </w:pPr>
      <w:r/>
      <w:hyperlink r:id="rId14">
        <w:r>
          <w:rPr>
            <w:color w:val="0000EE"/>
            <w:u w:val="single"/>
          </w:rPr>
          <w:t>https://www.hpe.com/us/en/discover.html</w:t>
        </w:r>
      </w:hyperlink>
      <w:r>
        <w:t xml:space="preserve"> - Supports HPE's overall strategy and focus on AI, hybrid cloud, and technological innovations, as discussed during AI Day.</w:t>
      </w:r>
      <w:r/>
    </w:p>
    <w:p>
      <w:pPr>
        <w:pStyle w:val="ListNumber"/>
        <w:spacing w:line="240" w:lineRule="auto"/>
        <w:ind w:left="720"/>
      </w:pPr>
      <w:r/>
      <w:hyperlink r:id="rId10">
        <w:r>
          <w:rPr>
            <w:color w:val="0000EE"/>
            <w:u w:val="single"/>
          </w:rPr>
          <w:t>https://www.stocktitan.net/news/HPE/hewlett-packard-enterprise-to-webcast-ai-day-investor-xsox2cuq3goy.html</w:t>
        </w:r>
      </w:hyperlink>
      <w:r>
        <w:t xml:space="preserve"> - Corroborates the involvement of Fidelma Russo and her role in discussing HPE's hybrid cloud strategies during the event.</w:t>
      </w:r>
      <w:r/>
    </w:p>
    <w:p>
      <w:pPr>
        <w:pStyle w:val="ListNumber"/>
        <w:spacing w:line="240" w:lineRule="auto"/>
        <w:ind w:left="720"/>
      </w:pPr>
      <w:r/>
      <w:hyperlink r:id="rId11">
        <w:r>
          <w:rPr>
            <w:color w:val="0000EE"/>
            <w:u w:val="single"/>
          </w:rPr>
          <w:t>https://www.investopedia.com/what-you-need-to-know-ahead-of-hp-enterprise-ai-day-8725138</w:t>
        </w:r>
      </w:hyperlink>
      <w:r>
        <w:t xml:space="preserve"> - Supports Neil MacDonald's focus on the server side and the impact of AI workloads on server design and deployment.</w:t>
      </w:r>
      <w:r/>
    </w:p>
    <w:p>
      <w:pPr>
        <w:pStyle w:val="ListNumber"/>
        <w:spacing w:line="240" w:lineRule="auto"/>
        <w:ind w:left="720"/>
      </w:pPr>
      <w:r/>
      <w:hyperlink r:id="rId10">
        <w:r>
          <w:rPr>
            <w:color w:val="0000EE"/>
            <w:u w:val="single"/>
          </w:rPr>
          <w:t>https://www.stocktitan.net/news/HPE/hewlett-packard-enterprise-to-webcast-ai-day-investor-xsox2cuq3goy.html</w:t>
        </w:r>
      </w:hyperlink>
      <w:r>
        <w:t xml:space="preserve"> - Confirms the live Q&amp;A session and the participation of financial analysts from various banks.</w:t>
      </w:r>
      <w:r/>
    </w:p>
    <w:p>
      <w:pPr>
        <w:pStyle w:val="ListNumber"/>
        <w:spacing w:line="240" w:lineRule="auto"/>
        <w:ind w:left="720"/>
      </w:pPr>
      <w:r/>
      <w:hyperlink r:id="rId14">
        <w:r>
          <w:rPr>
            <w:color w:val="0000EE"/>
            <w:u w:val="single"/>
          </w:rPr>
          <w:t>https://www.hpe.com/us/en/discover.html</w:t>
        </w:r>
      </w:hyperlink>
      <w:r>
        <w:t xml:space="preserve"> - Provides broader context on HPE's vision of integrating AI into its core operations, aligning with the messages conveyed during AI Day.</w:t>
      </w:r>
      <w:r/>
    </w:p>
    <w:p>
      <w:pPr>
        <w:pStyle w:val="ListNumber"/>
        <w:spacing w:line="240" w:lineRule="auto"/>
        <w:ind w:left="720"/>
      </w:pPr>
      <w:r/>
      <w:hyperlink r:id="rId15">
        <w:r>
          <w:rPr>
            <w:color w:val="0000EE"/>
            <w:u w:val="single"/>
          </w:rPr>
          <w:t>https://seekingalpha.com/article/4726099-hewlett-packard-enterprise-company-hpe-ceo-antonio-neri-hosts-hpe-ai-day-executive-session?source=feed_all_articles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HPE/hewlett-packard-enterprise-to-webcast-ai-day-investor-xsox2cuq3goy.html" TargetMode="External"/><Relationship Id="rId11" Type="http://schemas.openxmlformats.org/officeDocument/2006/relationships/hyperlink" Target="https://www.investopedia.com/what-you-need-to-know-ahead-of-hp-enterprise-ai-day-8725138" TargetMode="External"/><Relationship Id="rId12" Type="http://schemas.openxmlformats.org/officeDocument/2006/relationships/hyperlink" Target="https://www.hpe.com/us/en/events/innovation-day.html" TargetMode="External"/><Relationship Id="rId13" Type="http://schemas.openxmlformats.org/officeDocument/2006/relationships/hyperlink" Target="https://h22166.www2.hpe.com/event/eventpage?eventid=MgA4ADAANAA1ADkA&amp;cc=emea&amp;lang=en" TargetMode="External"/><Relationship Id="rId14" Type="http://schemas.openxmlformats.org/officeDocument/2006/relationships/hyperlink" Target="https://www.hpe.com/us/en/discover.html" TargetMode="External"/><Relationship Id="rId15" Type="http://schemas.openxmlformats.org/officeDocument/2006/relationships/hyperlink" Target="https://seekingalpha.com/article/4726099-hewlett-packard-enterprise-company-hpe-ceo-antonio-neri-hosts-hpe-ai-day-executive-session?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