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Honor and Google collaborate to introduce AI-powered search feature on smartphones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Honor and Google Collaborate to Introduce AI-Powered Search Feature on Smartphones</w:t>
      </w:r>
      <w:r/>
    </w:p>
    <w:p>
      <w:r/>
      <w:r>
        <w:t>In an intriguing development within the tech industry, Honor and Google have announced their collaboration to introduce the innovative AI search tool, Circle to Search, to the Honor Magic V3 and Honor 200 series. This strategic partnership is aimed at enhancing user experience, offering faster and more intuitive search capabilities on these cutting-edge devices.</w:t>
      </w:r>
      <w:r/>
    </w:p>
    <w:p>
      <w:r/>
      <w:r>
        <w:rPr>
          <w:b/>
        </w:rPr>
        <w:t>Introduction of Circle to Search</w:t>
      </w:r>
      <w:r/>
    </w:p>
    <w:p>
      <w:r/>
      <w:r>
        <w:t>Circle to Search, an AI-driven tool, simplifies the searching process by allowing users to swiftly find information by merely circling objects or words on their smartphone screens. This gesture prompts an immediate retrieval of relevant search results, significantly enhancing the ease and speed of accessing information.</w:t>
      </w:r>
      <w:r/>
    </w:p>
    <w:p>
      <w:r/>
      <w:r>
        <w:rPr>
          <w:b/>
        </w:rPr>
        <w:t>Device Launch and Feature Availability</w:t>
      </w:r>
      <w:r/>
    </w:p>
    <w:p>
      <w:r/>
      <w:r>
        <w:t>The Honor Magic V3 was launched globally last month during the IFA event in Berlin, following its initial debut in China in August. It is touted as the world’s thinnest inward-foldable phone and has piqued the interest of tech enthusiasts with promises of advanced AI functionalities, including AI Eraser, Face-to-Face Translation, and Notes Live Translation. The inclusion of Circle to Search further bolsters its appeal, providing a competitive edge against similar high-end foldable devices, such as Samsung's Galaxy Z Fold 6.</w:t>
      </w:r>
      <w:r/>
    </w:p>
    <w:p>
      <w:r/>
      <w:r>
        <w:t>While Circle to Search is already accessible on the Honor Magic V3, users of the Honor 200 series can anticipate the feature later this year. This rollout marks an end to the exclusivity enjoyed by Samsung and Google Pixel phones, broadening access to this cutting-edge technology.</w:t>
      </w:r>
      <w:r/>
    </w:p>
    <w:p>
      <w:r/>
      <w:r>
        <w:rPr>
          <w:b/>
        </w:rPr>
        <w:t>Google's AI Search Expansion</w:t>
      </w:r>
      <w:r/>
    </w:p>
    <w:p>
      <w:r/>
      <w:r>
        <w:t>Initially launched with Samsung's Galaxy S24 series in January, Circle to Search was later included in Google's Pixel 8 lineup by February and expanded to mid-range Samsung gadgets by August. The decision to extend this feature to Honor devices illustrates Google's attempt to reach its ambitious target of integrating Circle to Search into 200 million phones by the end of 2024.</w:t>
      </w:r>
      <w:r/>
    </w:p>
    <w:p>
      <w:r/>
      <w:r>
        <w:t>The practical demonstration of the feature’s success comes as it is reportedly being considered for introduction on the Tecno Phantom V Fold 2, a clear indication that other premier Android devices from manufacturers like OnePlus, Xiaomi, and Motorola may soon benefit from this innovative search tool as well.</w:t>
      </w:r>
      <w:r/>
    </w:p>
    <w:p>
      <w:r/>
      <w:r>
        <w:rPr>
          <w:b/>
        </w:rPr>
        <w:t>Honor's Strategic Move in AI Development</w:t>
      </w:r>
      <w:r/>
    </w:p>
    <w:p>
      <w:r/>
      <w:r>
        <w:t>For Honor, this collaboration with Google plays a crucial role in its strategic vision of integrating AI into everyday devices. Honor’s Four-layer AI Architecture blends on-device AI with cloud capabilities, aiming to enhance user security through Personal Cloud Compute. This holistic approach underscores Honor’s commitment to pioneering AI technology in the smartphone arena.</w:t>
      </w:r>
      <w:r/>
    </w:p>
    <w:p>
      <w:r/>
      <w:r>
        <w:t>Although Honor's hardware offerings are lauded in the UK and European markets, its software has often been perceived as less competitive compared to rivals. However, its Magic OS operating system, with features such as AI-powered camera modes and Magic Portal, continues to offer unique propositions to users. The integration of Circle to Search into Magic OS provides users with a familiar touchpoint, strengthening the operating system’s appeal by drawing parallels with both Android and iOS interfaces.</w:t>
      </w:r>
      <w:r/>
    </w:p>
    <w:p>
      <w:r/>
      <w:r>
        <w:t>The integration of Circle to Search promises to elevate user interactivity and experience with the Honor devices, portraying a balanced fusion of advanced technological intelligence and user-centric convenience. As Honor and Google forge ahead with this initiative, the tech community will watch closely to see its impact on wider adoption and usage of AI-enabled search functionalities across the mobile ecosystem.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https://www.gadgetmatch.com/honor-magic-v3-200-series-circle-to-search-with-google-ai-feature/</w:t>
        </w:r>
      </w:hyperlink>
      <w:r>
        <w:t xml:space="preserve"> - Corroborates the introduction of Circle to Search on Honor Magic V3 and Honor 200 series, and its AI-powered search capabilities.</w:t>
      </w:r>
      <w:r/>
    </w:p>
    <w:p>
      <w:pPr>
        <w:pStyle w:val="ListNumber"/>
        <w:spacing w:line="240" w:lineRule="auto"/>
        <w:ind w:left="720"/>
      </w:pPr>
      <w:r/>
      <w:hyperlink r:id="rId11">
        <w:r>
          <w:rPr>
            <w:color w:val="0000EE"/>
            <w:u w:val="single"/>
          </w:rPr>
          <w:t>https://www.techradar.com/phones/honor-phones/circle-to-search-expands-to-honor-phones-ending-its-samsung-and-pixel-exclusivity</w:t>
        </w:r>
      </w:hyperlink>
      <w:r>
        <w:t xml:space="preserve"> - Confirms the rollout of Circle to Search to Honor Magic V3 and Honor 200 Pro, ending its exclusivity for Samsung and Google Pixel phones.</w:t>
      </w:r>
      <w:r/>
    </w:p>
    <w:p>
      <w:pPr>
        <w:pStyle w:val="ListNumber"/>
        <w:spacing w:line="240" w:lineRule="auto"/>
        <w:ind w:left="720"/>
      </w:pPr>
      <w:r/>
      <w:hyperlink r:id="rId12">
        <w:r>
          <w:rPr>
            <w:color w:val="0000EE"/>
            <w:u w:val="single"/>
          </w:rPr>
          <w:t>https://soyacincau.com/2024/10/10/honor-to-roll-out-circle-to-search-to-its-magic-v3-and-honor-200-series-smartphones/</w:t>
        </w:r>
      </w:hyperlink>
      <w:r>
        <w:t xml:space="preserve"> - Details the Circle to Search feature and its availability on Honor Magic V3, Honor 200, and Honor 200 Pro smartphones.</w:t>
      </w:r>
      <w:r/>
    </w:p>
    <w:p>
      <w:pPr>
        <w:pStyle w:val="ListNumber"/>
        <w:spacing w:line="240" w:lineRule="auto"/>
        <w:ind w:left="720"/>
      </w:pPr>
      <w:r/>
      <w:hyperlink r:id="rId13">
        <w:r>
          <w:rPr>
            <w:color w:val="0000EE"/>
            <w:u w:val="single"/>
          </w:rPr>
          <w:t>https://www.business-standard.com/technology/tech-news/google-s-circle-to-search-is-coming-to-more-phones-including-china-s-honor-technology-news-124101100278_1.html</w:t>
        </w:r>
      </w:hyperlink>
      <w:r>
        <w:t xml:space="preserve"> - Mentions the introduction of Circle to Search on Honor devices, including the Magic V3 and Honor 200 series, and its expansion beyond Samsung and Google Pixel phones.</w:t>
      </w:r>
      <w:r/>
    </w:p>
    <w:p>
      <w:pPr>
        <w:pStyle w:val="ListNumber"/>
        <w:spacing w:line="240" w:lineRule="auto"/>
        <w:ind w:left="720"/>
      </w:pPr>
      <w:r/>
      <w:hyperlink r:id="rId14">
        <w:r>
          <w:rPr>
            <w:color w:val="0000EE"/>
            <w:u w:val="single"/>
          </w:rPr>
          <w:t>https://www.bizcommunity.com/article/honor-gets-circle-to-search-nod-as-google-turns-back-to-china-363218a</w:t>
        </w:r>
      </w:hyperlink>
      <w:r>
        <w:t xml:space="preserve"> - Discusses the collaboration between Honor and Google to introduce Circle to Search, highlighting its AI-powered screen reading capabilities.</w:t>
      </w:r>
      <w:r/>
    </w:p>
    <w:p>
      <w:pPr>
        <w:pStyle w:val="ListNumber"/>
        <w:spacing w:line="240" w:lineRule="auto"/>
        <w:ind w:left="720"/>
      </w:pPr>
      <w:r/>
      <w:hyperlink r:id="rId10">
        <w:r>
          <w:rPr>
            <w:color w:val="0000EE"/>
            <w:u w:val="single"/>
          </w:rPr>
          <w:t>https://www.gadgetmatch.com/honor-magic-v3-200-series-circle-to-search-with-google-ai-feature/</w:t>
        </w:r>
      </w:hyperlink>
      <w:r>
        <w:t xml:space="preserve"> - Provides details on the Honor Magic V3's launch and its advanced AI functionalities, including AI Eraser and Face-to-Face Translation.</w:t>
      </w:r>
      <w:r/>
    </w:p>
    <w:p>
      <w:pPr>
        <w:pStyle w:val="ListNumber"/>
        <w:spacing w:line="240" w:lineRule="auto"/>
        <w:ind w:left="720"/>
      </w:pPr>
      <w:r/>
      <w:hyperlink r:id="rId11">
        <w:r>
          <w:rPr>
            <w:color w:val="0000EE"/>
            <w:u w:val="single"/>
          </w:rPr>
          <w:t>https://www.techradar.com/phones/honor-phones/circle-to-search-expands-to-honor-phones-ending-its-samsung-and-pixel-exclusivity</w:t>
        </w:r>
      </w:hyperlink>
      <w:r>
        <w:t xml:space="preserve"> - Explains that Circle to Search was initially launched with Samsung's Galaxy S24 series and later included in Google's Pixel 8 lineup and mid-range Samsung devices.</w:t>
      </w:r>
      <w:r/>
    </w:p>
    <w:p>
      <w:pPr>
        <w:pStyle w:val="ListNumber"/>
        <w:spacing w:line="240" w:lineRule="auto"/>
        <w:ind w:left="720"/>
      </w:pPr>
      <w:r/>
      <w:hyperlink r:id="rId12">
        <w:r>
          <w:rPr>
            <w:color w:val="0000EE"/>
            <w:u w:val="single"/>
          </w:rPr>
          <w:t>https://soyacincau.com/2024/10/10/honor-to-roll-out-circle-to-search-to-its-magic-v3-and-honor-200-series-smartphones/</w:t>
        </w:r>
      </w:hyperlink>
      <w:r>
        <w:t xml:space="preserve"> - Mentions the potential introduction of Circle to Search on the Tecno Phantom V Fold 2 and other premier Android devices from various manufacturers.</w:t>
      </w:r>
      <w:r/>
    </w:p>
    <w:p>
      <w:pPr>
        <w:pStyle w:val="ListNumber"/>
        <w:spacing w:line="240" w:lineRule="auto"/>
        <w:ind w:left="720"/>
      </w:pPr>
      <w:r/>
      <w:hyperlink r:id="rId13">
        <w:r>
          <w:rPr>
            <w:color w:val="0000EE"/>
            <w:u w:val="single"/>
          </w:rPr>
          <w:t>https://www.business-standard.com/technology/tech-news/google-s-circle-to-search-is-coming-to-more-phones-including-china-s-honor-technology-news-124101100278_1.html</w:t>
        </w:r>
      </w:hyperlink>
      <w:r>
        <w:t xml:space="preserve"> - Highlights Google's goal of integrating Circle to Search into 200 million phones by the end of 2024 and its expansion to other devices.</w:t>
      </w:r>
      <w:r/>
    </w:p>
    <w:p>
      <w:pPr>
        <w:pStyle w:val="ListNumber"/>
        <w:spacing w:line="240" w:lineRule="auto"/>
        <w:ind w:left="720"/>
      </w:pPr>
      <w:r/>
      <w:hyperlink r:id="rId11">
        <w:r>
          <w:rPr>
            <w:color w:val="0000EE"/>
            <w:u w:val="single"/>
          </w:rPr>
          <w:t>https://www.techradar.com/phones/honor-phones/circle-to-search-expands-to-honor-phones-ending-its-samsung-and-pixel-exclusivity</w:t>
        </w:r>
      </w:hyperlink>
      <w:r>
        <w:t xml:space="preserve"> - Discusses Honor's strategic move in AI development, including its Four-layer AI Architecture and the integration of Circle to Search into Magic OS.</w:t>
      </w:r>
      <w:r/>
    </w:p>
    <w:p>
      <w:pPr>
        <w:pStyle w:val="ListNumber"/>
        <w:spacing w:line="240" w:lineRule="auto"/>
        <w:ind w:left="720"/>
      </w:pPr>
      <w:r/>
      <w:hyperlink r:id="rId14">
        <w:r>
          <w:rPr>
            <w:color w:val="0000EE"/>
            <w:u w:val="single"/>
          </w:rPr>
          <w:t>https://www.bizcommunity.com/article/honor-gets-circle-to-search-nod-as-google-turns-back-to-china-363218a</w:t>
        </w:r>
      </w:hyperlink>
      <w:r>
        <w:t xml:space="preserve"> - Explains how the integration of Circle to Search strengthens Honor's Magic OS by offering a familiar touchpoint and enhancing user interactivity.</w:t>
      </w:r>
      <w:r/>
    </w:p>
    <w:p>
      <w:pPr>
        <w:pStyle w:val="ListNumber"/>
        <w:spacing w:line="240" w:lineRule="auto"/>
        <w:ind w:left="720"/>
      </w:pPr>
      <w:r/>
      <w:hyperlink r:id="rId15">
        <w:r>
          <w:rPr>
            <w:color w:val="0000EE"/>
            <w:u w:val="single"/>
          </w:rPr>
          <w:t>https://www.androidcentral.com/phones/the-honor-magic-v3-steps-up-to-challenge-samsungs-galaxy-z-fold-6-with-this-ai-feature</w:t>
        </w:r>
      </w:hyperlink>
      <w:r>
        <w:t xml:space="preserve"> - Please view link - unable to able to access data</w:t>
      </w:r>
      <w:r/>
    </w:p>
    <w:p>
      <w:pPr>
        <w:pStyle w:val="ListNumber"/>
        <w:spacing w:line="240" w:lineRule="auto"/>
        <w:ind w:left="720"/>
      </w:pPr>
      <w:r/>
      <w:hyperlink r:id="rId11">
        <w:r>
          <w:rPr>
            <w:color w:val="0000EE"/>
            <w:u w:val="single"/>
          </w:rPr>
          <w:t>https://www.techradar.com/phones/honor-phones/circle-to-search-expands-to-honor-phones-ending-its-samsung-and-pixel-exclusivity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adgetmatch.com/honor-magic-v3-200-series-circle-to-search-with-google-ai-feature/" TargetMode="External"/><Relationship Id="rId11" Type="http://schemas.openxmlformats.org/officeDocument/2006/relationships/hyperlink" Target="https://www.techradar.com/phones/honor-phones/circle-to-search-expands-to-honor-phones-ending-its-samsung-and-pixel-exclusivity" TargetMode="External"/><Relationship Id="rId12" Type="http://schemas.openxmlformats.org/officeDocument/2006/relationships/hyperlink" Target="https://soyacincau.com/2024/10/10/honor-to-roll-out-circle-to-search-to-its-magic-v3-and-honor-200-series-smartphones/" TargetMode="External"/><Relationship Id="rId13" Type="http://schemas.openxmlformats.org/officeDocument/2006/relationships/hyperlink" Target="https://www.business-standard.com/technology/tech-news/google-s-circle-to-search-is-coming-to-more-phones-including-china-s-honor-technology-news-124101100278_1.html" TargetMode="External"/><Relationship Id="rId14" Type="http://schemas.openxmlformats.org/officeDocument/2006/relationships/hyperlink" Target="https://www.bizcommunity.com/article/honor-gets-circle-to-search-nod-as-google-turns-back-to-china-363218a" TargetMode="External"/><Relationship Id="rId15" Type="http://schemas.openxmlformats.org/officeDocument/2006/relationships/hyperlink" Target="https://www.androidcentral.com/phones/the-honor-magic-v3-steps-up-to-challenge-samsungs-galaxy-z-fold-6-with-this-ai-fea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