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Hurricane Milton disrupts operations at Walt Disney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Orlando, Florida – The world-renowned Walt Disney World was among the high-profile victims of Hurricane Milton, which traversed most of Florida on Wednesday, October 9, impacting many businesses and communities. As the tempest approached, Disney took preemptive measures to ensure the safety of its guests and staff by temporarily closing several attractions and resorts. </w:t>
      </w:r>
      <w:r/>
    </w:p>
    <w:p>
      <w:r/>
      <w:r>
        <w:t>In preparation for the adverse weather conditions, various Disney World locations were shut down. The Disney Fort Wilderness Resort &amp; Campground, Copper Creek Cabins at the Wilderness Lodge, and Treehouse Villas at Saratoga Springs Resort &amp; Spa were closed at 11:00 a.m. on October 9, with plans for gradual reopening over the coming days. Similarly, the theme parks—Disney's Hollywood Studios and Disney's Animal Kingdom—closed at 1:00 p.m., followed by the Magic Kingdom, EPCOT, and Disney Springs at 2:00 p.m. that same day.</w:t>
      </w:r>
      <w:r/>
    </w:p>
    <w:p>
      <w:r/>
      <w:r>
        <w:t>Continuing to assess the storm's trajectory, Disney extended the closure through Thursday, October 10, with all theme parks and Disney Springs remaining inaccessible to the public. On this day, guests staying in Disney's hotels could enjoy free Disney movies in their rooms, meet characters in hotel lobbies, and use the arcade facilities as the storm passed.</w:t>
      </w:r>
      <w:r/>
    </w:p>
    <w:p>
      <w:r/>
      <w:r>
        <w:t>A statement released by the Walt Disney Company confirmed that no significant flooding occurred on the theme park grounds, debunking false accounts propagated by AI-generated images on social media. The message clarified misconceptions, reassuring the public that the property remained predominantly unaffected by the deluge and confirming plans to resume operations soon.</w:t>
      </w:r>
      <w:r/>
    </w:p>
    <w:p>
      <w:r/>
      <w:r>
        <w:t>By Friday, October 11, Disney announced the planned reopening of its theme parks and Disney Springs, welcoming guests back for scheduled operating hours, though some specific Halloween attractions and events may not resume immediately.</w:t>
      </w:r>
      <w:r/>
    </w:p>
    <w:p>
      <w:r/>
      <w:r>
        <w:t>Alongside Disney World, other major parks in Orlando, including Universal Orlando and SeaWorld, also closed their gates due to the inclement weather. These theme parks, along with Orlando International Airport, evaluated their facilities for any damage before resuming normal activities.</w:t>
      </w:r>
      <w:r/>
    </w:p>
    <w:p>
      <w:r/>
      <w:r>
        <w:t>Despite the disruptions caused by Hurricane Milton, visitors seemed to maintain an optimistic outlook. One such tourist, Craig Greig from Glasgow, Scotland, expressed gratitude for the opportunity to partake in alternative activities, such as a round of miniature golf, during the park closures.</w:t>
      </w:r>
      <w:r/>
    </w:p>
    <w:p>
      <w:r/>
      <w:r>
        <w:t>In the past, Orlando has weathered the impacts of similar hurricanes, though they remain infrequent in the region. Notable storms such as Charley, Frances, and Jeanne in 2004, Hurricane Irma in 2017, and Hurricane Ian in 2022 have previously disrupted operations, although the city quickly recovers due to its significant role as a leading tourist destination.</w:t>
      </w:r>
      <w:r/>
    </w:p>
    <w:p>
      <w:r/>
      <w:r>
        <w:t>As Orlando and its iconic themes parks return to normalcy, the resilience of the community and its preparedness for such natural events continue to shine through. For now, as the masks, costumes, and pumpkins re-emerge, guests can look forward to enjoying their beloved Halloween-themed festivities at Walt Disney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https://apnews.com/article/disney-world-milton-universal-seaworld-reopening-c6393375c33b89e9041faa203784985f</w:t>
        </w:r>
      </w:hyperlink>
      <w:r>
        <w:t xml:space="preserve"> - Corroborates the closure and reopening of Disney World, Universal Orlando, and SeaWorld due to Hurricane Milton.</w:t>
      </w:r>
      <w:r/>
    </w:p>
    <w:p>
      <w:pPr>
        <w:pStyle w:val="ListNumber"/>
        <w:spacing w:line="240" w:lineRule="auto"/>
        <w:ind w:left="720"/>
      </w:pPr>
      <w:r/>
      <w:hyperlink r:id="rId11">
        <w:r>
          <w:rPr>
            <w:color w:val="0000EE"/>
            <w:u w:val="single"/>
          </w:rPr>
          <w:t>https://abcnews.go.com/GMA/Travel/disney-world-orlando-theme-park-reopen/story?id=114567586</w:t>
        </w:r>
      </w:hyperlink>
      <w:r>
        <w:t xml:space="preserve"> - Provides details on the temporary closure and reopening of Disney World, Universal Orlando, and SeaWorld after Hurricane Milton.</w:t>
      </w:r>
      <w:r/>
    </w:p>
    <w:p>
      <w:pPr>
        <w:pStyle w:val="ListNumber"/>
        <w:spacing w:line="240" w:lineRule="auto"/>
        <w:ind w:left="720"/>
      </w:pPr>
      <w:r/>
      <w:hyperlink r:id="rId12">
        <w:r>
          <w:rPr>
            <w:color w:val="0000EE"/>
            <w:u w:val="single"/>
          </w:rPr>
          <w:t>https://www.usnews.com/news/us/articles/2024-10-10/disney-world-and-other-orlando-parks-to-reopen-friday-after-hurricane-milton-shutdown</w:t>
        </w:r>
      </w:hyperlink>
      <w:r>
        <w:t xml:space="preserve"> - Confirms the closure and planned reopening of Disney World, Universal Orlando, and SeaWorld following Hurricane Milton.</w:t>
      </w:r>
      <w:r/>
    </w:p>
    <w:p>
      <w:pPr>
        <w:pStyle w:val="ListNumber"/>
        <w:spacing w:line="240" w:lineRule="auto"/>
        <w:ind w:left="720"/>
      </w:pPr>
      <w:r/>
      <w:hyperlink r:id="rId13">
        <w:r>
          <w:rPr>
            <w:color w:val="0000EE"/>
            <w:u w:val="single"/>
          </w:rPr>
          <w:t>https://www.newsweek.com/disney-world-warning-guests-hurricane-milton-1967027</w:t>
        </w:r>
      </w:hyperlink>
      <w:r>
        <w:t xml:space="preserve"> - Details the operational changes at Disney World, including the closure of theme parks, water parks, and Disney Springs, and the cancellation of events like Mickey's Not-So-Scary Halloween Party.</w:t>
      </w:r>
      <w:r/>
    </w:p>
    <w:p>
      <w:pPr>
        <w:pStyle w:val="ListNumber"/>
        <w:spacing w:line="240" w:lineRule="auto"/>
        <w:ind w:left="720"/>
      </w:pPr>
      <w:r/>
      <w:hyperlink r:id="rId14">
        <w:r>
          <w:rPr>
            <w:color w:val="0000EE"/>
            <w:u w:val="single"/>
          </w:rPr>
          <w:t>https://www.cbsnews.com/news/hurricane-milton-disney-world-closing/</w:t>
        </w:r>
      </w:hyperlink>
      <w:r>
        <w:t xml:space="preserve"> - Describes the phased closure of Disney World attractions and resorts in preparation for Hurricane Milton.</w:t>
      </w:r>
      <w:r/>
    </w:p>
    <w:p>
      <w:pPr>
        <w:pStyle w:val="ListNumber"/>
        <w:spacing w:line="240" w:lineRule="auto"/>
        <w:ind w:left="720"/>
      </w:pPr>
      <w:r/>
      <w:hyperlink r:id="rId10">
        <w:r>
          <w:rPr>
            <w:color w:val="0000EE"/>
            <w:u w:val="single"/>
          </w:rPr>
          <w:t>https://apnews.com/article/disney-world-milton-universal-seaworld-reopening-c6393375c33b89e9041faa203784985f</w:t>
        </w:r>
      </w:hyperlink>
      <w:r>
        <w:t xml:space="preserve"> - Mentions the closure of Disney Fort Wilderness Resort &amp; Campground and other specific resorts during the storm.</w:t>
      </w:r>
      <w:r/>
    </w:p>
    <w:p>
      <w:pPr>
        <w:pStyle w:val="ListNumber"/>
        <w:spacing w:line="240" w:lineRule="auto"/>
        <w:ind w:left="720"/>
      </w:pPr>
      <w:r/>
      <w:hyperlink r:id="rId11">
        <w:r>
          <w:rPr>
            <w:color w:val="0000EE"/>
            <w:u w:val="single"/>
          </w:rPr>
          <w:t>https://abcnews.go.com/GMA/Travel/disney-world-orlando-theme-park-reopen/story?id=114567586</w:t>
        </w:r>
      </w:hyperlink>
      <w:r>
        <w:t xml:space="preserve"> - Clarifies that guests in Disney hotels could enjoy alternative activities like free Disney movies and character meetups during the closure.</w:t>
      </w:r>
      <w:r/>
    </w:p>
    <w:p>
      <w:pPr>
        <w:pStyle w:val="ListNumber"/>
        <w:spacing w:line="240" w:lineRule="auto"/>
        <w:ind w:left="720"/>
      </w:pPr>
      <w:r/>
      <w:hyperlink r:id="rId12">
        <w:r>
          <w:rPr>
            <w:color w:val="0000EE"/>
            <w:u w:val="single"/>
          </w:rPr>
          <w:t>https://www.usnews.com/news/us/articles/2024-10-10/disney-world-and-other-orlando-parks-to-reopen-friday-after-hurricane-milton-shutdown</w:t>
        </w:r>
      </w:hyperlink>
      <w:r>
        <w:t xml:space="preserve"> - Confirms that no significant flooding occurred at Disney World and that the parks were set to reopen on Friday, October 11.</w:t>
      </w:r>
      <w:r/>
    </w:p>
    <w:p>
      <w:pPr>
        <w:pStyle w:val="ListNumber"/>
        <w:spacing w:line="240" w:lineRule="auto"/>
        <w:ind w:left="720"/>
      </w:pPr>
      <w:r/>
      <w:hyperlink r:id="rId10">
        <w:r>
          <w:rPr>
            <w:color w:val="0000EE"/>
            <w:u w:val="single"/>
          </w:rPr>
          <w:t>https://apnews.com/article/disney-world-milton-universal-seaworld-reopening-c6393375c33b89e9041faa203784985f</w:t>
        </w:r>
      </w:hyperlink>
      <w:r>
        <w:t xml:space="preserve"> - Mentions the impact on other Orlando parks, including Universal Orlando and SeaWorld, and the evaluation of facilities for damage before reopening.</w:t>
      </w:r>
      <w:r/>
    </w:p>
    <w:p>
      <w:pPr>
        <w:pStyle w:val="ListNumber"/>
        <w:spacing w:line="240" w:lineRule="auto"/>
        <w:ind w:left="720"/>
      </w:pPr>
      <w:r/>
      <w:hyperlink r:id="rId12">
        <w:r>
          <w:rPr>
            <w:color w:val="0000EE"/>
            <w:u w:val="single"/>
          </w:rPr>
          <w:t>https://www.usnews.com/news/us/articles/2024-10-10/disney-world-and-other-orlando-parks-to-reopen-friday-after-hurricane-milton-shutdown</w:t>
        </w:r>
      </w:hyperlink>
      <w:r>
        <w:t xml:space="preserve"> - Describes the alternative activities available to tourists, such as miniature golf, during the park closures.</w:t>
      </w:r>
      <w:r/>
    </w:p>
    <w:p>
      <w:pPr>
        <w:pStyle w:val="ListNumber"/>
        <w:spacing w:line="240" w:lineRule="auto"/>
        <w:ind w:left="720"/>
      </w:pPr>
      <w:r/>
      <w:hyperlink r:id="rId13">
        <w:r>
          <w:rPr>
            <w:color w:val="0000EE"/>
            <w:u w:val="single"/>
          </w:rPr>
          <w:t>https://www.newsweek.com/disney-world-warning-guests-hurricane-milton-1967027</w:t>
        </w:r>
      </w:hyperlink>
      <w:r>
        <w:t xml:space="preserve"> - Provides historical context on previous hurricanes affecting Orlando, including Charley, Frances, Jeanne, Irma, and Ian.</w:t>
      </w:r>
      <w:r/>
    </w:p>
    <w:p>
      <w:pPr>
        <w:pStyle w:val="ListNumber"/>
        <w:spacing w:line="240" w:lineRule="auto"/>
        <w:ind w:left="720"/>
      </w:pPr>
      <w:r/>
      <w:hyperlink r:id="rId15">
        <w:r>
          <w:rPr>
            <w:color w:val="0000EE"/>
            <w:u w:val="single"/>
          </w:rPr>
          <w:t>https://hollywoodlife.com/feature/is-disney-world-open-after-hurricane-milton-5329143/</w:t>
        </w:r>
      </w:hyperlink>
      <w:r>
        <w:t xml:space="preserve"> - Please view link - unable to able to access data</w:t>
      </w:r>
      <w:r/>
    </w:p>
    <w:p>
      <w:pPr>
        <w:pStyle w:val="ListNumber"/>
        <w:spacing w:line="240" w:lineRule="auto"/>
        <w:ind w:left="720"/>
      </w:pPr>
      <w:r/>
      <w:hyperlink r:id="rId16">
        <w:r>
          <w:rPr>
            <w:color w:val="0000EE"/>
            <w:u w:val="single"/>
          </w:rPr>
          <w:t>https://www.independent.co.uk/news/disney-world-ap-orlando-universal-orlando-seaworld-b2627453.html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disney-world-milton-universal-seaworld-reopening-c6393375c33b89e9041faa203784985f" TargetMode="External"/><Relationship Id="rId11" Type="http://schemas.openxmlformats.org/officeDocument/2006/relationships/hyperlink" Target="https://abcnews.go.com/GMA/Travel/disney-world-orlando-theme-park-reopen/story?id=114567586" TargetMode="External"/><Relationship Id="rId12" Type="http://schemas.openxmlformats.org/officeDocument/2006/relationships/hyperlink" Target="https://www.usnews.com/news/us/articles/2024-10-10/disney-world-and-other-orlando-parks-to-reopen-friday-after-hurricane-milton-shutdown" TargetMode="External"/><Relationship Id="rId13" Type="http://schemas.openxmlformats.org/officeDocument/2006/relationships/hyperlink" Target="https://www.newsweek.com/disney-world-warning-guests-hurricane-milton-1967027" TargetMode="External"/><Relationship Id="rId14" Type="http://schemas.openxmlformats.org/officeDocument/2006/relationships/hyperlink" Target="https://www.cbsnews.com/news/hurricane-milton-disney-world-closing/" TargetMode="External"/><Relationship Id="rId15" Type="http://schemas.openxmlformats.org/officeDocument/2006/relationships/hyperlink" Target="https://hollywoodlife.com/feature/is-disney-world-open-after-hurricane-milton-5329143/" TargetMode="External"/><Relationship Id="rId16" Type="http://schemas.openxmlformats.org/officeDocument/2006/relationships/hyperlink" Target="https://www.independent.co.uk/news/disney-world-ap-orlando-universal-orlando-seaworld-b262745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