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Hurricane Milton slams Florida, fake images of Disney World surface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Hurricane Milton Slams Florida, Fake Images of Disney World Surface Online</w:t>
      </w:r>
      <w:r/>
    </w:p>
    <w:p>
      <w:r/>
      <w:r>
        <w:t>In the wake of Hurricane Milton's landfall in Florida, Disney World, along with other major theme parks in Orlando, temporarily ceased operations due to the severe weather conditions. The hurricane, which struck with the force of a Category 3 storm, has left a path of destruction, impacting numerous areas within the state.</w:t>
      </w:r>
      <w:r/>
    </w:p>
    <w:p>
      <w:r/>
      <w:r>
        <w:t>Amidst the chaos brought by the hurricane, a series of images portraying Disney World's Magic Kingdom submerged in floodwaters have gained significant traction across various social media platforms. These images, however, are confirmed to be artificial intelligence-generated fakes.</w:t>
      </w:r>
      <w:r/>
    </w:p>
    <w:p>
      <w:r/>
      <w:r>
        <w:t>Hany Farid, a digital forensics expert at the University of California-Berkeley, scrutinised the images, identifying multiple discrepancies which marked them as artificially created. According to Farid, "Inconsistent reflections in the water and other structural defects" were prominent indicators of their AI origin. His analysis was supported by models specifically trained to differentiate between real and AI-generated images, which flagged the pictures as likely fabricated.</w:t>
      </w:r>
      <w:r/>
    </w:p>
    <w:p>
      <w:r/>
      <w:r>
        <w:t>Despite their lack of authenticity, the images circulated widely, attracting millions of views across platforms such as X, Facebook, Instagram, and TikTok. Russian state-owned news agency RIA Novosti also amplified their exposure by sharing them on their Telegram channel, where they amassed over 600,000 views.</w:t>
      </w:r>
      <w:r/>
    </w:p>
    <w:p>
      <w:r/>
      <w:r>
        <w:t>Officially, Disney World clarified that the resort itself had "weathered the storm" and announced plans to reopen on October 11, after the hurricane had passed the region. The resort extended its sympathy towards those affected by the storm across Florida.</w:t>
      </w:r>
      <w:r/>
    </w:p>
    <w:p>
      <w:r/>
      <w:r>
        <w:t>Hurricane Milton, upon its arrival, unleashed a brutal assault, particularly on Sarasota County’s Siesta Key. The area faced numerous tornadoes, towering waves of up to 28 feet, and an onslaught of intense rainfall and storm surges. Tragically, the hurricane has been linked to at least 16 fatalities across the state.</w:t>
      </w:r>
      <w:r/>
    </w:p>
    <w:p>
      <w:r/>
      <w:r>
        <w:t>The National Hurricane Center has since lifted all wind and storm surge warnings as the hurricane moved beyond Florida's east coast. Nevertheless, they cautioned that residual dangers remain due to structural damage, downed power lines, and persistent floodwaters.</w:t>
      </w:r>
      <w:r/>
    </w:p>
    <w:p>
      <w:r/>
      <w:r>
        <w:t>The false images of Disney World serve as a notable instance of how social media can disseminate misleading information, particularly during times of crises. Meanwhile, the focus remains on recovery efforts and the restoration of normalcy in the hurricane-impacted regions of Florida.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https://www.cnn.com/weather/live-news/hurricane-milton-path-florida-10-10-24/index.html</w:t>
        </w:r>
      </w:hyperlink>
      <w:r>
        <w:t xml:space="preserve"> - Corroborates Hurricane Milton's landfall as a Category 3 storm, its impact on Florida, and the resulting power outages and destructive wind.</w:t>
      </w:r>
      <w:r/>
    </w:p>
    <w:p>
      <w:pPr>
        <w:pStyle w:val="ListNumber"/>
        <w:spacing w:line="240" w:lineRule="auto"/>
        <w:ind w:left="720"/>
      </w:pPr>
      <w:r/>
      <w:hyperlink r:id="rId11">
        <w:r>
          <w:rPr>
            <w:color w:val="0000EE"/>
            <w:u w:val="single"/>
          </w:rPr>
          <w:t>https://www.nbcnews.com/weather/hurricanes/live-blog/hurricane-milton-live-updates-rcna174774</w:t>
        </w:r>
      </w:hyperlink>
      <w:r>
        <w:t xml:space="preserve"> - Confirms Hurricane Milton's landfall near Siesta Key, Florida, and the deployment of federal responders, as well as the record number of tornado warnings issued.</w:t>
      </w:r>
      <w:r/>
    </w:p>
    <w:p>
      <w:pPr>
        <w:pStyle w:val="ListNumber"/>
        <w:spacing w:line="240" w:lineRule="auto"/>
        <w:ind w:left="720"/>
      </w:pPr>
      <w:r/>
      <w:hyperlink r:id="rId12">
        <w:r>
          <w:rPr>
            <w:color w:val="0000EE"/>
            <w:u w:val="single"/>
          </w:rPr>
          <w:t>https://apnews.com/live/hurricane-milton-florida-tracker-updates?tab=00000192-694b-df34-a7db-fddf459d0000</w:t>
        </w:r>
      </w:hyperlink>
      <w:r>
        <w:t xml:space="preserve"> - Details the storm's landfall, maximum sustained winds, and the extensive power outages and structural damage caused by Hurricane Milton.</w:t>
      </w:r>
      <w:r/>
    </w:p>
    <w:p>
      <w:pPr>
        <w:pStyle w:val="ListNumber"/>
        <w:spacing w:line="240" w:lineRule="auto"/>
        <w:ind w:left="720"/>
      </w:pPr>
      <w:r/>
      <w:hyperlink r:id="rId13">
        <w:r>
          <w:rPr>
            <w:color w:val="0000EE"/>
            <w:u w:val="single"/>
          </w:rPr>
          <w:t>https://www.cbsnews.com/news/hurricane-milton-florida-landfall-path-storm/</w:t>
        </w:r>
      </w:hyperlink>
      <w:r>
        <w:t xml:space="preserve"> - Provides information on Hurricane Milton's path, its classification as a Category 3 storm, and the potential for historic storm surge in the Tampa Bay area.</w:t>
      </w:r>
      <w:r/>
    </w:p>
    <w:p>
      <w:pPr>
        <w:pStyle w:val="ListNumber"/>
        <w:spacing w:line="240" w:lineRule="auto"/>
        <w:ind w:left="720"/>
      </w:pPr>
      <w:r/>
      <w:hyperlink r:id="rId14">
        <w:r>
          <w:rPr>
            <w:color w:val="0000EE"/>
            <w:u w:val="single"/>
          </w:rPr>
          <w:t>https://apnews.com/article/hurricane-milton-tampa-florida-5f6a112986eb6e21720f0f17c504afe8</w:t>
        </w:r>
      </w:hyperlink>
      <w:r>
        <w:t xml:space="preserve"> - Reports on the storm's impact, including the damage to Tropicana Field, widespread power outages, and the flooding in various parts of Florida.</w:t>
      </w:r>
      <w:r/>
    </w:p>
    <w:p>
      <w:pPr>
        <w:pStyle w:val="ListNumber"/>
        <w:spacing w:line="240" w:lineRule="auto"/>
        <w:ind w:left="720"/>
      </w:pPr>
      <w:r/>
      <w:hyperlink r:id="rId10">
        <w:r>
          <w:rPr>
            <w:color w:val="0000EE"/>
            <w:u w:val="single"/>
          </w:rPr>
          <w:t>https://www.cnn.com/weather/live-news/hurricane-milton-path-florida-10-10-24/index.html</w:t>
        </w:r>
      </w:hyperlink>
      <w:r>
        <w:t xml:space="preserve"> - Mentions the tornadoes and the 'thousand-year flood' event in St. Petersburg, which aligns with the severe weather conditions described.</w:t>
      </w:r>
      <w:r/>
    </w:p>
    <w:p>
      <w:pPr>
        <w:pStyle w:val="ListNumber"/>
        <w:spacing w:line="240" w:lineRule="auto"/>
        <w:ind w:left="720"/>
      </w:pPr>
      <w:r/>
      <w:hyperlink r:id="rId11">
        <w:r>
          <w:rPr>
            <w:color w:val="0000EE"/>
            <w:u w:val="single"/>
          </w:rPr>
          <w:t>https://www.nbcnews.com/weather/hurricanes/live-blog/hurricane-milton-live-updates-rcna174774</w:t>
        </w:r>
      </w:hyperlink>
      <w:r>
        <w:t xml:space="preserve"> - Confirms the deployment of federal responders and the severe impact of the storm, including the fatalities and power outages.</w:t>
      </w:r>
      <w:r/>
    </w:p>
    <w:p>
      <w:pPr>
        <w:pStyle w:val="ListNumber"/>
        <w:spacing w:line="240" w:lineRule="auto"/>
        <w:ind w:left="720"/>
      </w:pPr>
      <w:r/>
      <w:hyperlink r:id="rId12">
        <w:r>
          <w:rPr>
            <w:color w:val="0000EE"/>
            <w:u w:val="single"/>
          </w:rPr>
          <w:t>https://apnews.com/live/hurricane-milton-florida-tracker-updates?tab=00000192-694b-df34-a7db-fddf459d0000</w:t>
        </w:r>
      </w:hyperlink>
      <w:r>
        <w:t xml:space="preserve"> - Details the storm surge warnings and the potential for devastating impacts, including structural damage and floodwaters.</w:t>
      </w:r>
      <w:r/>
    </w:p>
    <w:p>
      <w:pPr>
        <w:pStyle w:val="ListNumber"/>
        <w:spacing w:line="240" w:lineRule="auto"/>
        <w:ind w:left="720"/>
      </w:pPr>
      <w:r/>
      <w:hyperlink r:id="rId13">
        <w:r>
          <w:rPr>
            <w:color w:val="0000EE"/>
            <w:u w:val="single"/>
          </w:rPr>
          <w:t>https://www.cbsnews.com/news/hurricane-milton-florida-landfall-path-storm/</w:t>
        </w:r>
      </w:hyperlink>
      <w:r>
        <w:t xml:space="preserve"> - Discusses the storm's intensity, the mandatory evacuations, and the preparations by hospitals and long-term care facilities.</w:t>
      </w:r>
      <w:r/>
    </w:p>
    <w:p>
      <w:pPr>
        <w:pStyle w:val="ListNumber"/>
        <w:spacing w:line="240" w:lineRule="auto"/>
        <w:ind w:left="720"/>
      </w:pPr>
      <w:r/>
      <w:hyperlink r:id="rId14">
        <w:r>
          <w:rPr>
            <w:color w:val="0000EE"/>
            <w:u w:val="single"/>
          </w:rPr>
          <w:t>https://apnews.com/article/hurricane-milton-tampa-florida-5f6a112986eb6e21720f0f17c504afe8</w:t>
        </w:r>
      </w:hyperlink>
      <w:r>
        <w:t xml:space="preserve"> - Reports on the aftermath, including the fatalities, flooding, and the restoration efforts following the hurricane.</w:t>
      </w:r>
      <w:r/>
    </w:p>
    <w:p>
      <w:pPr>
        <w:pStyle w:val="ListNumber"/>
        <w:spacing w:line="240" w:lineRule="auto"/>
        <w:ind w:left="720"/>
      </w:pPr>
      <w:r/>
      <w:hyperlink r:id="rId10">
        <w:r>
          <w:rPr>
            <w:color w:val="0000EE"/>
            <w:u w:val="single"/>
          </w:rPr>
          <w:t>https://www.cnn.com/weather/live-news/hurricane-milton-path-florida-10-10-24/index.html</w:t>
        </w:r>
      </w:hyperlink>
      <w:r>
        <w:t xml:space="preserve"> - Mentions the National Hurricane Center's tracking and the subsequent weakening of the storm after landfall.</w:t>
      </w:r>
      <w:r/>
    </w:p>
    <w:p>
      <w:pPr>
        <w:pStyle w:val="ListNumber"/>
        <w:spacing w:line="240" w:lineRule="auto"/>
        <w:ind w:left="720"/>
      </w:pPr>
      <w:r/>
      <w:hyperlink r:id="rId15">
        <w:r>
          <w:rPr>
            <w:color w:val="0000EE"/>
            <w:u w:val="single"/>
          </w:rPr>
          <w:t>https://www.independent.co.uk/travel/news-and-advice/hurricane-milton-disney-world-ai-images-russia-b2627808.html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n.com/weather/live-news/hurricane-milton-path-florida-10-10-24/index.html" TargetMode="External"/><Relationship Id="rId11" Type="http://schemas.openxmlformats.org/officeDocument/2006/relationships/hyperlink" Target="https://www.nbcnews.com/weather/hurricanes/live-blog/hurricane-milton-live-updates-rcna174774" TargetMode="External"/><Relationship Id="rId12" Type="http://schemas.openxmlformats.org/officeDocument/2006/relationships/hyperlink" Target="https://apnews.com/live/hurricane-milton-florida-tracker-updates?tab=00000192-694b-df34-a7db-fddf459d0000" TargetMode="External"/><Relationship Id="rId13" Type="http://schemas.openxmlformats.org/officeDocument/2006/relationships/hyperlink" Target="https://www.cbsnews.com/news/hurricane-milton-florida-landfall-path-storm/" TargetMode="External"/><Relationship Id="rId14" Type="http://schemas.openxmlformats.org/officeDocument/2006/relationships/hyperlink" Target="https://apnews.com/article/hurricane-milton-tampa-florida-5f6a112986eb6e21720f0f17c504afe8" TargetMode="External"/><Relationship Id="rId15" Type="http://schemas.openxmlformats.org/officeDocument/2006/relationships/hyperlink" Target="https://www.independent.co.uk/travel/news-and-advice/hurricane-milton-disney-world-ai-images-russia-b262780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