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software tool WorldScribe enhances accessibility for the visually impaired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at the University of Michigan have developed an innovative software tool named WorldScribe, promising to significantly improve accessibility for individuals who are blind or have low vision. This cutting-edge technology leverages generative AI (GenAI) language models to offer real-time narrations of a user's surroundings, enhancing their understanding of colour and texture which were previously inaccessible.</w:t>
      </w:r>
      <w:r/>
    </w:p>
    <w:p>
      <w:r/>
      <w:r>
        <w:t>WorldScribe is scheduled to be showcased at the ACM Symposium on User Interface Software and Technology in Pittsburgh next week. The tool operates by interpreting images captured by a camera and converting them into text and audio descriptions. This functionality allows users to quickly grasp their immediate environment with varying levels of detail, adjusted according to user settings or the duration an object remains in the camera's view. The descriptions' volume is adaptable to ambient noise, making the tool versatile for use in loud environments such as crowded rooms or noisy streets.</w:t>
      </w:r>
      <w:r/>
    </w:p>
    <w:p>
      <w:r/>
      <w:r>
        <w:t>A notable participant in the trial study, Sam Rau, who was born blind, expressed enthusiasm for the tool's potential. Describing his experience, Rau noted that WorldScribe could revolutionise ways in which blind individuals interact with the world. He explained that using the tool provided a new sense of the real world, completing an often laborious mental effort of building situational awareness. Rau highlighted that WorldScribe allows for immediate access to information, enabling users to focus more on living and engaging rather than continuously deciphering their surroundings.</w:t>
      </w:r>
      <w:r/>
    </w:p>
    <w:p>
      <w:r/>
      <w:r>
        <w:t>During the study, Rau used a headset equipped with a smartphone that transmitted images to a server, which then generated immediate text and audio descriptions of visible objects, such as a laptop or paintings on the wall. The software prioritised items closest to the user and adapted the level of detail based on object presence time within the frame, switching between different AI models like YOLO World for basic descriptions, GPT-4 for detailed accounts, and Moondream for medium detail.</w:t>
      </w:r>
      <w:r/>
    </w:p>
    <w:p>
      <w:r/>
      <w:r>
        <w:t>Assistant Professor Anhong Guo, a corresponding author of the study, emphasised the uniqueness of WorldScribe compared to existing assistive technologies. Guo explained that while many AI-driven tools focus on specific tasks, WorldScribe provides rich, live descriptions, meeting the complex challenge of delivering continual detailed narratives. The tool also accommodates user queries, prioritising objects as per their requests.</w:t>
      </w:r>
      <w:r/>
    </w:p>
    <w:p>
      <w:r/>
      <w:r>
        <w:t>Despite some initial limitations, such as difficulty detecting smaller objects like eyedropper bottles, participants found the potential for WorldScribe promising. Rau expressed a vision of everyday use, suggesting that integration into smart glasses or wearable devices could enhance its practicality.</w:t>
      </w:r>
      <w:r/>
    </w:p>
    <w:p>
      <w:r/>
      <w:r>
        <w:t>As WorldScribe continues to evolve, it represents a significant stride towards greater independence for those with visual impairments, offering a new dimension of accessibility in everyday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https://news.umich.edu/real-time-descriptions-of-surroundings-for-people-who-are-blind/</w:t>
        </w:r>
      </w:hyperlink>
      <w:r>
        <w:t xml:space="preserve"> - This article explains the development of WorldScribe, its functionality, and its potential to improve accessibility for individuals who are blind or have low vision.</w:t>
      </w:r>
      <w:r/>
    </w:p>
    <w:p>
      <w:pPr>
        <w:pStyle w:val="ListNumber"/>
        <w:spacing w:line="240" w:lineRule="auto"/>
        <w:ind w:left="720"/>
      </w:pPr>
      <w:r/>
      <w:hyperlink r:id="rId10">
        <w:r>
          <w:rPr>
            <w:color w:val="0000EE"/>
            <w:u w:val="single"/>
          </w:rPr>
          <w:t>https://news.umich.edu/real-time-descriptions-of-surroundings-for-people-who-are-blind/</w:t>
        </w:r>
      </w:hyperlink>
      <w:r>
        <w:t xml:space="preserve"> - It details the upcoming showcase of WorldScribe at the ACM Symposium on User Interface Software and Technology in Pittsburgh.</w:t>
      </w:r>
      <w:r/>
    </w:p>
    <w:p>
      <w:pPr>
        <w:pStyle w:val="ListNumber"/>
        <w:spacing w:line="240" w:lineRule="auto"/>
        <w:ind w:left="720"/>
      </w:pPr>
      <w:r/>
      <w:hyperlink r:id="rId10">
        <w:r>
          <w:rPr>
            <w:color w:val="0000EE"/>
            <w:u w:val="single"/>
          </w:rPr>
          <w:t>https://news.umich.edu/real-time-descriptions-of-surroundings-for-people-who-are-blind/</w:t>
        </w:r>
      </w:hyperlink>
      <w:r>
        <w:t xml:space="preserve"> - The article describes how WorldScribe interprets camera images and converts them into text and audio descriptions, adjusting detail levels based on user settings or object duration in the camera's view.</w:t>
      </w:r>
      <w:r/>
    </w:p>
    <w:p>
      <w:pPr>
        <w:pStyle w:val="ListNumber"/>
        <w:spacing w:line="240" w:lineRule="auto"/>
        <w:ind w:left="720"/>
      </w:pPr>
      <w:r/>
      <w:hyperlink r:id="rId10">
        <w:r>
          <w:rPr>
            <w:color w:val="0000EE"/>
            <w:u w:val="single"/>
          </w:rPr>
          <w:t>https://news.umich.edu/real-time-descriptions-of-surroundings-for-people-who-are-blind/</w:t>
        </w:r>
      </w:hyperlink>
      <w:r>
        <w:t xml:space="preserve"> - It highlights the adaptive volume feature of WorldScribe to accommodate different ambient noise levels, such as in crowded rooms or noisy streets.</w:t>
      </w:r>
      <w:r/>
    </w:p>
    <w:p>
      <w:pPr>
        <w:pStyle w:val="ListNumber"/>
        <w:spacing w:line="240" w:lineRule="auto"/>
        <w:ind w:left="720"/>
      </w:pPr>
      <w:r/>
      <w:hyperlink r:id="rId10">
        <w:r>
          <w:rPr>
            <w:color w:val="0000EE"/>
            <w:u w:val="single"/>
          </w:rPr>
          <w:t>https://news.umich.edu/real-time-descriptions-of-surroundings-for-people-who-are-blind/</w:t>
        </w:r>
      </w:hyperlink>
      <w:r>
        <w:t xml:space="preserve"> - The article includes Sam Rau's experience and feedback on using WorldScribe, emphasizing its potential to revolutionize how blind individuals interact with the world.</w:t>
      </w:r>
      <w:r/>
    </w:p>
    <w:p>
      <w:pPr>
        <w:pStyle w:val="ListNumber"/>
        <w:spacing w:line="240" w:lineRule="auto"/>
        <w:ind w:left="720"/>
      </w:pPr>
      <w:r/>
      <w:hyperlink r:id="rId10">
        <w:r>
          <w:rPr>
            <w:color w:val="0000EE"/>
            <w:u w:val="single"/>
          </w:rPr>
          <w:t>https://news.umich.edu/real-time-descriptions-of-surroundings-for-people-who-are-blind/</w:t>
        </w:r>
      </w:hyperlink>
      <w:r>
        <w:t xml:space="preserve"> - It explains how Rau used a headset with a smartphone to receive real-time descriptions of objects, such as a laptop or paintings, and how the software prioritizes items closest to the user.</w:t>
      </w:r>
      <w:r/>
    </w:p>
    <w:p>
      <w:pPr>
        <w:pStyle w:val="ListNumber"/>
        <w:spacing w:line="240" w:lineRule="auto"/>
        <w:ind w:left="720"/>
      </w:pPr>
      <w:r/>
      <w:hyperlink r:id="rId10">
        <w:r>
          <w:rPr>
            <w:color w:val="0000EE"/>
            <w:u w:val="single"/>
          </w:rPr>
          <w:t>https://news.umich.edu/real-time-descriptions-of-surroundings-for-people-who-are-blind/</w:t>
        </w:r>
      </w:hyperlink>
      <w:r>
        <w:t xml:space="preserve"> - The article discusses the different AI models used by WorldScribe, including YOLO World, GPT-4, and Moondream, to provide varying levels of detail.</w:t>
      </w:r>
      <w:r/>
    </w:p>
    <w:p>
      <w:pPr>
        <w:pStyle w:val="ListNumber"/>
        <w:spacing w:line="240" w:lineRule="auto"/>
        <w:ind w:left="720"/>
      </w:pPr>
      <w:r/>
      <w:hyperlink r:id="rId10">
        <w:r>
          <w:rPr>
            <w:color w:val="0000EE"/>
            <w:u w:val="single"/>
          </w:rPr>
          <w:t>https://news.umich.edu/real-time-descriptions-of-surroundings-for-people-who-are-blind/</w:t>
        </w:r>
      </w:hyperlink>
      <w:r>
        <w:t xml:space="preserve"> - Assistant Professor Anhong Guo's comments on the uniqueness of WorldScribe compared to other AI-driven assistive technologies are detailed here.</w:t>
      </w:r>
      <w:r/>
    </w:p>
    <w:p>
      <w:pPr>
        <w:pStyle w:val="ListNumber"/>
        <w:spacing w:line="240" w:lineRule="auto"/>
        <w:ind w:left="720"/>
      </w:pPr>
      <w:r/>
      <w:hyperlink r:id="rId10">
        <w:r>
          <w:rPr>
            <w:color w:val="0000EE"/>
            <w:u w:val="single"/>
          </w:rPr>
          <w:t>https://news.umich.edu/real-time-descriptions-of-surroundings-for-people-who-are-blind/</w:t>
        </w:r>
      </w:hyperlink>
      <w:r>
        <w:t xml:space="preserve"> - The article mentions the tool's ability to accommodate user queries and prioritize objects based on user requests.</w:t>
      </w:r>
      <w:r/>
    </w:p>
    <w:p>
      <w:pPr>
        <w:pStyle w:val="ListNumber"/>
        <w:spacing w:line="240" w:lineRule="auto"/>
        <w:ind w:left="720"/>
      </w:pPr>
      <w:r/>
      <w:hyperlink r:id="rId10">
        <w:r>
          <w:rPr>
            <w:color w:val="0000EE"/>
            <w:u w:val="single"/>
          </w:rPr>
          <w:t>https://news.umich.edu/real-time-descriptions-of-surroundings-for-people-who-are-blind/</w:t>
        </w:r>
      </w:hyperlink>
      <w:r>
        <w:t xml:space="preserve"> - It discusses some initial limitations of WorldScribe, such as difficulty detecting smaller objects, and Rau's vision for its integration into smart glasses or wearable devices.</w:t>
      </w:r>
      <w:r/>
    </w:p>
    <w:p>
      <w:pPr>
        <w:pStyle w:val="ListNumber"/>
        <w:spacing w:line="240" w:lineRule="auto"/>
        <w:ind w:left="720"/>
      </w:pPr>
      <w:r/>
      <w:hyperlink r:id="rId10">
        <w:r>
          <w:rPr>
            <w:color w:val="0000EE"/>
            <w:u w:val="single"/>
          </w:rPr>
          <w:t>https://news.umich.edu/real-time-descriptions-of-surroundings-for-people-who-are-blind/</w:t>
        </w:r>
      </w:hyperlink>
      <w:r>
        <w:t xml:space="preserve"> - The article concludes by highlighting WorldScribe's potential to enhance independence for those with visual impairments and its significance in everyday life accessibility.</w:t>
      </w:r>
      <w:r/>
    </w:p>
    <w:p>
      <w:pPr>
        <w:pStyle w:val="ListNumber"/>
        <w:spacing w:line="240" w:lineRule="auto"/>
        <w:ind w:left="720"/>
      </w:pPr>
      <w:r/>
      <w:hyperlink r:id="rId11">
        <w:r>
          <w:rPr>
            <w:color w:val="0000EE"/>
            <w:u w:val="single"/>
          </w:rPr>
          <w:t>https://www.htworld.co.uk/news/ai/ai-tool-gives-blind-person-picture-of-the-real-world/?utm_source=rss&amp;utm_medium=rss&amp;utm_campaign=ai-tool-gives-blind-person-picture-of-the-real-world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umich.edu/real-time-descriptions-of-surroundings-for-people-who-are-blind/" TargetMode="External"/><Relationship Id="rId11" Type="http://schemas.openxmlformats.org/officeDocument/2006/relationships/hyperlink" Target="https://www.htworld.co.uk/news/ai/ai-tool-gives-blind-person-picture-of-the-real-world/?utm_source=rss&amp;utm_medium=rss&amp;utm_campaign=ai-tool-gives-blind-person-picture-of-the-real-wor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