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Instagram faces significant content moderation issues amid user disruptions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Instagram has recently encountered significant issues with its content moderation processes, resulting in widespread disruptions experienced by users of its platforms, Instagram and Threads. Over the past several days, numerous users reported losing access to their accounts, with some experiencing the disappearance of posts and unexplained account suspensions. The head of Instagram, Adam Mosseri, addressed these issues, attributing many of the problems to human error rather than automated systems or AI, which was initially suspected by many users.</w:t>
      </w:r>
      <w:r/>
    </w:p>
    <w:p>
      <w:r/>
      <w:r>
        <w:t>In a post on Threads, Mosseri elaborated that the errors were principally due to human moderators making decisions without adequate context on ongoing conversations. This shortfall was partly because of a malfunction in one of the tools designed to provide necessary context to these moderators. "That’s on us," Mosseri admitted in a further clarification on the platform, acknowledging the company’s responsibility for these lapses.</w:t>
      </w:r>
      <w:r/>
    </w:p>
    <w:p>
      <w:r/>
      <w:r>
        <w:t>Nevertheless, not all problems could be traced back to human moderators. Users have experienced a range of issues, including some having their accounts mistakenly flagged as belonging to users under the age of 13—an error seemingly outside the purview of human judgment. Even after submitting identification to prove their true age, affected users reported continued inaccessibility to their accounts. Instagram confirmed that these issues were ongoing and still under investigation.</w:t>
      </w:r>
      <w:r/>
    </w:p>
    <w:p>
      <w:r/>
      <w:r>
        <w:t>The moderation problems further extended to users' content visibility, with reports of posts being inappropriately flagged as spam or downranked despite being from reputable individuals. For example, former Wall Street Journal tech columnist Walt Mossberg noted a drastic decline in engagement on Threads, with his likes plummeting sharply overnight. Similarly, social media strategist Matt Navarra observed a severe drop in follower growth and engagement.</w:t>
      </w:r>
      <w:r/>
    </w:p>
    <w:p>
      <w:r/>
      <w:r>
        <w:t>In the midst of these disruptions, competitive platforms such as Bluesky have seized the opportunity to attract disheartened Instagram and Threads users. Bluesky, which competes with X (formerly Twitter) and Threads, leveraged the situation by communicating directly with users on Threads, promoting its features and updates.</w:t>
      </w:r>
      <w:r/>
    </w:p>
    <w:p>
      <w:r/>
      <w:r>
        <w:t>While Instagram works to rectify the issues, Mosseri conveyed a commitment to improving platform safety and functionality. He acknowledged the challenges ahead, requesting continued patience and feedback from users. As of now, it remains uncertain when all the problems will be fully resolved, with Instagram admitting that a comprehensive explanation might not be forthcoming due to the complexity of the issues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https://techcrunch.com/2024/10/11/instagram-blames-moderation-issues-on-human-reviewers-not-ai/</w:t>
        </w:r>
      </w:hyperlink>
      <w:r>
        <w:t xml:space="preserve"> - Corroborates the issues with Instagram's content moderation, attributing many problems to human error rather than AI, and explains the role of human moderators and tool malfunctions.</w:t>
      </w:r>
      <w:r/>
    </w:p>
    <w:p>
      <w:pPr>
        <w:pStyle w:val="ListNumber"/>
        <w:spacing w:line="240" w:lineRule="auto"/>
        <w:ind w:left="720"/>
      </w:pPr>
      <w:r/>
      <w:hyperlink r:id="rId10">
        <w:r>
          <w:rPr>
            <w:color w:val="0000EE"/>
            <w:u w:val="single"/>
          </w:rPr>
          <w:t>https://techcrunch.com/2024/10/11/instagram-blames-moderation-issues-on-human-reviewers-not-ai/</w:t>
        </w:r>
      </w:hyperlink>
      <w:r>
        <w:t xml:space="preserve"> - Details Adam Mosseri's post on Threads addressing the moderation issues and the company's responsibility for the lapses.</w:t>
      </w:r>
      <w:r/>
    </w:p>
    <w:p>
      <w:pPr>
        <w:pStyle w:val="ListNumber"/>
        <w:spacing w:line="240" w:lineRule="auto"/>
        <w:ind w:left="720"/>
      </w:pPr>
      <w:r/>
      <w:hyperlink r:id="rId11">
        <w:r>
          <w:rPr>
            <w:color w:val="0000EE"/>
            <w:u w:val="single"/>
          </w:rPr>
          <w:t>https://www.theverge.com/2024/10/9/24266096/instagram-threads-moderation-account-post-deleted-limited</w:t>
        </w:r>
      </w:hyperlink>
      <w:r>
        <w:t xml:space="preserve"> - Supports the reports of users losing access to their accounts, posts being deleted, and accounts being mistakenly flagged as belonging to users under the age of 13.</w:t>
      </w:r>
      <w:r/>
    </w:p>
    <w:p>
      <w:pPr>
        <w:pStyle w:val="ListNumber"/>
        <w:spacing w:line="240" w:lineRule="auto"/>
        <w:ind w:left="720"/>
      </w:pPr>
      <w:r/>
      <w:hyperlink r:id="rId11">
        <w:r>
          <w:rPr>
            <w:color w:val="0000EE"/>
            <w:u w:val="single"/>
          </w:rPr>
          <w:t>https://www.theverge.com/2024/10/9/24266096/instagram-threads-moderation-account-post-deleted-limited</w:t>
        </w:r>
      </w:hyperlink>
      <w:r>
        <w:t xml:space="preserve"> - Provides examples of users experiencing issues such as account suspensions and posts being flagged as spam, including experiences from notable users like Walt Mossberg and Matt Navarra.</w:t>
      </w:r>
      <w:r/>
    </w:p>
    <w:p>
      <w:pPr>
        <w:pStyle w:val="ListNumber"/>
        <w:spacing w:line="240" w:lineRule="auto"/>
        <w:ind w:left="720"/>
      </w:pPr>
      <w:r/>
      <w:hyperlink r:id="rId10">
        <w:r>
          <w:rPr>
            <w:color w:val="0000EE"/>
            <w:u w:val="single"/>
          </w:rPr>
          <w:t>https://techcrunch.com/2024/10/11/instagram-blames-moderation-issues-on-human-reviewers-not-ai/</w:t>
        </w:r>
      </w:hyperlink>
      <w:r>
        <w:t xml:space="preserve"> - Mentions the ongoing investigations into issues like accounts being flagged as underage despite users submitting identification to prove their age.</w:t>
      </w:r>
      <w:r/>
    </w:p>
    <w:p>
      <w:pPr>
        <w:pStyle w:val="ListNumber"/>
        <w:spacing w:line="240" w:lineRule="auto"/>
        <w:ind w:left="720"/>
      </w:pPr>
      <w:r/>
      <w:hyperlink r:id="rId11">
        <w:r>
          <w:rPr>
            <w:color w:val="0000EE"/>
            <w:u w:val="single"/>
          </w:rPr>
          <w:t>https://www.theverge.com/2024/10/9/24266096/instagram-threads-moderation-account-post-deleted-limited</w:t>
        </w:r>
      </w:hyperlink>
      <w:r>
        <w:t xml:space="preserve"> - Describes the impact on content visibility, including posts being downranked or marked as spam, and the severe drop in follower growth and engagement observed by users.</w:t>
      </w:r>
      <w:r/>
    </w:p>
    <w:p>
      <w:pPr>
        <w:pStyle w:val="ListNumber"/>
        <w:spacing w:line="240" w:lineRule="auto"/>
        <w:ind w:left="720"/>
      </w:pPr>
      <w:r/>
      <w:hyperlink r:id="rId10">
        <w:r>
          <w:rPr>
            <w:color w:val="0000EE"/>
            <w:u w:val="single"/>
          </w:rPr>
          <w:t>https://techcrunch.com/2024/10/11/instagram-blames-moderation-issues-on-human-reviewers-not-ai/</w:t>
        </w:r>
      </w:hyperlink>
      <w:r>
        <w:t xml:space="preserve"> - Details how competitive platforms like Bluesky are leveraging the situation to attract disheartened Instagram and Threads users.</w:t>
      </w:r>
      <w:r/>
    </w:p>
    <w:p>
      <w:pPr>
        <w:pStyle w:val="ListNumber"/>
        <w:spacing w:line="240" w:lineRule="auto"/>
        <w:ind w:left="720"/>
      </w:pPr>
      <w:r/>
      <w:hyperlink r:id="rId11">
        <w:r>
          <w:rPr>
            <w:color w:val="0000EE"/>
            <w:u w:val="single"/>
          </w:rPr>
          <w:t>https://www.theverge.com/2024/10/9/24266096/instagram-threads-moderation-account-post-deleted-limited</w:t>
        </w:r>
      </w:hyperlink>
      <w:r>
        <w:t xml:space="preserve"> - Highlights Adam Mosseri's commitment to improving platform safety and functionality, and the request for continued patience and feedback from users.</w:t>
      </w:r>
      <w:r/>
    </w:p>
    <w:p>
      <w:pPr>
        <w:pStyle w:val="ListNumber"/>
        <w:spacing w:line="240" w:lineRule="auto"/>
        <w:ind w:left="720"/>
      </w:pPr>
      <w:r/>
      <w:hyperlink r:id="rId10">
        <w:r>
          <w:rPr>
            <w:color w:val="0000EE"/>
            <w:u w:val="single"/>
          </w:rPr>
          <w:t>https://techcrunch.com/2024/10/11/instagram-blames-moderation-issues-on-human-reviewers-not-ai/</w:t>
        </w:r>
      </w:hyperlink>
      <w:r>
        <w:t xml:space="preserve"> - Clarifies that a comprehensive explanation for all the problems might not be forthcoming due to the complexity of the issues involved.</w:t>
      </w:r>
      <w:r/>
    </w:p>
    <w:p>
      <w:pPr>
        <w:pStyle w:val="ListNumber"/>
        <w:spacing w:line="240" w:lineRule="auto"/>
        <w:ind w:left="720"/>
      </w:pPr>
      <w:r/>
      <w:hyperlink r:id="rId11">
        <w:r>
          <w:rPr>
            <w:color w:val="0000EE"/>
            <w:u w:val="single"/>
          </w:rPr>
          <w:t>https://www.theverge.com/2024/10/9/24266096/instagram-threads-moderation-account-post-deleted-limited</w:t>
        </w:r>
      </w:hyperlink>
      <w:r>
        <w:t xml:space="preserve"> - Provides additional context on the broader impact of moderation issues, including the experiences of various users and the public pressure on Meta.</w:t>
      </w:r>
      <w:r/>
    </w:p>
    <w:p>
      <w:pPr>
        <w:pStyle w:val="ListNumber"/>
        <w:spacing w:line="240" w:lineRule="auto"/>
        <w:ind w:left="720"/>
      </w:pPr>
      <w:r/>
      <w:hyperlink r:id="rId12">
        <w:r>
          <w:rPr>
            <w:color w:val="0000EE"/>
            <w:u w:val="single"/>
          </w:rPr>
          <w:t>https://www.helpware.com/blog/social-media-moderation</w:t>
        </w:r>
      </w:hyperlink>
      <w:r>
        <w:t xml:space="preserve"> - Offers a broader perspective on social media content moderation, including the challenges and strategies involved in balancing free speech and safety.</w:t>
      </w:r>
      <w:r/>
    </w:p>
    <w:p>
      <w:pPr>
        <w:pStyle w:val="ListNumber"/>
        <w:spacing w:line="240" w:lineRule="auto"/>
        <w:ind w:left="720"/>
      </w:pPr>
      <w:r/>
      <w:hyperlink r:id="rId10">
        <w:r>
          <w:rPr>
            <w:color w:val="0000EE"/>
            <w:u w:val="single"/>
          </w:rPr>
          <w:t>https://techcrunch.com/2024/10/11/instagram-blames-moderation-issues-on-human-reviewers-not-ai/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11/instagram-blames-moderation-issues-on-human-reviewers-not-ai/" TargetMode="External"/><Relationship Id="rId11" Type="http://schemas.openxmlformats.org/officeDocument/2006/relationships/hyperlink" Target="https://www.theverge.com/2024/10/9/24266096/instagram-threads-moderation-account-post-deleted-limited" TargetMode="External"/><Relationship Id="rId12" Type="http://schemas.openxmlformats.org/officeDocument/2006/relationships/hyperlink" Target="https://www.helpware.com/blog/social-media-mod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